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A243" w14:textId="2270921A" w:rsidR="00FF493A" w:rsidRPr="00376469" w:rsidRDefault="00376469">
      <w:pPr>
        <w:jc w:val="center"/>
        <w:rPr>
          <w:lang w:val="ru-RU"/>
        </w:rPr>
      </w:pPr>
      <w:r w:rsidRPr="00376469">
        <w:rPr>
          <w:b/>
          <w:lang w:val="ru-RU"/>
        </w:rPr>
        <w:t>БИЗНЕС-ПЛАН</w:t>
      </w:r>
      <w:r w:rsidRPr="00376469">
        <w:rPr>
          <w:b/>
          <w:lang w:val="ru-RU"/>
        </w:rPr>
        <w:br/>
        <w:t>Открытие и развитие кабинета (салона) наращивания ресниц</w:t>
      </w:r>
      <w:r w:rsidRPr="00376469">
        <w:rPr>
          <w:b/>
          <w:lang w:val="ru-RU"/>
        </w:rPr>
        <w:br/>
      </w:r>
    </w:p>
    <w:p w14:paraId="7F2AA633" w14:textId="77777777" w:rsidR="00FF493A" w:rsidRPr="00376469" w:rsidRDefault="00376469">
      <w:pPr>
        <w:rPr>
          <w:lang w:val="ru-RU"/>
        </w:rPr>
      </w:pPr>
      <w:r w:rsidRPr="00376469">
        <w:rPr>
          <w:lang w:val="ru-RU"/>
        </w:rPr>
        <w:t>Автор проекта (заявитель): ________________________________</w:t>
      </w:r>
    </w:p>
    <w:p w14:paraId="7F22615A" w14:textId="022BC70A" w:rsidR="00FF493A" w:rsidRPr="002B7EA2" w:rsidRDefault="00376469">
      <w:pPr>
        <w:rPr>
          <w:lang w:val="ru-RU"/>
        </w:rPr>
      </w:pPr>
      <w:proofErr w:type="spellStart"/>
      <w:r>
        <w:t>Дата</w:t>
      </w:r>
      <w:proofErr w:type="spellEnd"/>
      <w:r>
        <w:t xml:space="preserve">: </w:t>
      </w:r>
      <w:r w:rsidR="002B7EA2">
        <w:rPr>
          <w:lang w:val="ru-RU"/>
        </w:rPr>
        <w:t>_________</w:t>
      </w:r>
    </w:p>
    <w:p w14:paraId="64FDB1F4" w14:textId="77777777" w:rsidR="00FF493A" w:rsidRDefault="00FF493A"/>
    <w:p w14:paraId="73A0CC02" w14:textId="77777777" w:rsidR="00FF493A" w:rsidRDefault="00376469">
      <w:pPr>
        <w:pStyle w:val="21"/>
      </w:pPr>
      <w:r>
        <w:t>Содержание</w:t>
      </w:r>
    </w:p>
    <w:p w14:paraId="7ABF57EB" w14:textId="77777777" w:rsidR="00FF493A" w:rsidRDefault="00376469">
      <w:pPr>
        <w:pStyle w:val="a"/>
      </w:pPr>
      <w:proofErr w:type="spellStart"/>
      <w:r>
        <w:t>Резюме</w:t>
      </w:r>
      <w:proofErr w:type="spellEnd"/>
      <w:r>
        <w:t xml:space="preserve"> </w:t>
      </w:r>
      <w:proofErr w:type="spellStart"/>
      <w:r>
        <w:t>проекта</w:t>
      </w:r>
      <w:proofErr w:type="spellEnd"/>
    </w:p>
    <w:p w14:paraId="199CC17E" w14:textId="77777777" w:rsidR="00FF493A" w:rsidRPr="00376469" w:rsidRDefault="00376469">
      <w:pPr>
        <w:pStyle w:val="a"/>
        <w:rPr>
          <w:lang w:val="ru-RU"/>
        </w:rPr>
      </w:pPr>
      <w:r w:rsidRPr="00376469">
        <w:rPr>
          <w:lang w:val="ru-RU"/>
        </w:rPr>
        <w:t>Сведения о заявителе и организационно-правовая форма</w:t>
      </w:r>
    </w:p>
    <w:p w14:paraId="2DB7C0A3" w14:textId="77777777" w:rsidR="00FF493A" w:rsidRDefault="00376469">
      <w:pPr>
        <w:pStyle w:val="a"/>
      </w:pPr>
      <w:proofErr w:type="spellStart"/>
      <w:r>
        <w:t>Описание</w:t>
      </w:r>
      <w:proofErr w:type="spellEnd"/>
      <w:r>
        <w:t xml:space="preserve"> </w:t>
      </w:r>
      <w:proofErr w:type="spellStart"/>
      <w:r>
        <w:t>услуг</w:t>
      </w:r>
      <w:proofErr w:type="spellEnd"/>
    </w:p>
    <w:p w14:paraId="7D65FA16" w14:textId="77777777" w:rsidR="00FF493A" w:rsidRPr="00376469" w:rsidRDefault="00376469">
      <w:pPr>
        <w:pStyle w:val="a"/>
        <w:rPr>
          <w:lang w:val="ru-RU"/>
        </w:rPr>
      </w:pPr>
      <w:r w:rsidRPr="00376469">
        <w:rPr>
          <w:lang w:val="ru-RU"/>
        </w:rPr>
        <w:t>Анализ рынка и целевая аудитория</w:t>
      </w:r>
    </w:p>
    <w:p w14:paraId="4C382C21" w14:textId="3BDE7803" w:rsidR="00FF493A" w:rsidRPr="00376469" w:rsidRDefault="00376469">
      <w:pPr>
        <w:pStyle w:val="a"/>
        <w:rPr>
          <w:lang w:val="ru-RU"/>
        </w:rPr>
      </w:pPr>
      <w:r w:rsidRPr="00376469">
        <w:rPr>
          <w:lang w:val="ru-RU"/>
        </w:rPr>
        <w:t xml:space="preserve">Производственный план </w:t>
      </w:r>
    </w:p>
    <w:p w14:paraId="2201DDDC" w14:textId="77777777" w:rsidR="00FF493A" w:rsidRDefault="00376469">
      <w:pPr>
        <w:pStyle w:val="a"/>
      </w:pPr>
      <w:proofErr w:type="spellStart"/>
      <w:r>
        <w:t>Календарный</w:t>
      </w:r>
      <w:proofErr w:type="spellEnd"/>
      <w:r>
        <w:t xml:space="preserve"> </w:t>
      </w:r>
      <w:proofErr w:type="spellStart"/>
      <w:r>
        <w:t>план</w:t>
      </w:r>
      <w:proofErr w:type="spellEnd"/>
      <w:r>
        <w:t xml:space="preserve"> </w:t>
      </w:r>
      <w:proofErr w:type="spellStart"/>
      <w:r>
        <w:t>запуска</w:t>
      </w:r>
      <w:proofErr w:type="spellEnd"/>
    </w:p>
    <w:p w14:paraId="3CA8FBAB" w14:textId="77777777" w:rsidR="00FF493A" w:rsidRPr="00376469" w:rsidRDefault="00376469">
      <w:pPr>
        <w:pStyle w:val="a"/>
        <w:rPr>
          <w:lang w:val="ru-RU"/>
        </w:rPr>
      </w:pPr>
      <w:r w:rsidRPr="00376469">
        <w:rPr>
          <w:lang w:val="ru-RU"/>
        </w:rPr>
        <w:t>Источники финансирования и смета расходов (350 000 руб.)</w:t>
      </w:r>
    </w:p>
    <w:p w14:paraId="39CB922F" w14:textId="77777777" w:rsidR="00FF493A" w:rsidRDefault="00376469">
      <w:pPr>
        <w:pStyle w:val="a"/>
      </w:pPr>
      <w:proofErr w:type="spellStart"/>
      <w:r>
        <w:t>План</w:t>
      </w:r>
      <w:proofErr w:type="spellEnd"/>
      <w:r>
        <w:t xml:space="preserve"> </w:t>
      </w:r>
      <w:proofErr w:type="spellStart"/>
      <w:r>
        <w:t>маркетинга</w:t>
      </w:r>
      <w:proofErr w:type="spellEnd"/>
      <w:r>
        <w:t xml:space="preserve"> и </w:t>
      </w:r>
      <w:proofErr w:type="spellStart"/>
      <w:r>
        <w:t>продаж</w:t>
      </w:r>
      <w:proofErr w:type="spellEnd"/>
    </w:p>
    <w:p w14:paraId="51B3DE5A" w14:textId="5A782291" w:rsidR="00FF493A" w:rsidRPr="00376469" w:rsidRDefault="00376469">
      <w:pPr>
        <w:pStyle w:val="a"/>
        <w:rPr>
          <w:lang w:val="ru-RU"/>
        </w:rPr>
      </w:pPr>
      <w:r w:rsidRPr="00376469">
        <w:rPr>
          <w:lang w:val="ru-RU"/>
        </w:rPr>
        <w:t>Финансовый план (доходы, расходы, прибыль)</w:t>
      </w:r>
    </w:p>
    <w:p w14:paraId="734A7AC3" w14:textId="77777777" w:rsidR="00FF493A" w:rsidRPr="00376469" w:rsidRDefault="00376469">
      <w:pPr>
        <w:pStyle w:val="a"/>
        <w:rPr>
          <w:lang w:val="ru-RU"/>
        </w:rPr>
      </w:pPr>
      <w:r w:rsidRPr="00376469">
        <w:rPr>
          <w:lang w:val="ru-RU"/>
        </w:rPr>
        <w:t>Риски и меры по снижению</w:t>
      </w:r>
    </w:p>
    <w:p w14:paraId="712B192F" w14:textId="77777777" w:rsidR="00FF493A" w:rsidRPr="00376469" w:rsidRDefault="00FF493A">
      <w:pPr>
        <w:rPr>
          <w:lang w:val="ru-RU"/>
        </w:rPr>
      </w:pPr>
    </w:p>
    <w:p w14:paraId="1D7204DB" w14:textId="77777777" w:rsidR="00FF493A" w:rsidRPr="00376469" w:rsidRDefault="00376469">
      <w:pPr>
        <w:pStyle w:val="21"/>
        <w:rPr>
          <w:lang w:val="ru-RU"/>
        </w:rPr>
      </w:pPr>
      <w:r w:rsidRPr="00376469">
        <w:rPr>
          <w:lang w:val="ru-RU"/>
        </w:rPr>
        <w:t>1. Резюме проекта</w:t>
      </w:r>
    </w:p>
    <w:p w14:paraId="3A3104E0" w14:textId="647F8EE4" w:rsidR="00FF493A" w:rsidRPr="00376469" w:rsidRDefault="00376469" w:rsidP="002B7EA2">
      <w:pPr>
        <w:jc w:val="both"/>
        <w:rPr>
          <w:lang w:val="ru-RU"/>
        </w:rPr>
      </w:pPr>
      <w:r w:rsidRPr="00376469">
        <w:rPr>
          <w:lang w:val="ru-RU"/>
        </w:rPr>
        <w:t>Проект направлен на открытие и развитие кабинета (салона) по наращиванию ресниц и сопутствующим процедурам (коррекция, снятие, уход). Цель проекта — создание устойчивого источника дохода, повышение финансовой самостоятельности заявителя и выход из трудной жизненной ситуации.</w:t>
      </w:r>
    </w:p>
    <w:p w14:paraId="0594CB83" w14:textId="77777777" w:rsidR="00FF493A" w:rsidRPr="00376469" w:rsidRDefault="00376469" w:rsidP="002B7EA2">
      <w:pPr>
        <w:jc w:val="both"/>
        <w:rPr>
          <w:lang w:val="ru-RU"/>
        </w:rPr>
      </w:pPr>
      <w:r w:rsidRPr="00376469">
        <w:rPr>
          <w:lang w:val="ru-RU"/>
        </w:rPr>
        <w:t>Финансирование проекта осуществляется за счёт средств социального контракта в размере 350 000 рублей. Деятельность планируется вести лично заявителем, без привлечения наёмных работников, в статусе самозанятого гражданина с применением налога на профессиональный доход (НПД).</w:t>
      </w:r>
    </w:p>
    <w:tbl>
      <w:tblPr>
        <w:tblStyle w:val="aff0"/>
        <w:tblW w:w="0" w:type="auto"/>
        <w:tblLook w:val="04A0" w:firstRow="1" w:lastRow="0" w:firstColumn="1" w:lastColumn="0" w:noHBand="0" w:noVBand="1"/>
      </w:tblPr>
      <w:tblGrid>
        <w:gridCol w:w="4315"/>
        <w:gridCol w:w="4315"/>
      </w:tblGrid>
      <w:tr w:rsidR="00FF493A" w14:paraId="6B672A58" w14:textId="77777777">
        <w:tc>
          <w:tcPr>
            <w:tcW w:w="4320" w:type="dxa"/>
          </w:tcPr>
          <w:p w14:paraId="385014AA" w14:textId="77777777" w:rsidR="00FF493A" w:rsidRDefault="00376469">
            <w:proofErr w:type="spellStart"/>
            <w:r>
              <w:t>Показатель</w:t>
            </w:r>
            <w:proofErr w:type="spellEnd"/>
          </w:p>
        </w:tc>
        <w:tc>
          <w:tcPr>
            <w:tcW w:w="4320" w:type="dxa"/>
          </w:tcPr>
          <w:p w14:paraId="7335A0CF" w14:textId="77777777" w:rsidR="00FF493A" w:rsidRDefault="00376469">
            <w:r>
              <w:t>Значение</w:t>
            </w:r>
          </w:p>
        </w:tc>
      </w:tr>
      <w:tr w:rsidR="00FF493A" w:rsidRPr="00220CA6" w14:paraId="744465D4" w14:textId="77777777">
        <w:tc>
          <w:tcPr>
            <w:tcW w:w="4320" w:type="dxa"/>
          </w:tcPr>
          <w:p w14:paraId="6FD069A0" w14:textId="77777777" w:rsidR="00FF493A" w:rsidRDefault="00376469">
            <w:r>
              <w:t>Наименование проекта</w:t>
            </w:r>
          </w:p>
        </w:tc>
        <w:tc>
          <w:tcPr>
            <w:tcW w:w="4320" w:type="dxa"/>
          </w:tcPr>
          <w:p w14:paraId="2971227A" w14:textId="77777777" w:rsidR="00FF493A" w:rsidRPr="00376469" w:rsidRDefault="00376469">
            <w:pPr>
              <w:rPr>
                <w:lang w:val="ru-RU"/>
              </w:rPr>
            </w:pPr>
            <w:r w:rsidRPr="00376469">
              <w:rPr>
                <w:lang w:val="ru-RU"/>
              </w:rPr>
              <w:t>Открытие и развитие кабинета (салона) наращивания ресниц</w:t>
            </w:r>
          </w:p>
        </w:tc>
      </w:tr>
      <w:tr w:rsidR="00FF493A" w14:paraId="0779540E" w14:textId="77777777">
        <w:tc>
          <w:tcPr>
            <w:tcW w:w="4320" w:type="dxa"/>
          </w:tcPr>
          <w:p w14:paraId="7F03691A" w14:textId="77777777" w:rsidR="00FF493A" w:rsidRDefault="00376469">
            <w:proofErr w:type="spellStart"/>
            <w:r>
              <w:t>Сумма</w:t>
            </w:r>
            <w:proofErr w:type="spellEnd"/>
            <w:r>
              <w:t xml:space="preserve"> </w:t>
            </w:r>
            <w:proofErr w:type="spellStart"/>
            <w:r>
              <w:t>социального</w:t>
            </w:r>
            <w:proofErr w:type="spellEnd"/>
            <w:r>
              <w:t xml:space="preserve"> </w:t>
            </w:r>
            <w:proofErr w:type="spellStart"/>
            <w:r>
              <w:t>контракта</w:t>
            </w:r>
            <w:proofErr w:type="spellEnd"/>
          </w:p>
        </w:tc>
        <w:tc>
          <w:tcPr>
            <w:tcW w:w="4320" w:type="dxa"/>
          </w:tcPr>
          <w:p w14:paraId="40E40AA6" w14:textId="77777777" w:rsidR="00FF493A" w:rsidRDefault="00376469">
            <w:r>
              <w:t>350 000 руб.</w:t>
            </w:r>
          </w:p>
        </w:tc>
      </w:tr>
      <w:tr w:rsidR="00FF493A" w14:paraId="15D61A6D" w14:textId="77777777">
        <w:tc>
          <w:tcPr>
            <w:tcW w:w="4320" w:type="dxa"/>
          </w:tcPr>
          <w:p w14:paraId="549A5714" w14:textId="77777777" w:rsidR="00FF493A" w:rsidRDefault="00376469">
            <w:r>
              <w:t>Организационно-правовая форма</w:t>
            </w:r>
          </w:p>
        </w:tc>
        <w:tc>
          <w:tcPr>
            <w:tcW w:w="4320" w:type="dxa"/>
          </w:tcPr>
          <w:p w14:paraId="400B8ABC" w14:textId="77777777" w:rsidR="00FF493A" w:rsidRDefault="00376469">
            <w:r>
              <w:t>Самозанятый (НПД)</w:t>
            </w:r>
          </w:p>
        </w:tc>
      </w:tr>
      <w:tr w:rsidR="00FF493A" w14:paraId="7003072D" w14:textId="77777777">
        <w:tc>
          <w:tcPr>
            <w:tcW w:w="4320" w:type="dxa"/>
          </w:tcPr>
          <w:p w14:paraId="51C0900D" w14:textId="77777777" w:rsidR="00FF493A" w:rsidRDefault="00376469">
            <w:r>
              <w:t>Ставка налога</w:t>
            </w:r>
          </w:p>
        </w:tc>
        <w:tc>
          <w:tcPr>
            <w:tcW w:w="4320" w:type="dxa"/>
          </w:tcPr>
          <w:p w14:paraId="6363355C" w14:textId="77777777" w:rsidR="00FF493A" w:rsidRDefault="00376469">
            <w:r>
              <w:t>4% (доходы от физических лиц)</w:t>
            </w:r>
          </w:p>
        </w:tc>
      </w:tr>
      <w:tr w:rsidR="00FF493A" w14:paraId="10B30767" w14:textId="77777777">
        <w:tc>
          <w:tcPr>
            <w:tcW w:w="4320" w:type="dxa"/>
          </w:tcPr>
          <w:p w14:paraId="3F3733BF" w14:textId="77777777" w:rsidR="00FF493A" w:rsidRDefault="00376469">
            <w:r>
              <w:t>Срок запуска</w:t>
            </w:r>
          </w:p>
        </w:tc>
        <w:tc>
          <w:tcPr>
            <w:tcW w:w="4320" w:type="dxa"/>
          </w:tcPr>
          <w:p w14:paraId="43C8FD87" w14:textId="77777777" w:rsidR="00FF493A" w:rsidRDefault="00376469">
            <w:r>
              <w:t>1–4 недели (после получения средств)</w:t>
            </w:r>
          </w:p>
        </w:tc>
      </w:tr>
      <w:tr w:rsidR="00FF493A" w14:paraId="7C268AC3" w14:textId="77777777">
        <w:tc>
          <w:tcPr>
            <w:tcW w:w="4320" w:type="dxa"/>
          </w:tcPr>
          <w:p w14:paraId="3F2FA859" w14:textId="77777777" w:rsidR="00FF493A" w:rsidRDefault="00376469">
            <w:r>
              <w:t>Выход на плановый режим</w:t>
            </w:r>
          </w:p>
        </w:tc>
        <w:tc>
          <w:tcPr>
            <w:tcW w:w="4320" w:type="dxa"/>
          </w:tcPr>
          <w:p w14:paraId="225A456F" w14:textId="77777777" w:rsidR="00FF493A" w:rsidRDefault="00376469">
            <w:r>
              <w:t>1–2 месяца</w:t>
            </w:r>
          </w:p>
        </w:tc>
      </w:tr>
      <w:tr w:rsidR="00FF493A" w14:paraId="495086BF" w14:textId="77777777">
        <w:tc>
          <w:tcPr>
            <w:tcW w:w="4320" w:type="dxa"/>
          </w:tcPr>
          <w:p w14:paraId="6DA65A11" w14:textId="77777777" w:rsidR="00FF493A" w:rsidRDefault="00376469">
            <w:r>
              <w:t>Плановая выручка</w:t>
            </w:r>
          </w:p>
        </w:tc>
        <w:tc>
          <w:tcPr>
            <w:tcW w:w="4320" w:type="dxa"/>
          </w:tcPr>
          <w:p w14:paraId="21DA2880" w14:textId="77777777" w:rsidR="00FF493A" w:rsidRDefault="00376469">
            <w:r>
              <w:t>70 000–95 000 руб./мес.</w:t>
            </w:r>
          </w:p>
        </w:tc>
      </w:tr>
      <w:tr w:rsidR="00FF493A" w14:paraId="1B10EB59" w14:textId="77777777">
        <w:tc>
          <w:tcPr>
            <w:tcW w:w="4320" w:type="dxa"/>
          </w:tcPr>
          <w:p w14:paraId="314E3BD5" w14:textId="77777777" w:rsidR="00FF493A" w:rsidRDefault="00376469">
            <w:r>
              <w:lastRenderedPageBreak/>
              <w:t>Плановая чистая прибыль</w:t>
            </w:r>
          </w:p>
        </w:tc>
        <w:tc>
          <w:tcPr>
            <w:tcW w:w="4320" w:type="dxa"/>
          </w:tcPr>
          <w:p w14:paraId="215A2A2E" w14:textId="77777777" w:rsidR="00FF493A" w:rsidRDefault="00376469">
            <w:r>
              <w:t>30 000–45 000 руб./мес.</w:t>
            </w:r>
          </w:p>
        </w:tc>
      </w:tr>
      <w:tr w:rsidR="00FF493A" w14:paraId="10CABD20" w14:textId="77777777">
        <w:tc>
          <w:tcPr>
            <w:tcW w:w="4320" w:type="dxa"/>
          </w:tcPr>
          <w:p w14:paraId="7321777E" w14:textId="77777777" w:rsidR="00FF493A" w:rsidRDefault="00376469">
            <w:r>
              <w:t>Срок окупаемости</w:t>
            </w:r>
          </w:p>
        </w:tc>
        <w:tc>
          <w:tcPr>
            <w:tcW w:w="4320" w:type="dxa"/>
          </w:tcPr>
          <w:p w14:paraId="65F20585" w14:textId="77777777" w:rsidR="00FF493A" w:rsidRDefault="00376469">
            <w:r>
              <w:t>до 10 месяцев</w:t>
            </w:r>
          </w:p>
        </w:tc>
      </w:tr>
    </w:tbl>
    <w:p w14:paraId="4CC62720" w14:textId="77777777" w:rsidR="00FF493A" w:rsidRDefault="00FF493A"/>
    <w:p w14:paraId="68D7E0CC" w14:textId="77777777" w:rsidR="00FF493A" w:rsidRPr="00376469" w:rsidRDefault="00376469">
      <w:pPr>
        <w:pStyle w:val="21"/>
        <w:rPr>
          <w:lang w:val="ru-RU"/>
        </w:rPr>
      </w:pPr>
      <w:r w:rsidRPr="00376469">
        <w:rPr>
          <w:lang w:val="ru-RU"/>
        </w:rPr>
        <w:t>2. Сведения о заявителе и организационно-правовая форма</w:t>
      </w:r>
    </w:p>
    <w:p w14:paraId="3CD7DAB6" w14:textId="77777777" w:rsidR="00FF493A" w:rsidRPr="00376469" w:rsidRDefault="00376469">
      <w:pPr>
        <w:rPr>
          <w:lang w:val="ru-RU"/>
        </w:rPr>
      </w:pPr>
      <w:r w:rsidRPr="00376469">
        <w:rPr>
          <w:lang w:val="ru-RU"/>
        </w:rPr>
        <w:t>Заявитель имеет профессиональную подготовку и практический опыт работы в сфере ресничного сервиса (обучение на курсах мастера по наращиванию ресниц, опыт практики). Деятельность по проекту будет осуществляться лично заявителем.</w:t>
      </w:r>
    </w:p>
    <w:p w14:paraId="3FEE4179" w14:textId="3A4D1FA6" w:rsidR="00FF493A" w:rsidRPr="00376469" w:rsidRDefault="00376469">
      <w:pPr>
        <w:rPr>
          <w:lang w:val="ru-RU"/>
        </w:rPr>
      </w:pPr>
      <w:r w:rsidRPr="00376469">
        <w:rPr>
          <w:lang w:val="ru-RU"/>
        </w:rPr>
        <w:t>Форма ведения деятельности: самозанятый гражданин (НПД)</w:t>
      </w:r>
      <w:r w:rsidR="00B50C8E">
        <w:rPr>
          <w:lang w:val="ru-RU"/>
        </w:rPr>
        <w:t>/ИП</w:t>
      </w:r>
      <w:r w:rsidRPr="00376469">
        <w:rPr>
          <w:lang w:val="ru-RU"/>
        </w:rPr>
        <w:t xml:space="preserve">. </w:t>
      </w:r>
      <w:r w:rsidR="00B50C8E">
        <w:rPr>
          <w:lang w:val="ru-RU"/>
        </w:rPr>
        <w:t xml:space="preserve">Данная идея - </w:t>
      </w:r>
      <w:r w:rsidRPr="00376469">
        <w:rPr>
          <w:lang w:val="ru-RU"/>
        </w:rPr>
        <w:t>ведение операций через приложение «Мой налог».</w:t>
      </w:r>
      <w:r w:rsidR="00B50C8E">
        <w:rPr>
          <w:lang w:val="ru-RU"/>
        </w:rPr>
        <w:t xml:space="preserve"> </w:t>
      </w:r>
    </w:p>
    <w:tbl>
      <w:tblPr>
        <w:tblStyle w:val="aff0"/>
        <w:tblW w:w="0" w:type="auto"/>
        <w:tblLook w:val="04A0" w:firstRow="1" w:lastRow="0" w:firstColumn="1" w:lastColumn="0" w:noHBand="0" w:noVBand="1"/>
      </w:tblPr>
      <w:tblGrid>
        <w:gridCol w:w="4314"/>
        <w:gridCol w:w="4316"/>
      </w:tblGrid>
      <w:tr w:rsidR="00FF493A" w14:paraId="793650C6" w14:textId="77777777">
        <w:tc>
          <w:tcPr>
            <w:tcW w:w="4320" w:type="dxa"/>
          </w:tcPr>
          <w:p w14:paraId="32529221" w14:textId="77777777" w:rsidR="00FF493A" w:rsidRDefault="00376469">
            <w:proofErr w:type="spellStart"/>
            <w:r>
              <w:t>Параметр</w:t>
            </w:r>
            <w:proofErr w:type="spellEnd"/>
          </w:p>
        </w:tc>
        <w:tc>
          <w:tcPr>
            <w:tcW w:w="4320" w:type="dxa"/>
          </w:tcPr>
          <w:p w14:paraId="24BCC74B" w14:textId="77777777" w:rsidR="00FF493A" w:rsidRDefault="00376469">
            <w:r>
              <w:t>Описание</w:t>
            </w:r>
          </w:p>
        </w:tc>
      </w:tr>
      <w:tr w:rsidR="00FF493A" w14:paraId="1726D710" w14:textId="77777777">
        <w:tc>
          <w:tcPr>
            <w:tcW w:w="4320" w:type="dxa"/>
          </w:tcPr>
          <w:p w14:paraId="33C5B58A" w14:textId="77777777" w:rsidR="00FF493A" w:rsidRDefault="00376469">
            <w:r>
              <w:t>Форма деятельности</w:t>
            </w:r>
          </w:p>
        </w:tc>
        <w:tc>
          <w:tcPr>
            <w:tcW w:w="4320" w:type="dxa"/>
          </w:tcPr>
          <w:p w14:paraId="42D2417B" w14:textId="77777777" w:rsidR="00FF493A" w:rsidRDefault="00376469">
            <w:r>
              <w:t>Самозанятый (НПД)</w:t>
            </w:r>
          </w:p>
        </w:tc>
      </w:tr>
      <w:tr w:rsidR="00FF493A" w:rsidRPr="00220CA6" w14:paraId="2629F016" w14:textId="77777777">
        <w:tc>
          <w:tcPr>
            <w:tcW w:w="4320" w:type="dxa"/>
          </w:tcPr>
          <w:p w14:paraId="48155050" w14:textId="77777777" w:rsidR="00FF493A" w:rsidRDefault="00376469">
            <w:r>
              <w:t>Учёт и налоги</w:t>
            </w:r>
          </w:p>
        </w:tc>
        <w:tc>
          <w:tcPr>
            <w:tcW w:w="4320" w:type="dxa"/>
          </w:tcPr>
          <w:p w14:paraId="74B6DC2F" w14:textId="77777777" w:rsidR="00FF493A" w:rsidRPr="00376469" w:rsidRDefault="00376469">
            <w:pPr>
              <w:rPr>
                <w:lang w:val="ru-RU"/>
              </w:rPr>
            </w:pPr>
            <w:r w:rsidRPr="00376469">
              <w:rPr>
                <w:lang w:val="ru-RU"/>
              </w:rPr>
              <w:t>Через приложение «Мой налог», ставка 4%</w:t>
            </w:r>
          </w:p>
        </w:tc>
      </w:tr>
      <w:tr w:rsidR="00FF493A" w14:paraId="335BDE6A" w14:textId="77777777">
        <w:tc>
          <w:tcPr>
            <w:tcW w:w="4320" w:type="dxa"/>
          </w:tcPr>
          <w:p w14:paraId="31EC3CF5" w14:textId="77777777" w:rsidR="00FF493A" w:rsidRDefault="00376469">
            <w:proofErr w:type="spellStart"/>
            <w:r>
              <w:t>Наём</w:t>
            </w:r>
            <w:proofErr w:type="spellEnd"/>
            <w:r>
              <w:t xml:space="preserve"> </w:t>
            </w:r>
            <w:proofErr w:type="spellStart"/>
            <w:r>
              <w:t>работников</w:t>
            </w:r>
            <w:proofErr w:type="spellEnd"/>
          </w:p>
        </w:tc>
        <w:tc>
          <w:tcPr>
            <w:tcW w:w="4320" w:type="dxa"/>
          </w:tcPr>
          <w:p w14:paraId="4EEB48FD" w14:textId="77777777" w:rsidR="00FF493A" w:rsidRDefault="00376469">
            <w:r>
              <w:t>Не планируется</w:t>
            </w:r>
          </w:p>
        </w:tc>
      </w:tr>
      <w:tr w:rsidR="00FF493A" w:rsidRPr="00220CA6" w14:paraId="2B571242" w14:textId="77777777">
        <w:tc>
          <w:tcPr>
            <w:tcW w:w="4320" w:type="dxa"/>
          </w:tcPr>
          <w:p w14:paraId="66704D71" w14:textId="77777777" w:rsidR="00FF493A" w:rsidRDefault="00376469">
            <w:r>
              <w:t>Оплата</w:t>
            </w:r>
          </w:p>
        </w:tc>
        <w:tc>
          <w:tcPr>
            <w:tcW w:w="4320" w:type="dxa"/>
          </w:tcPr>
          <w:p w14:paraId="7D57C615" w14:textId="77777777" w:rsidR="00FF493A" w:rsidRPr="00376469" w:rsidRDefault="00376469">
            <w:pPr>
              <w:rPr>
                <w:lang w:val="ru-RU"/>
              </w:rPr>
            </w:pPr>
            <w:r w:rsidRPr="00376469">
              <w:rPr>
                <w:lang w:val="ru-RU"/>
              </w:rPr>
              <w:t>Наличные/безналичные переводы/онлайн-оплата (по возможности)</w:t>
            </w:r>
          </w:p>
        </w:tc>
      </w:tr>
      <w:tr w:rsidR="00FF493A" w14:paraId="22384649" w14:textId="77777777">
        <w:tc>
          <w:tcPr>
            <w:tcW w:w="4320" w:type="dxa"/>
          </w:tcPr>
          <w:p w14:paraId="466446EB" w14:textId="77777777" w:rsidR="00FF493A" w:rsidRDefault="00376469">
            <w:proofErr w:type="spellStart"/>
            <w:r>
              <w:t>Место</w:t>
            </w:r>
            <w:proofErr w:type="spellEnd"/>
            <w:r>
              <w:t xml:space="preserve"> </w:t>
            </w:r>
            <w:proofErr w:type="spellStart"/>
            <w:r>
              <w:t>оказания</w:t>
            </w:r>
            <w:proofErr w:type="spellEnd"/>
            <w:r>
              <w:t xml:space="preserve"> </w:t>
            </w:r>
            <w:proofErr w:type="spellStart"/>
            <w:r>
              <w:t>услуг</w:t>
            </w:r>
            <w:proofErr w:type="spellEnd"/>
          </w:p>
        </w:tc>
        <w:tc>
          <w:tcPr>
            <w:tcW w:w="4320" w:type="dxa"/>
          </w:tcPr>
          <w:p w14:paraId="10017027" w14:textId="77777777" w:rsidR="00FF493A" w:rsidRDefault="00376469">
            <w:r>
              <w:t>Арендуемое помещение (кабинет)</w:t>
            </w:r>
          </w:p>
        </w:tc>
      </w:tr>
    </w:tbl>
    <w:p w14:paraId="63ED283F" w14:textId="77777777" w:rsidR="00FF493A" w:rsidRDefault="00FF493A"/>
    <w:p w14:paraId="1C2DEEE7" w14:textId="1DE15E5F" w:rsidR="00FF493A" w:rsidRPr="00376469" w:rsidRDefault="00376469">
      <w:pPr>
        <w:rPr>
          <w:lang w:val="ru-RU"/>
        </w:rPr>
      </w:pPr>
      <w:r w:rsidRPr="00376469">
        <w:rPr>
          <w:lang w:val="ru-RU"/>
        </w:rPr>
        <w:t>Рекомендуемые коды ОКВЭД (можно уточнить при регистрации</w:t>
      </w:r>
      <w:r w:rsidR="00B50C8E">
        <w:rPr>
          <w:lang w:val="ru-RU"/>
        </w:rPr>
        <w:t xml:space="preserve"> ИП</w:t>
      </w:r>
      <w:r w:rsidRPr="00376469">
        <w:rPr>
          <w:lang w:val="ru-RU"/>
        </w:rPr>
        <w:t>):</w:t>
      </w:r>
    </w:p>
    <w:tbl>
      <w:tblPr>
        <w:tblStyle w:val="aff0"/>
        <w:tblW w:w="0" w:type="auto"/>
        <w:tblLook w:val="04A0" w:firstRow="1" w:lastRow="0" w:firstColumn="1" w:lastColumn="0" w:noHBand="0" w:noVBand="1"/>
      </w:tblPr>
      <w:tblGrid>
        <w:gridCol w:w="2875"/>
        <w:gridCol w:w="2878"/>
        <w:gridCol w:w="2877"/>
      </w:tblGrid>
      <w:tr w:rsidR="00FF493A" w14:paraId="7202814A" w14:textId="77777777">
        <w:tc>
          <w:tcPr>
            <w:tcW w:w="2880" w:type="dxa"/>
          </w:tcPr>
          <w:p w14:paraId="2932CA9E" w14:textId="77777777" w:rsidR="00FF493A" w:rsidRDefault="00376469">
            <w:proofErr w:type="spellStart"/>
            <w:r>
              <w:t>Код</w:t>
            </w:r>
            <w:proofErr w:type="spellEnd"/>
            <w:r>
              <w:t xml:space="preserve"> ОКВЭД</w:t>
            </w:r>
          </w:p>
        </w:tc>
        <w:tc>
          <w:tcPr>
            <w:tcW w:w="2880" w:type="dxa"/>
          </w:tcPr>
          <w:p w14:paraId="1C93D9CE" w14:textId="77777777" w:rsidR="00FF493A" w:rsidRDefault="00376469">
            <w:r>
              <w:t>Наименование</w:t>
            </w:r>
          </w:p>
        </w:tc>
        <w:tc>
          <w:tcPr>
            <w:tcW w:w="2880" w:type="dxa"/>
          </w:tcPr>
          <w:p w14:paraId="6F177578" w14:textId="77777777" w:rsidR="00FF493A" w:rsidRDefault="00376469">
            <w:r>
              <w:t>Назначение</w:t>
            </w:r>
          </w:p>
        </w:tc>
      </w:tr>
      <w:tr w:rsidR="00FF493A" w:rsidRPr="00220CA6" w14:paraId="5357797A" w14:textId="77777777">
        <w:tc>
          <w:tcPr>
            <w:tcW w:w="2880" w:type="dxa"/>
          </w:tcPr>
          <w:p w14:paraId="6526E818" w14:textId="77777777" w:rsidR="00FF493A" w:rsidRDefault="00376469">
            <w:r>
              <w:t>96.02</w:t>
            </w:r>
          </w:p>
        </w:tc>
        <w:tc>
          <w:tcPr>
            <w:tcW w:w="2880" w:type="dxa"/>
          </w:tcPr>
          <w:p w14:paraId="20A2D66F" w14:textId="77777777" w:rsidR="00FF493A" w:rsidRPr="00376469" w:rsidRDefault="00376469">
            <w:pPr>
              <w:rPr>
                <w:lang w:val="ru-RU"/>
              </w:rPr>
            </w:pPr>
            <w:r w:rsidRPr="00376469">
              <w:rPr>
                <w:lang w:val="ru-RU"/>
              </w:rPr>
              <w:t>Предоставление услуг парикмахерскими и салонами красоты</w:t>
            </w:r>
          </w:p>
        </w:tc>
        <w:tc>
          <w:tcPr>
            <w:tcW w:w="2880" w:type="dxa"/>
          </w:tcPr>
          <w:p w14:paraId="22092184" w14:textId="77777777" w:rsidR="00FF493A" w:rsidRPr="00376469" w:rsidRDefault="00376469">
            <w:pPr>
              <w:rPr>
                <w:lang w:val="ru-RU"/>
              </w:rPr>
            </w:pPr>
            <w:r w:rsidRPr="00376469">
              <w:rPr>
                <w:lang w:val="ru-RU"/>
              </w:rPr>
              <w:t>основной код для бьюти-услуг</w:t>
            </w:r>
          </w:p>
        </w:tc>
      </w:tr>
      <w:tr w:rsidR="00FF493A" w14:paraId="4DBDA9AB" w14:textId="77777777">
        <w:tc>
          <w:tcPr>
            <w:tcW w:w="2880" w:type="dxa"/>
          </w:tcPr>
          <w:p w14:paraId="5DDC23D2" w14:textId="77777777" w:rsidR="00FF493A" w:rsidRDefault="00376469">
            <w:r>
              <w:t>96.09</w:t>
            </w:r>
          </w:p>
        </w:tc>
        <w:tc>
          <w:tcPr>
            <w:tcW w:w="2880" w:type="dxa"/>
          </w:tcPr>
          <w:p w14:paraId="61571BB5" w14:textId="77777777" w:rsidR="00FF493A" w:rsidRDefault="00376469">
            <w:r>
              <w:t>Предоставление прочих персональных услуг</w:t>
            </w:r>
          </w:p>
        </w:tc>
        <w:tc>
          <w:tcPr>
            <w:tcW w:w="2880" w:type="dxa"/>
          </w:tcPr>
          <w:p w14:paraId="65CEE896" w14:textId="77777777" w:rsidR="00FF493A" w:rsidRDefault="00376469">
            <w:r>
              <w:t>при необходимости расширения</w:t>
            </w:r>
          </w:p>
        </w:tc>
      </w:tr>
    </w:tbl>
    <w:p w14:paraId="0022E389" w14:textId="77777777" w:rsidR="00FF493A" w:rsidRDefault="00FF493A"/>
    <w:p w14:paraId="557FAD26" w14:textId="77777777" w:rsidR="00FF493A" w:rsidRDefault="00376469">
      <w:pPr>
        <w:pStyle w:val="21"/>
      </w:pPr>
      <w:r>
        <w:t>3. Описание услуг</w:t>
      </w:r>
    </w:p>
    <w:p w14:paraId="1E22755B" w14:textId="77777777" w:rsidR="00FF493A" w:rsidRPr="00376469" w:rsidRDefault="00376469">
      <w:pPr>
        <w:rPr>
          <w:lang w:val="ru-RU"/>
        </w:rPr>
      </w:pPr>
      <w:r w:rsidRPr="00376469">
        <w:rPr>
          <w:lang w:val="ru-RU"/>
        </w:rPr>
        <w:t>Проект предполагает оказание услуг ресничного сервиса. Перечень услуг сформирован из наиболее востребованных процедур, которые обеспечивают стабильный спрос и прогнозируемую загрузку мастера.</w:t>
      </w:r>
    </w:p>
    <w:tbl>
      <w:tblPr>
        <w:tblStyle w:val="aff0"/>
        <w:tblW w:w="0" w:type="auto"/>
        <w:tblLook w:val="04A0" w:firstRow="1" w:lastRow="0" w:firstColumn="1" w:lastColumn="0" w:noHBand="0" w:noVBand="1"/>
      </w:tblPr>
      <w:tblGrid>
        <w:gridCol w:w="2424"/>
        <w:gridCol w:w="2100"/>
        <w:gridCol w:w="2079"/>
        <w:gridCol w:w="2027"/>
      </w:tblGrid>
      <w:tr w:rsidR="00FF493A" w14:paraId="5BF81CBE" w14:textId="77777777">
        <w:tc>
          <w:tcPr>
            <w:tcW w:w="2160" w:type="dxa"/>
          </w:tcPr>
          <w:p w14:paraId="2AFCF129" w14:textId="77777777" w:rsidR="00FF493A" w:rsidRDefault="00376469">
            <w:proofErr w:type="spellStart"/>
            <w:r>
              <w:t>Услуга</w:t>
            </w:r>
            <w:proofErr w:type="spellEnd"/>
          </w:p>
        </w:tc>
        <w:tc>
          <w:tcPr>
            <w:tcW w:w="2160" w:type="dxa"/>
          </w:tcPr>
          <w:p w14:paraId="44BC8836" w14:textId="77777777" w:rsidR="00FF493A" w:rsidRDefault="00376469">
            <w:r>
              <w:t>Содержание</w:t>
            </w:r>
          </w:p>
        </w:tc>
        <w:tc>
          <w:tcPr>
            <w:tcW w:w="2160" w:type="dxa"/>
          </w:tcPr>
          <w:p w14:paraId="0FC2630D" w14:textId="77777777" w:rsidR="00FF493A" w:rsidRDefault="00376469">
            <w:r>
              <w:t>Средняя длительность</w:t>
            </w:r>
          </w:p>
        </w:tc>
        <w:tc>
          <w:tcPr>
            <w:tcW w:w="2160" w:type="dxa"/>
          </w:tcPr>
          <w:p w14:paraId="2F5E9EA0" w14:textId="77777777" w:rsidR="00FF493A" w:rsidRDefault="00376469">
            <w:r>
              <w:t>Ориентир цены, руб.</w:t>
            </w:r>
          </w:p>
        </w:tc>
      </w:tr>
      <w:tr w:rsidR="00FF493A" w14:paraId="1DD3152A" w14:textId="77777777">
        <w:tc>
          <w:tcPr>
            <w:tcW w:w="2160" w:type="dxa"/>
          </w:tcPr>
          <w:p w14:paraId="58737CD7" w14:textId="77777777" w:rsidR="00FF493A" w:rsidRDefault="00376469">
            <w:r>
              <w:t>Классическое наращивание (1D)</w:t>
            </w:r>
          </w:p>
        </w:tc>
        <w:tc>
          <w:tcPr>
            <w:tcW w:w="2160" w:type="dxa"/>
          </w:tcPr>
          <w:p w14:paraId="61891972" w14:textId="77777777" w:rsidR="00FF493A" w:rsidRDefault="00376469">
            <w:r>
              <w:t>Наращивание по технологии 1:1</w:t>
            </w:r>
          </w:p>
        </w:tc>
        <w:tc>
          <w:tcPr>
            <w:tcW w:w="2160" w:type="dxa"/>
          </w:tcPr>
          <w:p w14:paraId="63A22658" w14:textId="77777777" w:rsidR="00FF493A" w:rsidRDefault="00376469">
            <w:r>
              <w:t>1,5–2,0 часа</w:t>
            </w:r>
          </w:p>
        </w:tc>
        <w:tc>
          <w:tcPr>
            <w:tcW w:w="2160" w:type="dxa"/>
          </w:tcPr>
          <w:p w14:paraId="5EA5E871" w14:textId="77777777" w:rsidR="00FF493A" w:rsidRDefault="00376469">
            <w:r>
              <w:t>2 000</w:t>
            </w:r>
          </w:p>
        </w:tc>
      </w:tr>
      <w:tr w:rsidR="00FF493A" w14:paraId="77E6EDBF" w14:textId="77777777">
        <w:tc>
          <w:tcPr>
            <w:tcW w:w="2160" w:type="dxa"/>
          </w:tcPr>
          <w:p w14:paraId="45DFA521" w14:textId="77777777" w:rsidR="00FF493A" w:rsidRDefault="00376469">
            <w:r>
              <w:t>Объём 2D</w:t>
            </w:r>
          </w:p>
        </w:tc>
        <w:tc>
          <w:tcPr>
            <w:tcW w:w="2160" w:type="dxa"/>
          </w:tcPr>
          <w:p w14:paraId="2FCEB7A9" w14:textId="77777777" w:rsidR="00FF493A" w:rsidRPr="00376469" w:rsidRDefault="00376469">
            <w:pPr>
              <w:rPr>
                <w:lang w:val="ru-RU"/>
              </w:rPr>
            </w:pPr>
            <w:r w:rsidRPr="00376469">
              <w:rPr>
                <w:lang w:val="ru-RU"/>
              </w:rPr>
              <w:t>Увеличение объёма за счёт пучков 2</w:t>
            </w:r>
            <w:r>
              <w:t>D</w:t>
            </w:r>
          </w:p>
        </w:tc>
        <w:tc>
          <w:tcPr>
            <w:tcW w:w="2160" w:type="dxa"/>
          </w:tcPr>
          <w:p w14:paraId="28688B9D" w14:textId="77777777" w:rsidR="00FF493A" w:rsidRDefault="00376469">
            <w:r>
              <w:t>2,0–2,5 часа</w:t>
            </w:r>
          </w:p>
        </w:tc>
        <w:tc>
          <w:tcPr>
            <w:tcW w:w="2160" w:type="dxa"/>
          </w:tcPr>
          <w:p w14:paraId="4DC0C8DF" w14:textId="77777777" w:rsidR="00FF493A" w:rsidRDefault="00376469">
            <w:r>
              <w:t>2 500</w:t>
            </w:r>
          </w:p>
        </w:tc>
      </w:tr>
      <w:tr w:rsidR="00FF493A" w14:paraId="23EB8000" w14:textId="77777777">
        <w:tc>
          <w:tcPr>
            <w:tcW w:w="2160" w:type="dxa"/>
          </w:tcPr>
          <w:p w14:paraId="713BB750" w14:textId="77777777" w:rsidR="00FF493A" w:rsidRDefault="00376469">
            <w:r>
              <w:lastRenderedPageBreak/>
              <w:t>Объём 3D</w:t>
            </w:r>
          </w:p>
        </w:tc>
        <w:tc>
          <w:tcPr>
            <w:tcW w:w="2160" w:type="dxa"/>
          </w:tcPr>
          <w:p w14:paraId="1AF46CE1" w14:textId="77777777" w:rsidR="00FF493A" w:rsidRDefault="00376469">
            <w:r>
              <w:t>Выраженный объём 3D</w:t>
            </w:r>
          </w:p>
        </w:tc>
        <w:tc>
          <w:tcPr>
            <w:tcW w:w="2160" w:type="dxa"/>
          </w:tcPr>
          <w:p w14:paraId="2E01AE1C" w14:textId="77777777" w:rsidR="00FF493A" w:rsidRDefault="00376469">
            <w:r>
              <w:t>2,5–3,0 часа</w:t>
            </w:r>
          </w:p>
        </w:tc>
        <w:tc>
          <w:tcPr>
            <w:tcW w:w="2160" w:type="dxa"/>
          </w:tcPr>
          <w:p w14:paraId="11812EC2" w14:textId="77777777" w:rsidR="00FF493A" w:rsidRDefault="00376469">
            <w:r>
              <w:t>3 000</w:t>
            </w:r>
          </w:p>
        </w:tc>
      </w:tr>
      <w:tr w:rsidR="00FF493A" w14:paraId="06CF02D9" w14:textId="77777777">
        <w:tc>
          <w:tcPr>
            <w:tcW w:w="2160" w:type="dxa"/>
          </w:tcPr>
          <w:p w14:paraId="1C9A4A55" w14:textId="77777777" w:rsidR="00FF493A" w:rsidRDefault="00376469">
            <w:r>
              <w:t>Коррекция</w:t>
            </w:r>
          </w:p>
        </w:tc>
        <w:tc>
          <w:tcPr>
            <w:tcW w:w="2160" w:type="dxa"/>
          </w:tcPr>
          <w:p w14:paraId="6622598C" w14:textId="77777777" w:rsidR="00FF493A" w:rsidRDefault="00376469">
            <w:r>
              <w:t>Коррекция ранее выполненного наращивания</w:t>
            </w:r>
          </w:p>
        </w:tc>
        <w:tc>
          <w:tcPr>
            <w:tcW w:w="2160" w:type="dxa"/>
          </w:tcPr>
          <w:p w14:paraId="4ED23251" w14:textId="77777777" w:rsidR="00FF493A" w:rsidRDefault="00376469">
            <w:r>
              <w:t>1,5–2,0 часа</w:t>
            </w:r>
          </w:p>
        </w:tc>
        <w:tc>
          <w:tcPr>
            <w:tcW w:w="2160" w:type="dxa"/>
          </w:tcPr>
          <w:p w14:paraId="70E11AD3" w14:textId="77777777" w:rsidR="00FF493A" w:rsidRDefault="00376469">
            <w:r>
              <w:t>1 500–2 000</w:t>
            </w:r>
          </w:p>
        </w:tc>
      </w:tr>
      <w:tr w:rsidR="00FF493A" w14:paraId="6896843F" w14:textId="77777777">
        <w:tc>
          <w:tcPr>
            <w:tcW w:w="2160" w:type="dxa"/>
          </w:tcPr>
          <w:p w14:paraId="4EACEB6A" w14:textId="77777777" w:rsidR="00FF493A" w:rsidRDefault="00376469">
            <w:r>
              <w:t>Снятие</w:t>
            </w:r>
          </w:p>
        </w:tc>
        <w:tc>
          <w:tcPr>
            <w:tcW w:w="2160" w:type="dxa"/>
          </w:tcPr>
          <w:p w14:paraId="5AD01E45" w14:textId="77777777" w:rsidR="00FF493A" w:rsidRDefault="00376469">
            <w:r>
              <w:t>Снятие материала, уход</w:t>
            </w:r>
          </w:p>
        </w:tc>
        <w:tc>
          <w:tcPr>
            <w:tcW w:w="2160" w:type="dxa"/>
          </w:tcPr>
          <w:p w14:paraId="7D2611F5" w14:textId="77777777" w:rsidR="00FF493A" w:rsidRDefault="00376469">
            <w:r>
              <w:t>30–45 мин</w:t>
            </w:r>
          </w:p>
        </w:tc>
        <w:tc>
          <w:tcPr>
            <w:tcW w:w="2160" w:type="dxa"/>
          </w:tcPr>
          <w:p w14:paraId="388BDC7D" w14:textId="77777777" w:rsidR="00FF493A" w:rsidRDefault="00376469">
            <w:r>
              <w:t>500–700</w:t>
            </w:r>
          </w:p>
        </w:tc>
      </w:tr>
      <w:tr w:rsidR="00FF493A" w14:paraId="0F605B47" w14:textId="77777777">
        <w:tc>
          <w:tcPr>
            <w:tcW w:w="2160" w:type="dxa"/>
          </w:tcPr>
          <w:p w14:paraId="715C40BF" w14:textId="77777777" w:rsidR="00FF493A" w:rsidRDefault="00376469">
            <w:r>
              <w:t>Уход/восстановление (по запросу)</w:t>
            </w:r>
          </w:p>
        </w:tc>
        <w:tc>
          <w:tcPr>
            <w:tcW w:w="2160" w:type="dxa"/>
          </w:tcPr>
          <w:p w14:paraId="7B2CD3BF" w14:textId="77777777" w:rsidR="00FF493A" w:rsidRDefault="00376469">
            <w:r>
              <w:t>Процедуры ухода, рекомендации, средства</w:t>
            </w:r>
          </w:p>
        </w:tc>
        <w:tc>
          <w:tcPr>
            <w:tcW w:w="2160" w:type="dxa"/>
          </w:tcPr>
          <w:p w14:paraId="01C44A0A" w14:textId="77777777" w:rsidR="00FF493A" w:rsidRDefault="00376469">
            <w:r>
              <w:t>20–30 мин</w:t>
            </w:r>
          </w:p>
        </w:tc>
        <w:tc>
          <w:tcPr>
            <w:tcW w:w="2160" w:type="dxa"/>
          </w:tcPr>
          <w:p w14:paraId="62591AA7" w14:textId="77777777" w:rsidR="00FF493A" w:rsidRDefault="00376469">
            <w:r>
              <w:t>300–800</w:t>
            </w:r>
          </w:p>
        </w:tc>
      </w:tr>
    </w:tbl>
    <w:p w14:paraId="7E9A7EC4" w14:textId="77777777" w:rsidR="00FF493A" w:rsidRDefault="00FF493A"/>
    <w:p w14:paraId="07FE2C74" w14:textId="3BC3F5A7" w:rsidR="00FF493A" w:rsidRPr="00376469" w:rsidRDefault="00376469">
      <w:pPr>
        <w:rPr>
          <w:lang w:val="ru-RU"/>
        </w:rPr>
      </w:pPr>
      <w:r w:rsidRPr="00376469">
        <w:rPr>
          <w:lang w:val="ru-RU"/>
        </w:rPr>
        <w:t>Цена услуги определяется сложностью работы, объёмом, состоянием натуральных ресниц и пожеланиями клиента. Цены могут корректироваться с учётом рынка и уровня спроса.</w:t>
      </w:r>
    </w:p>
    <w:p w14:paraId="3CFC0C5F" w14:textId="77777777" w:rsidR="00FF493A" w:rsidRPr="00376469" w:rsidRDefault="00376469">
      <w:pPr>
        <w:pStyle w:val="21"/>
        <w:rPr>
          <w:lang w:val="ru-RU"/>
        </w:rPr>
      </w:pPr>
      <w:r w:rsidRPr="00376469">
        <w:rPr>
          <w:lang w:val="ru-RU"/>
        </w:rPr>
        <w:t>4. Анализ рынка и целевая аудитория</w:t>
      </w:r>
    </w:p>
    <w:p w14:paraId="2C737520" w14:textId="77777777" w:rsidR="00FF493A" w:rsidRPr="00376469" w:rsidRDefault="00376469">
      <w:pPr>
        <w:rPr>
          <w:lang w:val="ru-RU"/>
        </w:rPr>
      </w:pPr>
      <w:r w:rsidRPr="00376469">
        <w:rPr>
          <w:lang w:val="ru-RU"/>
        </w:rPr>
        <w:t>Услуги ресничного сервиса являются востребованными среди женской аудитории и имеют повторяемость (клиенты возвращаются каждые 3–5 недель на коррекцию или новое наращивание). Рынок характеризуется высоким количеством предложений, однако спрос на качественную услугу сохраняется. Ключевое значение имеют качество работы, безопасность, комфорт, удобная запись и стабильный сервис.</w:t>
      </w:r>
    </w:p>
    <w:tbl>
      <w:tblPr>
        <w:tblStyle w:val="aff0"/>
        <w:tblW w:w="0" w:type="auto"/>
        <w:tblLook w:val="04A0" w:firstRow="1" w:lastRow="0" w:firstColumn="1" w:lastColumn="0" w:noHBand="0" w:noVBand="1"/>
      </w:tblPr>
      <w:tblGrid>
        <w:gridCol w:w="2391"/>
        <w:gridCol w:w="2135"/>
        <w:gridCol w:w="2023"/>
        <w:gridCol w:w="2081"/>
      </w:tblGrid>
      <w:tr w:rsidR="00FF493A" w14:paraId="562D75BC" w14:textId="77777777">
        <w:tc>
          <w:tcPr>
            <w:tcW w:w="2160" w:type="dxa"/>
          </w:tcPr>
          <w:p w14:paraId="64611395" w14:textId="77777777" w:rsidR="00FF493A" w:rsidRDefault="00376469">
            <w:proofErr w:type="spellStart"/>
            <w:r>
              <w:t>Сегмент</w:t>
            </w:r>
            <w:proofErr w:type="spellEnd"/>
          </w:p>
        </w:tc>
        <w:tc>
          <w:tcPr>
            <w:tcW w:w="2160" w:type="dxa"/>
          </w:tcPr>
          <w:p w14:paraId="7B39157D" w14:textId="77777777" w:rsidR="00FF493A" w:rsidRDefault="00376469">
            <w:r>
              <w:t>Кто это</w:t>
            </w:r>
          </w:p>
        </w:tc>
        <w:tc>
          <w:tcPr>
            <w:tcW w:w="2160" w:type="dxa"/>
          </w:tcPr>
          <w:p w14:paraId="57FA5EDC" w14:textId="77777777" w:rsidR="00FF493A" w:rsidRDefault="00376469">
            <w:r>
              <w:t>Потребность</w:t>
            </w:r>
          </w:p>
        </w:tc>
        <w:tc>
          <w:tcPr>
            <w:tcW w:w="2160" w:type="dxa"/>
          </w:tcPr>
          <w:p w14:paraId="3B1600E7" w14:textId="77777777" w:rsidR="00FF493A" w:rsidRDefault="00376469">
            <w:r>
              <w:t>Частота посещений</w:t>
            </w:r>
          </w:p>
        </w:tc>
      </w:tr>
      <w:tr w:rsidR="00FF493A" w14:paraId="0E793D23" w14:textId="77777777">
        <w:tc>
          <w:tcPr>
            <w:tcW w:w="2160" w:type="dxa"/>
          </w:tcPr>
          <w:p w14:paraId="290A82A4" w14:textId="77777777" w:rsidR="00FF493A" w:rsidRDefault="00376469">
            <w:r>
              <w:t>Работающие женщины</w:t>
            </w:r>
          </w:p>
        </w:tc>
        <w:tc>
          <w:tcPr>
            <w:tcW w:w="2160" w:type="dxa"/>
          </w:tcPr>
          <w:p w14:paraId="1342A326" w14:textId="77777777" w:rsidR="00FF493A" w:rsidRDefault="00376469">
            <w:r>
              <w:t>офис, сфера услуг, предприниматели</w:t>
            </w:r>
          </w:p>
        </w:tc>
        <w:tc>
          <w:tcPr>
            <w:tcW w:w="2160" w:type="dxa"/>
          </w:tcPr>
          <w:p w14:paraId="7E79ACE9" w14:textId="77777777" w:rsidR="00FF493A" w:rsidRDefault="00376469">
            <w:r>
              <w:t>аккуратный внешний вид</w:t>
            </w:r>
          </w:p>
        </w:tc>
        <w:tc>
          <w:tcPr>
            <w:tcW w:w="2160" w:type="dxa"/>
          </w:tcPr>
          <w:p w14:paraId="1CEB6B1F" w14:textId="77777777" w:rsidR="00FF493A" w:rsidRDefault="00376469">
            <w:r>
              <w:t>1 раз в 3–5 недель</w:t>
            </w:r>
          </w:p>
        </w:tc>
      </w:tr>
      <w:tr w:rsidR="00FF493A" w14:paraId="04BC2C3F" w14:textId="77777777">
        <w:tc>
          <w:tcPr>
            <w:tcW w:w="2160" w:type="dxa"/>
          </w:tcPr>
          <w:p w14:paraId="5C2B1605" w14:textId="77777777" w:rsidR="00FF493A" w:rsidRDefault="00376469">
            <w:r>
              <w:t>Студентки/молодёжь</w:t>
            </w:r>
          </w:p>
        </w:tc>
        <w:tc>
          <w:tcPr>
            <w:tcW w:w="2160" w:type="dxa"/>
          </w:tcPr>
          <w:p w14:paraId="7BF8A165" w14:textId="77777777" w:rsidR="00FF493A" w:rsidRDefault="00376469">
            <w:r>
              <w:t>17–24</w:t>
            </w:r>
          </w:p>
        </w:tc>
        <w:tc>
          <w:tcPr>
            <w:tcW w:w="2160" w:type="dxa"/>
          </w:tcPr>
          <w:p w14:paraId="0C5488E5" w14:textId="77777777" w:rsidR="00FF493A" w:rsidRDefault="00376469">
            <w:r>
              <w:t>модный образ, акции</w:t>
            </w:r>
          </w:p>
        </w:tc>
        <w:tc>
          <w:tcPr>
            <w:tcW w:w="2160" w:type="dxa"/>
          </w:tcPr>
          <w:p w14:paraId="22146D92" w14:textId="77777777" w:rsidR="00FF493A" w:rsidRDefault="00376469">
            <w:r>
              <w:t>1 раз в 3–5 недель</w:t>
            </w:r>
          </w:p>
        </w:tc>
      </w:tr>
      <w:tr w:rsidR="00FF493A" w14:paraId="15EC96F3" w14:textId="77777777">
        <w:tc>
          <w:tcPr>
            <w:tcW w:w="2160" w:type="dxa"/>
          </w:tcPr>
          <w:p w14:paraId="41FA14D3" w14:textId="77777777" w:rsidR="00FF493A" w:rsidRDefault="00376469">
            <w:r>
              <w:t>Женщины 25–45</w:t>
            </w:r>
          </w:p>
        </w:tc>
        <w:tc>
          <w:tcPr>
            <w:tcW w:w="2160" w:type="dxa"/>
          </w:tcPr>
          <w:p w14:paraId="31FDB560" w14:textId="77777777" w:rsidR="00FF493A" w:rsidRDefault="00376469">
            <w:r>
              <w:t>семьи, дети</w:t>
            </w:r>
          </w:p>
        </w:tc>
        <w:tc>
          <w:tcPr>
            <w:tcW w:w="2160" w:type="dxa"/>
          </w:tcPr>
          <w:p w14:paraId="6D23EBBB" w14:textId="77777777" w:rsidR="00FF493A" w:rsidRDefault="00376469">
            <w:r>
              <w:t>экономия времени на макияже</w:t>
            </w:r>
          </w:p>
        </w:tc>
        <w:tc>
          <w:tcPr>
            <w:tcW w:w="2160" w:type="dxa"/>
          </w:tcPr>
          <w:p w14:paraId="16174632" w14:textId="77777777" w:rsidR="00FF493A" w:rsidRDefault="00376469">
            <w:r>
              <w:t>1 раз в 3–5 недель</w:t>
            </w:r>
          </w:p>
        </w:tc>
      </w:tr>
      <w:tr w:rsidR="00FF493A" w14:paraId="45C9DEB0" w14:textId="77777777">
        <w:tc>
          <w:tcPr>
            <w:tcW w:w="2160" w:type="dxa"/>
          </w:tcPr>
          <w:p w14:paraId="3067B741" w14:textId="77777777" w:rsidR="00FF493A" w:rsidRDefault="00376469">
            <w:r>
              <w:t>Событийные клиенты</w:t>
            </w:r>
          </w:p>
        </w:tc>
        <w:tc>
          <w:tcPr>
            <w:tcW w:w="2160" w:type="dxa"/>
          </w:tcPr>
          <w:p w14:paraId="15EDFD53" w14:textId="77777777" w:rsidR="00FF493A" w:rsidRDefault="00376469">
            <w:r>
              <w:t>свадьбы, мероприятия</w:t>
            </w:r>
          </w:p>
        </w:tc>
        <w:tc>
          <w:tcPr>
            <w:tcW w:w="2160" w:type="dxa"/>
          </w:tcPr>
          <w:p w14:paraId="661C2248" w14:textId="77777777" w:rsidR="00FF493A" w:rsidRDefault="00376469">
            <w:r>
              <w:t>разовая услуга</w:t>
            </w:r>
          </w:p>
        </w:tc>
        <w:tc>
          <w:tcPr>
            <w:tcW w:w="2160" w:type="dxa"/>
          </w:tcPr>
          <w:p w14:paraId="605C08C9" w14:textId="77777777" w:rsidR="00FF493A" w:rsidRDefault="00376469">
            <w:r>
              <w:t>по необходимости</w:t>
            </w:r>
          </w:p>
        </w:tc>
      </w:tr>
    </w:tbl>
    <w:p w14:paraId="6C70CD57" w14:textId="77777777" w:rsidR="00FF493A" w:rsidRDefault="00FF493A"/>
    <w:p w14:paraId="3E8286C8" w14:textId="77777777" w:rsidR="00FF493A" w:rsidRDefault="00376469">
      <w:r>
        <w:t>Ключевые конкурентные преимущества проекта:</w:t>
      </w:r>
    </w:p>
    <w:p w14:paraId="30796A05" w14:textId="77777777" w:rsidR="00FF493A" w:rsidRPr="00376469" w:rsidRDefault="00376469">
      <w:pPr>
        <w:pStyle w:val="a0"/>
        <w:rPr>
          <w:lang w:val="ru-RU"/>
        </w:rPr>
      </w:pPr>
      <w:r w:rsidRPr="00376469">
        <w:rPr>
          <w:lang w:val="ru-RU"/>
        </w:rPr>
        <w:t>профессиональная квалификация и опыт заявителя;</w:t>
      </w:r>
    </w:p>
    <w:p w14:paraId="3CE5009B" w14:textId="77777777" w:rsidR="00FF493A" w:rsidRPr="00376469" w:rsidRDefault="00376469">
      <w:pPr>
        <w:pStyle w:val="a0"/>
        <w:rPr>
          <w:lang w:val="ru-RU"/>
        </w:rPr>
      </w:pPr>
      <w:r w:rsidRPr="00376469">
        <w:rPr>
          <w:lang w:val="ru-RU"/>
        </w:rPr>
        <w:t>строгое соблюдение гигиены и санитарной обработки;</w:t>
      </w:r>
    </w:p>
    <w:p w14:paraId="38551C64" w14:textId="77777777" w:rsidR="00FF493A" w:rsidRPr="00376469" w:rsidRDefault="00376469">
      <w:pPr>
        <w:pStyle w:val="a0"/>
        <w:rPr>
          <w:lang w:val="ru-RU"/>
        </w:rPr>
      </w:pPr>
      <w:r w:rsidRPr="00376469">
        <w:rPr>
          <w:lang w:val="ru-RU"/>
        </w:rPr>
        <w:t>удобная онлайн-запись и напоминания;</w:t>
      </w:r>
    </w:p>
    <w:p w14:paraId="342EF940" w14:textId="77777777" w:rsidR="00FF493A" w:rsidRPr="00376469" w:rsidRDefault="00376469">
      <w:pPr>
        <w:pStyle w:val="a0"/>
        <w:rPr>
          <w:lang w:val="ru-RU"/>
        </w:rPr>
      </w:pPr>
      <w:r w:rsidRPr="00376469">
        <w:rPr>
          <w:lang w:val="ru-RU"/>
        </w:rPr>
        <w:t>понятный прайс и прозрачная стоимость;</w:t>
      </w:r>
    </w:p>
    <w:p w14:paraId="091CECB0" w14:textId="77777777" w:rsidR="00FF493A" w:rsidRDefault="00376469">
      <w:pPr>
        <w:pStyle w:val="a0"/>
      </w:pPr>
      <w:proofErr w:type="spellStart"/>
      <w:r>
        <w:t>работа</w:t>
      </w:r>
      <w:proofErr w:type="spellEnd"/>
      <w:r>
        <w:t xml:space="preserve"> </w:t>
      </w:r>
      <w:proofErr w:type="spellStart"/>
      <w:r>
        <w:t>на</w:t>
      </w:r>
      <w:proofErr w:type="spellEnd"/>
      <w:r>
        <w:t xml:space="preserve"> </w:t>
      </w:r>
      <w:proofErr w:type="spellStart"/>
      <w:r>
        <w:t>качественных</w:t>
      </w:r>
      <w:proofErr w:type="spellEnd"/>
      <w:r>
        <w:t xml:space="preserve"> </w:t>
      </w:r>
      <w:proofErr w:type="spellStart"/>
      <w:r>
        <w:t>материалах</w:t>
      </w:r>
      <w:proofErr w:type="spellEnd"/>
      <w:r>
        <w:t>;</w:t>
      </w:r>
    </w:p>
    <w:p w14:paraId="35B0C6A6" w14:textId="77777777" w:rsidR="00FF493A" w:rsidRPr="00376469" w:rsidRDefault="00376469">
      <w:pPr>
        <w:pStyle w:val="a0"/>
        <w:rPr>
          <w:lang w:val="ru-RU"/>
        </w:rPr>
      </w:pPr>
      <w:r w:rsidRPr="00376469">
        <w:rPr>
          <w:lang w:val="ru-RU"/>
        </w:rPr>
        <w:lastRenderedPageBreak/>
        <w:t>сбор отзывов и «сарафанное радио».</w:t>
      </w:r>
    </w:p>
    <w:p w14:paraId="59C1964F" w14:textId="77777777" w:rsidR="00FF493A" w:rsidRPr="00376469" w:rsidRDefault="00376469">
      <w:pPr>
        <w:pStyle w:val="21"/>
        <w:rPr>
          <w:lang w:val="ru-RU"/>
        </w:rPr>
      </w:pPr>
      <w:r w:rsidRPr="00376469">
        <w:rPr>
          <w:lang w:val="ru-RU"/>
        </w:rPr>
        <w:t>5. Производственный план (организация работы и безопасность)</w:t>
      </w:r>
    </w:p>
    <w:p w14:paraId="72B043E4" w14:textId="77777777" w:rsidR="00FF493A" w:rsidRPr="00376469" w:rsidRDefault="00376469">
      <w:pPr>
        <w:rPr>
          <w:lang w:val="ru-RU"/>
        </w:rPr>
      </w:pPr>
      <w:r w:rsidRPr="00376469">
        <w:rPr>
          <w:lang w:val="ru-RU"/>
        </w:rPr>
        <w:t>Работа планируется в арендованном кабинете/помещении. Помещение должно иметь: электроснабжение, возможность влажной уборки, вентиляцию (или проветривание), доступ к воде (желательно). Наращивание ресниц не требует лицензирования, однако требует соблюдения санитарных правил.</w:t>
      </w:r>
    </w:p>
    <w:p w14:paraId="6F2970F2" w14:textId="77777777" w:rsidR="00FF493A" w:rsidRDefault="00376469">
      <w:r>
        <w:t>5.1. Процесс оказания услуги:</w:t>
      </w:r>
    </w:p>
    <w:p w14:paraId="23DEDC24" w14:textId="77777777" w:rsidR="00FF493A" w:rsidRPr="00376469" w:rsidRDefault="00376469" w:rsidP="007C7753">
      <w:pPr>
        <w:pStyle w:val="a"/>
        <w:numPr>
          <w:ilvl w:val="0"/>
          <w:numId w:val="0"/>
        </w:numPr>
        <w:rPr>
          <w:lang w:val="ru-RU"/>
        </w:rPr>
      </w:pPr>
      <w:r w:rsidRPr="00376469">
        <w:rPr>
          <w:lang w:val="ru-RU"/>
        </w:rPr>
        <w:t>Запись клиента (мессенджер/телефон/онлайн-форма).</w:t>
      </w:r>
    </w:p>
    <w:p w14:paraId="37B01E08" w14:textId="77777777" w:rsidR="00FF493A" w:rsidRPr="00376469" w:rsidRDefault="00376469" w:rsidP="007C7753">
      <w:pPr>
        <w:pStyle w:val="a"/>
        <w:numPr>
          <w:ilvl w:val="0"/>
          <w:numId w:val="0"/>
        </w:numPr>
        <w:rPr>
          <w:lang w:val="ru-RU"/>
        </w:rPr>
      </w:pPr>
      <w:r w:rsidRPr="00376469">
        <w:rPr>
          <w:lang w:val="ru-RU"/>
        </w:rPr>
        <w:t>Первичная консультация: выяснение пожеланий, противопоказаний, согласование цены.</w:t>
      </w:r>
    </w:p>
    <w:p w14:paraId="7A7CE149" w14:textId="77777777" w:rsidR="00FF493A" w:rsidRPr="00376469" w:rsidRDefault="00376469" w:rsidP="007C7753">
      <w:pPr>
        <w:pStyle w:val="a"/>
        <w:numPr>
          <w:ilvl w:val="0"/>
          <w:numId w:val="0"/>
        </w:numPr>
        <w:rPr>
          <w:lang w:val="ru-RU"/>
        </w:rPr>
      </w:pPr>
      <w:r w:rsidRPr="00376469">
        <w:rPr>
          <w:lang w:val="ru-RU"/>
        </w:rPr>
        <w:t>Подготовка рабочего места: дезинфекция поверхностей, подготовка стерильных/одноразовых материалов.</w:t>
      </w:r>
    </w:p>
    <w:p w14:paraId="23DB9932" w14:textId="77777777" w:rsidR="00FF493A" w:rsidRDefault="00376469" w:rsidP="007C7753">
      <w:pPr>
        <w:pStyle w:val="a"/>
        <w:numPr>
          <w:ilvl w:val="0"/>
          <w:numId w:val="0"/>
        </w:numPr>
      </w:pPr>
      <w:proofErr w:type="spellStart"/>
      <w:r>
        <w:t>Процедура</w:t>
      </w:r>
      <w:proofErr w:type="spellEnd"/>
      <w:r>
        <w:t xml:space="preserve"> </w:t>
      </w:r>
      <w:proofErr w:type="spellStart"/>
      <w:r>
        <w:t>наращивания</w:t>
      </w:r>
      <w:proofErr w:type="spellEnd"/>
      <w:r>
        <w:t>/</w:t>
      </w:r>
      <w:proofErr w:type="spellStart"/>
      <w:r>
        <w:t>коррекции</w:t>
      </w:r>
      <w:proofErr w:type="spellEnd"/>
      <w:r>
        <w:t>/</w:t>
      </w:r>
      <w:proofErr w:type="spellStart"/>
      <w:r>
        <w:t>снятия</w:t>
      </w:r>
      <w:proofErr w:type="spellEnd"/>
      <w:r>
        <w:t>.</w:t>
      </w:r>
    </w:p>
    <w:p w14:paraId="3A90C764" w14:textId="77777777" w:rsidR="00FF493A" w:rsidRPr="00376469" w:rsidRDefault="00376469" w:rsidP="007C7753">
      <w:pPr>
        <w:pStyle w:val="a"/>
        <w:numPr>
          <w:ilvl w:val="0"/>
          <w:numId w:val="0"/>
        </w:numPr>
        <w:rPr>
          <w:lang w:val="ru-RU"/>
        </w:rPr>
      </w:pPr>
      <w:r w:rsidRPr="00376469">
        <w:rPr>
          <w:lang w:val="ru-RU"/>
        </w:rPr>
        <w:t>Завершение: рекомендации по уходу, запись на следующий визит, получение оплаты.</w:t>
      </w:r>
    </w:p>
    <w:p w14:paraId="5F3E11F5" w14:textId="77777777" w:rsidR="00FF493A" w:rsidRPr="00376469" w:rsidRDefault="00376469" w:rsidP="007C7753">
      <w:pPr>
        <w:pStyle w:val="a"/>
        <w:numPr>
          <w:ilvl w:val="0"/>
          <w:numId w:val="0"/>
        </w:numPr>
        <w:rPr>
          <w:lang w:val="ru-RU"/>
        </w:rPr>
      </w:pPr>
      <w:r w:rsidRPr="00376469">
        <w:rPr>
          <w:lang w:val="ru-RU"/>
        </w:rPr>
        <w:t>Фиксация клиента в базе (контакты, дата, предпочтения, фото результата при согласии).</w:t>
      </w:r>
    </w:p>
    <w:p w14:paraId="6B43BA8B" w14:textId="77777777" w:rsidR="00FF493A" w:rsidRPr="00376469" w:rsidRDefault="00376469">
      <w:pPr>
        <w:rPr>
          <w:lang w:val="ru-RU"/>
        </w:rPr>
      </w:pPr>
      <w:r w:rsidRPr="00376469">
        <w:rPr>
          <w:lang w:val="ru-RU"/>
        </w:rPr>
        <w:t>5.2. Гигиена и безопасность (коротко, по сути):</w:t>
      </w:r>
    </w:p>
    <w:p w14:paraId="20585ED5" w14:textId="77777777" w:rsidR="00FF493A" w:rsidRPr="00376469" w:rsidRDefault="00376469">
      <w:pPr>
        <w:pStyle w:val="a0"/>
        <w:rPr>
          <w:lang w:val="ru-RU"/>
        </w:rPr>
      </w:pPr>
      <w:r w:rsidRPr="00376469">
        <w:rPr>
          <w:lang w:val="ru-RU"/>
        </w:rPr>
        <w:t>использование одноразовых расходных материалов (патчи, щёточки и др.) или их индивидуальная упаковка;</w:t>
      </w:r>
    </w:p>
    <w:p w14:paraId="793AE06D" w14:textId="77777777" w:rsidR="00FF493A" w:rsidRPr="00376469" w:rsidRDefault="00376469">
      <w:pPr>
        <w:pStyle w:val="a0"/>
        <w:rPr>
          <w:lang w:val="ru-RU"/>
        </w:rPr>
      </w:pPr>
      <w:r w:rsidRPr="00376469">
        <w:rPr>
          <w:lang w:val="ru-RU"/>
        </w:rPr>
        <w:t>дезинфекция рабочих поверхностей до и после клиента;</w:t>
      </w:r>
    </w:p>
    <w:p w14:paraId="62C0A7A3" w14:textId="77777777" w:rsidR="00FF493A" w:rsidRDefault="00376469">
      <w:pPr>
        <w:pStyle w:val="a0"/>
      </w:pPr>
      <w:proofErr w:type="spellStart"/>
      <w:r>
        <w:t>антисептическая</w:t>
      </w:r>
      <w:proofErr w:type="spellEnd"/>
      <w:r>
        <w:t xml:space="preserve"> </w:t>
      </w:r>
      <w:proofErr w:type="spellStart"/>
      <w:r>
        <w:t>обработка</w:t>
      </w:r>
      <w:proofErr w:type="spellEnd"/>
      <w:r>
        <w:t xml:space="preserve"> </w:t>
      </w:r>
      <w:proofErr w:type="spellStart"/>
      <w:r>
        <w:t>рук</w:t>
      </w:r>
      <w:proofErr w:type="spellEnd"/>
      <w:r>
        <w:t xml:space="preserve"> </w:t>
      </w:r>
      <w:proofErr w:type="spellStart"/>
      <w:r>
        <w:t>мастера</w:t>
      </w:r>
      <w:proofErr w:type="spellEnd"/>
      <w:r>
        <w:t>;</w:t>
      </w:r>
    </w:p>
    <w:p w14:paraId="13EC03BD" w14:textId="77777777" w:rsidR="00FF493A" w:rsidRPr="00376469" w:rsidRDefault="00376469">
      <w:pPr>
        <w:pStyle w:val="a0"/>
        <w:rPr>
          <w:lang w:val="ru-RU"/>
        </w:rPr>
      </w:pPr>
      <w:r w:rsidRPr="00376469">
        <w:rPr>
          <w:lang w:val="ru-RU"/>
        </w:rPr>
        <w:t>использование СИЗ при необходимости (маска, перчатки);</w:t>
      </w:r>
    </w:p>
    <w:p w14:paraId="6058363C" w14:textId="77777777" w:rsidR="00FF493A" w:rsidRPr="00376469" w:rsidRDefault="00376469">
      <w:pPr>
        <w:pStyle w:val="a0"/>
        <w:rPr>
          <w:lang w:val="ru-RU"/>
        </w:rPr>
      </w:pPr>
      <w:r w:rsidRPr="00376469">
        <w:rPr>
          <w:lang w:val="ru-RU"/>
        </w:rPr>
        <w:t>соблюдение порядка хранения материалов, сроков годности;</w:t>
      </w:r>
    </w:p>
    <w:p w14:paraId="33258E10" w14:textId="77777777" w:rsidR="00FF493A" w:rsidRPr="00376469" w:rsidRDefault="00376469">
      <w:pPr>
        <w:pStyle w:val="a0"/>
        <w:rPr>
          <w:lang w:val="ru-RU"/>
        </w:rPr>
      </w:pPr>
      <w:r w:rsidRPr="00376469">
        <w:rPr>
          <w:lang w:val="ru-RU"/>
        </w:rPr>
        <w:t>регулярная уборка помещения и проветривание.</w:t>
      </w:r>
    </w:p>
    <w:p w14:paraId="42C7D5BA" w14:textId="77777777" w:rsidR="00FF493A" w:rsidRPr="00376469" w:rsidRDefault="00376469">
      <w:pPr>
        <w:rPr>
          <w:lang w:val="ru-RU"/>
        </w:rPr>
      </w:pPr>
      <w:r w:rsidRPr="00376469">
        <w:rPr>
          <w:lang w:val="ru-RU"/>
        </w:rPr>
        <w:t>5.3. Требования к оборудованию и материалам:</w:t>
      </w:r>
    </w:p>
    <w:tbl>
      <w:tblPr>
        <w:tblStyle w:val="aff0"/>
        <w:tblW w:w="0" w:type="auto"/>
        <w:tblLook w:val="04A0" w:firstRow="1" w:lastRow="0" w:firstColumn="1" w:lastColumn="0" w:noHBand="0" w:noVBand="1"/>
      </w:tblPr>
      <w:tblGrid>
        <w:gridCol w:w="3046"/>
        <w:gridCol w:w="2819"/>
        <w:gridCol w:w="2765"/>
      </w:tblGrid>
      <w:tr w:rsidR="00FF493A" w14:paraId="4370C468" w14:textId="77777777">
        <w:tc>
          <w:tcPr>
            <w:tcW w:w="2880" w:type="dxa"/>
          </w:tcPr>
          <w:p w14:paraId="075F1937" w14:textId="77777777" w:rsidR="00FF493A" w:rsidRDefault="00376469">
            <w:proofErr w:type="spellStart"/>
            <w:r>
              <w:t>Группа</w:t>
            </w:r>
            <w:proofErr w:type="spellEnd"/>
          </w:p>
        </w:tc>
        <w:tc>
          <w:tcPr>
            <w:tcW w:w="2880" w:type="dxa"/>
          </w:tcPr>
          <w:p w14:paraId="665701E2" w14:textId="77777777" w:rsidR="00FF493A" w:rsidRDefault="00376469">
            <w:r>
              <w:t>Что входит</w:t>
            </w:r>
          </w:p>
        </w:tc>
        <w:tc>
          <w:tcPr>
            <w:tcW w:w="2880" w:type="dxa"/>
          </w:tcPr>
          <w:p w14:paraId="32F03011" w14:textId="77777777" w:rsidR="00FF493A" w:rsidRDefault="00376469">
            <w:r>
              <w:t>Зачем нужно</w:t>
            </w:r>
          </w:p>
        </w:tc>
      </w:tr>
      <w:tr w:rsidR="00FF493A" w14:paraId="2268F040" w14:textId="77777777">
        <w:tc>
          <w:tcPr>
            <w:tcW w:w="2880" w:type="dxa"/>
          </w:tcPr>
          <w:p w14:paraId="582BA784" w14:textId="77777777" w:rsidR="00FF493A" w:rsidRDefault="00376469">
            <w:r>
              <w:t>Рабочее место</w:t>
            </w:r>
          </w:p>
        </w:tc>
        <w:tc>
          <w:tcPr>
            <w:tcW w:w="2880" w:type="dxa"/>
          </w:tcPr>
          <w:p w14:paraId="1DC655B6" w14:textId="77777777" w:rsidR="00FF493A" w:rsidRPr="00376469" w:rsidRDefault="00376469">
            <w:pPr>
              <w:rPr>
                <w:lang w:val="ru-RU"/>
              </w:rPr>
            </w:pPr>
            <w:r w:rsidRPr="00376469">
              <w:rPr>
                <w:lang w:val="ru-RU"/>
              </w:rPr>
              <w:t>косметологическая кушетка/кресло, освещение, тележка/тумба</w:t>
            </w:r>
          </w:p>
        </w:tc>
        <w:tc>
          <w:tcPr>
            <w:tcW w:w="2880" w:type="dxa"/>
          </w:tcPr>
          <w:p w14:paraId="5CD2EA07" w14:textId="77777777" w:rsidR="00FF493A" w:rsidRDefault="00376469">
            <w:proofErr w:type="spellStart"/>
            <w:r>
              <w:t>комфорт</w:t>
            </w:r>
            <w:proofErr w:type="spellEnd"/>
            <w:r>
              <w:t xml:space="preserve"> и </w:t>
            </w:r>
            <w:proofErr w:type="spellStart"/>
            <w:r>
              <w:t>качество</w:t>
            </w:r>
            <w:proofErr w:type="spellEnd"/>
            <w:r>
              <w:t xml:space="preserve"> </w:t>
            </w:r>
            <w:proofErr w:type="spellStart"/>
            <w:r>
              <w:t>работы</w:t>
            </w:r>
            <w:proofErr w:type="spellEnd"/>
          </w:p>
        </w:tc>
      </w:tr>
      <w:tr w:rsidR="00FF493A" w14:paraId="12B1CA74" w14:textId="77777777">
        <w:tc>
          <w:tcPr>
            <w:tcW w:w="2880" w:type="dxa"/>
          </w:tcPr>
          <w:p w14:paraId="2ED59BB2" w14:textId="77777777" w:rsidR="00FF493A" w:rsidRDefault="00376469">
            <w:r>
              <w:t>Инструменты</w:t>
            </w:r>
          </w:p>
        </w:tc>
        <w:tc>
          <w:tcPr>
            <w:tcW w:w="2880" w:type="dxa"/>
          </w:tcPr>
          <w:p w14:paraId="53C2CA56" w14:textId="77777777" w:rsidR="00FF493A" w:rsidRPr="00376469" w:rsidRDefault="00376469">
            <w:pPr>
              <w:rPr>
                <w:lang w:val="ru-RU"/>
              </w:rPr>
            </w:pPr>
            <w:r w:rsidRPr="00376469">
              <w:rPr>
                <w:lang w:val="ru-RU"/>
              </w:rPr>
              <w:t>пинцеты, палитры, камень/стекло для клея</w:t>
            </w:r>
          </w:p>
        </w:tc>
        <w:tc>
          <w:tcPr>
            <w:tcW w:w="2880" w:type="dxa"/>
          </w:tcPr>
          <w:p w14:paraId="72D93ACD" w14:textId="77777777" w:rsidR="00FF493A" w:rsidRDefault="00376469">
            <w:proofErr w:type="spellStart"/>
            <w:r>
              <w:t>точность</w:t>
            </w:r>
            <w:proofErr w:type="spellEnd"/>
            <w:r>
              <w:t xml:space="preserve"> и </w:t>
            </w:r>
            <w:proofErr w:type="spellStart"/>
            <w:r>
              <w:t>скорость</w:t>
            </w:r>
            <w:proofErr w:type="spellEnd"/>
          </w:p>
        </w:tc>
      </w:tr>
      <w:tr w:rsidR="00FF493A" w14:paraId="3C43DAD4" w14:textId="77777777">
        <w:tc>
          <w:tcPr>
            <w:tcW w:w="2880" w:type="dxa"/>
          </w:tcPr>
          <w:p w14:paraId="49B080E8" w14:textId="77777777" w:rsidR="00FF493A" w:rsidRDefault="00376469">
            <w:r>
              <w:t>Расходники</w:t>
            </w:r>
          </w:p>
        </w:tc>
        <w:tc>
          <w:tcPr>
            <w:tcW w:w="2880" w:type="dxa"/>
          </w:tcPr>
          <w:p w14:paraId="134E2A09" w14:textId="77777777" w:rsidR="00FF493A" w:rsidRDefault="00376469">
            <w:r>
              <w:t>патчи, ленты, щёточки, микробраши</w:t>
            </w:r>
          </w:p>
        </w:tc>
        <w:tc>
          <w:tcPr>
            <w:tcW w:w="2880" w:type="dxa"/>
          </w:tcPr>
          <w:p w14:paraId="38AF685F" w14:textId="77777777" w:rsidR="00FF493A" w:rsidRDefault="00376469">
            <w:r>
              <w:t>гигиена и удобство</w:t>
            </w:r>
          </w:p>
        </w:tc>
      </w:tr>
      <w:tr w:rsidR="00FF493A" w14:paraId="52EB81D5" w14:textId="77777777">
        <w:tc>
          <w:tcPr>
            <w:tcW w:w="2880" w:type="dxa"/>
          </w:tcPr>
          <w:p w14:paraId="122EDA73" w14:textId="77777777" w:rsidR="00FF493A" w:rsidRDefault="00376469">
            <w:r>
              <w:lastRenderedPageBreak/>
              <w:t>Материалы</w:t>
            </w:r>
          </w:p>
        </w:tc>
        <w:tc>
          <w:tcPr>
            <w:tcW w:w="2880" w:type="dxa"/>
          </w:tcPr>
          <w:p w14:paraId="2A7F22AE" w14:textId="77777777" w:rsidR="00FF493A" w:rsidRPr="00376469" w:rsidRDefault="00376469">
            <w:pPr>
              <w:rPr>
                <w:lang w:val="ru-RU"/>
              </w:rPr>
            </w:pPr>
            <w:r w:rsidRPr="00376469">
              <w:rPr>
                <w:lang w:val="ru-RU"/>
              </w:rPr>
              <w:t xml:space="preserve">ресницы, клей, </w:t>
            </w:r>
            <w:proofErr w:type="spellStart"/>
            <w:r w:rsidRPr="00376469">
              <w:rPr>
                <w:lang w:val="ru-RU"/>
              </w:rPr>
              <w:t>ремувер</w:t>
            </w:r>
            <w:proofErr w:type="spellEnd"/>
            <w:r w:rsidRPr="00376469">
              <w:rPr>
                <w:lang w:val="ru-RU"/>
              </w:rPr>
              <w:t xml:space="preserve">, праймер, </w:t>
            </w:r>
            <w:proofErr w:type="spellStart"/>
            <w:r w:rsidRPr="00376469">
              <w:rPr>
                <w:lang w:val="ru-RU"/>
              </w:rPr>
              <w:t>обезжириватель</w:t>
            </w:r>
            <w:proofErr w:type="spellEnd"/>
          </w:p>
        </w:tc>
        <w:tc>
          <w:tcPr>
            <w:tcW w:w="2880" w:type="dxa"/>
          </w:tcPr>
          <w:p w14:paraId="6A6229D3" w14:textId="77777777" w:rsidR="00FF493A" w:rsidRDefault="00376469">
            <w:proofErr w:type="spellStart"/>
            <w:r>
              <w:t>качество</w:t>
            </w:r>
            <w:proofErr w:type="spellEnd"/>
            <w:r>
              <w:t xml:space="preserve"> </w:t>
            </w:r>
            <w:proofErr w:type="spellStart"/>
            <w:r>
              <w:t>результата</w:t>
            </w:r>
            <w:proofErr w:type="spellEnd"/>
          </w:p>
        </w:tc>
      </w:tr>
      <w:tr w:rsidR="00FF493A" w14:paraId="52915A87" w14:textId="77777777">
        <w:tc>
          <w:tcPr>
            <w:tcW w:w="2880" w:type="dxa"/>
          </w:tcPr>
          <w:p w14:paraId="2FE09DB9" w14:textId="77777777" w:rsidR="00FF493A" w:rsidRDefault="00376469">
            <w:r>
              <w:t>Стерилизация/дезинфекция</w:t>
            </w:r>
          </w:p>
        </w:tc>
        <w:tc>
          <w:tcPr>
            <w:tcW w:w="2880" w:type="dxa"/>
          </w:tcPr>
          <w:p w14:paraId="570F97C6" w14:textId="77777777" w:rsidR="00FF493A" w:rsidRPr="00376469" w:rsidRDefault="00376469">
            <w:pPr>
              <w:rPr>
                <w:lang w:val="ru-RU"/>
              </w:rPr>
            </w:pPr>
            <w:r w:rsidRPr="00376469">
              <w:rPr>
                <w:lang w:val="ru-RU"/>
              </w:rPr>
              <w:t>дезсредства, контейнеры, УФ-бокс (при необходимости)</w:t>
            </w:r>
          </w:p>
        </w:tc>
        <w:tc>
          <w:tcPr>
            <w:tcW w:w="2880" w:type="dxa"/>
          </w:tcPr>
          <w:p w14:paraId="0C3E7168" w14:textId="77777777" w:rsidR="00FF493A" w:rsidRDefault="00376469">
            <w:proofErr w:type="spellStart"/>
            <w:r>
              <w:t>безопасность</w:t>
            </w:r>
            <w:proofErr w:type="spellEnd"/>
          </w:p>
        </w:tc>
      </w:tr>
    </w:tbl>
    <w:p w14:paraId="2D4ACC47" w14:textId="77777777" w:rsidR="00FF493A" w:rsidRDefault="00FF493A"/>
    <w:p w14:paraId="298B9477" w14:textId="77777777" w:rsidR="00FF493A" w:rsidRDefault="00376469">
      <w:pPr>
        <w:pStyle w:val="21"/>
      </w:pPr>
      <w:r>
        <w:t>6. Календарный план запуска</w:t>
      </w:r>
    </w:p>
    <w:tbl>
      <w:tblPr>
        <w:tblStyle w:val="aff0"/>
        <w:tblW w:w="0" w:type="auto"/>
        <w:tblLook w:val="04A0" w:firstRow="1" w:lastRow="0" w:firstColumn="1" w:lastColumn="0" w:noHBand="0" w:noVBand="1"/>
      </w:tblPr>
      <w:tblGrid>
        <w:gridCol w:w="2120"/>
        <w:gridCol w:w="2040"/>
        <w:gridCol w:w="2087"/>
        <w:gridCol w:w="2383"/>
      </w:tblGrid>
      <w:tr w:rsidR="00FF493A" w14:paraId="62F81F6F" w14:textId="77777777">
        <w:tc>
          <w:tcPr>
            <w:tcW w:w="2160" w:type="dxa"/>
          </w:tcPr>
          <w:p w14:paraId="6ACB5672" w14:textId="77777777" w:rsidR="00FF493A" w:rsidRDefault="00376469">
            <w:r>
              <w:t>Этап</w:t>
            </w:r>
          </w:p>
        </w:tc>
        <w:tc>
          <w:tcPr>
            <w:tcW w:w="2160" w:type="dxa"/>
          </w:tcPr>
          <w:p w14:paraId="15C03C9E" w14:textId="77777777" w:rsidR="00FF493A" w:rsidRDefault="00376469">
            <w:r>
              <w:t>Срок</w:t>
            </w:r>
          </w:p>
        </w:tc>
        <w:tc>
          <w:tcPr>
            <w:tcW w:w="2160" w:type="dxa"/>
          </w:tcPr>
          <w:p w14:paraId="0AE22DC7" w14:textId="77777777" w:rsidR="00FF493A" w:rsidRDefault="00376469">
            <w:r>
              <w:t>Результат</w:t>
            </w:r>
          </w:p>
        </w:tc>
        <w:tc>
          <w:tcPr>
            <w:tcW w:w="2160" w:type="dxa"/>
          </w:tcPr>
          <w:p w14:paraId="2202DD7F" w14:textId="77777777" w:rsidR="00FF493A" w:rsidRDefault="00376469">
            <w:r>
              <w:t>Комментарий</w:t>
            </w:r>
          </w:p>
        </w:tc>
      </w:tr>
      <w:tr w:rsidR="00FF493A" w14:paraId="5F1316DB" w14:textId="77777777">
        <w:tc>
          <w:tcPr>
            <w:tcW w:w="2160" w:type="dxa"/>
          </w:tcPr>
          <w:p w14:paraId="63DADE68" w14:textId="77777777" w:rsidR="00FF493A" w:rsidRDefault="00376469">
            <w:r>
              <w:t>Регистрация самозанятости (НПД)</w:t>
            </w:r>
          </w:p>
        </w:tc>
        <w:tc>
          <w:tcPr>
            <w:tcW w:w="2160" w:type="dxa"/>
          </w:tcPr>
          <w:p w14:paraId="5E932A00" w14:textId="77777777" w:rsidR="00FF493A" w:rsidRDefault="00376469">
            <w:r>
              <w:t>1–2 дня</w:t>
            </w:r>
          </w:p>
        </w:tc>
        <w:tc>
          <w:tcPr>
            <w:tcW w:w="2160" w:type="dxa"/>
          </w:tcPr>
          <w:p w14:paraId="4EBF2342" w14:textId="77777777" w:rsidR="00FF493A" w:rsidRDefault="00376469">
            <w:r>
              <w:t>Статус оформлен</w:t>
            </w:r>
          </w:p>
        </w:tc>
        <w:tc>
          <w:tcPr>
            <w:tcW w:w="2160" w:type="dxa"/>
          </w:tcPr>
          <w:p w14:paraId="15B86BFA" w14:textId="77777777" w:rsidR="00FF493A" w:rsidRDefault="00376469">
            <w:r>
              <w:t>через приложение «Мой налог»</w:t>
            </w:r>
          </w:p>
        </w:tc>
      </w:tr>
      <w:tr w:rsidR="00FF493A" w14:paraId="07546216" w14:textId="77777777">
        <w:tc>
          <w:tcPr>
            <w:tcW w:w="2160" w:type="dxa"/>
          </w:tcPr>
          <w:p w14:paraId="7A60C2DF" w14:textId="77777777" w:rsidR="00FF493A" w:rsidRDefault="00376469">
            <w:r>
              <w:t>Подбор/аренда кабинета</w:t>
            </w:r>
          </w:p>
        </w:tc>
        <w:tc>
          <w:tcPr>
            <w:tcW w:w="2160" w:type="dxa"/>
          </w:tcPr>
          <w:p w14:paraId="6D20D3C1" w14:textId="77777777" w:rsidR="00FF493A" w:rsidRDefault="00376469">
            <w:r>
              <w:t>1–2 недели</w:t>
            </w:r>
          </w:p>
        </w:tc>
        <w:tc>
          <w:tcPr>
            <w:tcW w:w="2160" w:type="dxa"/>
          </w:tcPr>
          <w:p w14:paraId="1F687EF0" w14:textId="77777777" w:rsidR="00FF493A" w:rsidRDefault="00376469">
            <w:r>
              <w:t>Договор аренды</w:t>
            </w:r>
          </w:p>
        </w:tc>
        <w:tc>
          <w:tcPr>
            <w:tcW w:w="2160" w:type="dxa"/>
          </w:tcPr>
          <w:p w14:paraId="06DA7F5A" w14:textId="77777777" w:rsidR="00FF493A" w:rsidRDefault="00376469">
            <w:r>
              <w:t>выбор доступного помещения</w:t>
            </w:r>
          </w:p>
        </w:tc>
      </w:tr>
      <w:tr w:rsidR="00FF493A" w14:paraId="0EEA26FF" w14:textId="77777777">
        <w:tc>
          <w:tcPr>
            <w:tcW w:w="2160" w:type="dxa"/>
          </w:tcPr>
          <w:p w14:paraId="4B4396EC" w14:textId="77777777" w:rsidR="00FF493A" w:rsidRDefault="00376469">
            <w:r>
              <w:t>Закупка оборудования и материалов</w:t>
            </w:r>
          </w:p>
        </w:tc>
        <w:tc>
          <w:tcPr>
            <w:tcW w:w="2160" w:type="dxa"/>
          </w:tcPr>
          <w:p w14:paraId="7B01A6A9" w14:textId="77777777" w:rsidR="00FF493A" w:rsidRDefault="00376469">
            <w:r>
              <w:t>1–3 недели</w:t>
            </w:r>
          </w:p>
        </w:tc>
        <w:tc>
          <w:tcPr>
            <w:tcW w:w="2160" w:type="dxa"/>
          </w:tcPr>
          <w:p w14:paraId="096393D0" w14:textId="77777777" w:rsidR="00FF493A" w:rsidRDefault="00376469">
            <w:r>
              <w:t>Полностью готовое рабочее место</w:t>
            </w:r>
          </w:p>
        </w:tc>
        <w:tc>
          <w:tcPr>
            <w:tcW w:w="2160" w:type="dxa"/>
          </w:tcPr>
          <w:p w14:paraId="4C2A5420" w14:textId="77777777" w:rsidR="00FF493A" w:rsidRDefault="00376469">
            <w:r>
              <w:t>по смете соцконтракта</w:t>
            </w:r>
          </w:p>
        </w:tc>
      </w:tr>
      <w:tr w:rsidR="00FF493A" w14:paraId="334DFC22" w14:textId="77777777">
        <w:tc>
          <w:tcPr>
            <w:tcW w:w="2160" w:type="dxa"/>
          </w:tcPr>
          <w:p w14:paraId="47E6B02B" w14:textId="77777777" w:rsidR="00FF493A" w:rsidRDefault="00376469">
            <w:r>
              <w:t>Запуск продвижения</w:t>
            </w:r>
          </w:p>
        </w:tc>
        <w:tc>
          <w:tcPr>
            <w:tcW w:w="2160" w:type="dxa"/>
          </w:tcPr>
          <w:p w14:paraId="78014FEA" w14:textId="77777777" w:rsidR="00FF493A" w:rsidRDefault="00376469">
            <w:r>
              <w:t>1 неделя</w:t>
            </w:r>
          </w:p>
        </w:tc>
        <w:tc>
          <w:tcPr>
            <w:tcW w:w="2160" w:type="dxa"/>
          </w:tcPr>
          <w:p w14:paraId="6563AC3B" w14:textId="77777777" w:rsidR="00FF493A" w:rsidRDefault="00376469">
            <w:r>
              <w:t>Первые заявки</w:t>
            </w:r>
          </w:p>
        </w:tc>
        <w:tc>
          <w:tcPr>
            <w:tcW w:w="2160" w:type="dxa"/>
          </w:tcPr>
          <w:p w14:paraId="3BD346C0" w14:textId="77777777" w:rsidR="00FF493A" w:rsidRDefault="00376469">
            <w:r>
              <w:t>Авито/2ГИС/соцсети</w:t>
            </w:r>
          </w:p>
        </w:tc>
      </w:tr>
      <w:tr w:rsidR="00FF493A" w14:paraId="5D2B6877" w14:textId="77777777">
        <w:tc>
          <w:tcPr>
            <w:tcW w:w="2160" w:type="dxa"/>
          </w:tcPr>
          <w:p w14:paraId="51CE69A9" w14:textId="77777777" w:rsidR="00FF493A" w:rsidRDefault="00376469">
            <w:r>
              <w:t>Плановая работа</w:t>
            </w:r>
          </w:p>
        </w:tc>
        <w:tc>
          <w:tcPr>
            <w:tcW w:w="2160" w:type="dxa"/>
          </w:tcPr>
          <w:p w14:paraId="76B852E8" w14:textId="77777777" w:rsidR="00FF493A" w:rsidRDefault="00376469">
            <w:r>
              <w:t>1–2 месяца</w:t>
            </w:r>
          </w:p>
        </w:tc>
        <w:tc>
          <w:tcPr>
            <w:tcW w:w="2160" w:type="dxa"/>
          </w:tcPr>
          <w:p w14:paraId="1851784F" w14:textId="77777777" w:rsidR="00FF493A" w:rsidRDefault="00376469">
            <w:r>
              <w:t>Стабильная запись</w:t>
            </w:r>
          </w:p>
        </w:tc>
        <w:tc>
          <w:tcPr>
            <w:tcW w:w="2160" w:type="dxa"/>
          </w:tcPr>
          <w:p w14:paraId="08812314" w14:textId="77777777" w:rsidR="00FF493A" w:rsidRDefault="00376469">
            <w:r>
              <w:t>повторные визиты, отзывы</w:t>
            </w:r>
          </w:p>
        </w:tc>
      </w:tr>
    </w:tbl>
    <w:p w14:paraId="655391E4" w14:textId="77777777" w:rsidR="00FF493A" w:rsidRDefault="00FF493A"/>
    <w:p w14:paraId="5210D0E9" w14:textId="77777777" w:rsidR="00FF493A" w:rsidRPr="00376469" w:rsidRDefault="00376469">
      <w:pPr>
        <w:pStyle w:val="21"/>
        <w:rPr>
          <w:lang w:val="ru-RU"/>
        </w:rPr>
      </w:pPr>
      <w:r w:rsidRPr="00376469">
        <w:rPr>
          <w:lang w:val="ru-RU"/>
        </w:rPr>
        <w:t>7. Источники финансирования и смета расходов (350 000 руб.)</w:t>
      </w:r>
    </w:p>
    <w:p w14:paraId="6A2B68DD" w14:textId="77777777" w:rsidR="00FF493A" w:rsidRPr="00376469" w:rsidRDefault="00376469">
      <w:pPr>
        <w:rPr>
          <w:lang w:val="ru-RU"/>
        </w:rPr>
      </w:pPr>
      <w:r w:rsidRPr="00376469">
        <w:rPr>
          <w:lang w:val="ru-RU"/>
        </w:rPr>
        <w:t>Финансирование проекта осуществляется за счёт средств социального контракта. Смета составлена в пределах установленного лимита 350 000 рублей. Оборудование и материалы приобретаются для ведения заявленной деятельности.</w:t>
      </w:r>
    </w:p>
    <w:tbl>
      <w:tblPr>
        <w:tblStyle w:val="aff0"/>
        <w:tblW w:w="0" w:type="auto"/>
        <w:tblLook w:val="04A0" w:firstRow="1" w:lastRow="0" w:firstColumn="1" w:lastColumn="0" w:noHBand="0" w:noVBand="1"/>
      </w:tblPr>
      <w:tblGrid>
        <w:gridCol w:w="4316"/>
        <w:gridCol w:w="4314"/>
      </w:tblGrid>
      <w:tr w:rsidR="00FF493A" w14:paraId="364FF92D" w14:textId="77777777">
        <w:tc>
          <w:tcPr>
            <w:tcW w:w="4320" w:type="dxa"/>
          </w:tcPr>
          <w:p w14:paraId="1E62C78B" w14:textId="77777777" w:rsidR="00FF493A" w:rsidRDefault="00376469">
            <w:proofErr w:type="spellStart"/>
            <w:r>
              <w:t>Источник</w:t>
            </w:r>
            <w:proofErr w:type="spellEnd"/>
            <w:r>
              <w:t xml:space="preserve"> </w:t>
            </w:r>
            <w:proofErr w:type="spellStart"/>
            <w:r>
              <w:t>финансирования</w:t>
            </w:r>
            <w:proofErr w:type="spellEnd"/>
          </w:p>
        </w:tc>
        <w:tc>
          <w:tcPr>
            <w:tcW w:w="4320" w:type="dxa"/>
          </w:tcPr>
          <w:p w14:paraId="4E8DF07E" w14:textId="77777777" w:rsidR="00FF493A" w:rsidRDefault="00376469">
            <w:r>
              <w:t>Сумма, руб.</w:t>
            </w:r>
          </w:p>
        </w:tc>
      </w:tr>
      <w:tr w:rsidR="00FF493A" w14:paraId="392B325E" w14:textId="77777777">
        <w:tc>
          <w:tcPr>
            <w:tcW w:w="4320" w:type="dxa"/>
          </w:tcPr>
          <w:p w14:paraId="3517004D" w14:textId="77777777" w:rsidR="00FF493A" w:rsidRDefault="00376469">
            <w:r>
              <w:t>Социальный контракт</w:t>
            </w:r>
          </w:p>
        </w:tc>
        <w:tc>
          <w:tcPr>
            <w:tcW w:w="4320" w:type="dxa"/>
          </w:tcPr>
          <w:p w14:paraId="4E73525A" w14:textId="77777777" w:rsidR="00FF493A" w:rsidRDefault="00376469">
            <w:r>
              <w:t>350 000</w:t>
            </w:r>
          </w:p>
        </w:tc>
      </w:tr>
      <w:tr w:rsidR="00FF493A" w14:paraId="734D7688" w14:textId="77777777">
        <w:tc>
          <w:tcPr>
            <w:tcW w:w="4320" w:type="dxa"/>
          </w:tcPr>
          <w:p w14:paraId="49381AA9" w14:textId="77777777" w:rsidR="00FF493A" w:rsidRDefault="00376469">
            <w:r>
              <w:t>ИТОГО</w:t>
            </w:r>
          </w:p>
        </w:tc>
        <w:tc>
          <w:tcPr>
            <w:tcW w:w="4320" w:type="dxa"/>
          </w:tcPr>
          <w:p w14:paraId="0863AF6C" w14:textId="77777777" w:rsidR="00FF493A" w:rsidRDefault="00376469">
            <w:r>
              <w:t>350 000</w:t>
            </w:r>
          </w:p>
        </w:tc>
      </w:tr>
    </w:tbl>
    <w:p w14:paraId="7DC9375D" w14:textId="77777777" w:rsidR="00FF493A" w:rsidRDefault="00FF493A"/>
    <w:p w14:paraId="2B5DE3A5" w14:textId="77777777" w:rsidR="00FF493A" w:rsidRPr="00376469" w:rsidRDefault="00376469">
      <w:pPr>
        <w:rPr>
          <w:lang w:val="ru-RU"/>
        </w:rPr>
      </w:pPr>
      <w:r w:rsidRPr="00376469">
        <w:rPr>
          <w:lang w:val="ru-RU"/>
        </w:rPr>
        <w:t>7.1. Смета (оборудование, материалы, организация рабочего места):</w:t>
      </w:r>
    </w:p>
    <w:tbl>
      <w:tblPr>
        <w:tblStyle w:val="aff0"/>
        <w:tblW w:w="0" w:type="auto"/>
        <w:tblLook w:val="04A0" w:firstRow="1" w:lastRow="0" w:firstColumn="1" w:lastColumn="0" w:noHBand="0" w:noVBand="1"/>
      </w:tblPr>
      <w:tblGrid>
        <w:gridCol w:w="1063"/>
        <w:gridCol w:w="3697"/>
        <w:gridCol w:w="1302"/>
        <w:gridCol w:w="1238"/>
        <w:gridCol w:w="1330"/>
      </w:tblGrid>
      <w:tr w:rsidR="00FF493A" w14:paraId="12D23EBA" w14:textId="77777777" w:rsidTr="007C7753">
        <w:tc>
          <w:tcPr>
            <w:tcW w:w="1063" w:type="dxa"/>
          </w:tcPr>
          <w:p w14:paraId="4BF30A55" w14:textId="77777777" w:rsidR="00FF493A" w:rsidRDefault="00376469">
            <w:r>
              <w:t>№</w:t>
            </w:r>
          </w:p>
        </w:tc>
        <w:tc>
          <w:tcPr>
            <w:tcW w:w="3697" w:type="dxa"/>
          </w:tcPr>
          <w:p w14:paraId="45E02D1B" w14:textId="77777777" w:rsidR="00FF493A" w:rsidRDefault="00376469">
            <w:r>
              <w:t>Наименование</w:t>
            </w:r>
          </w:p>
        </w:tc>
        <w:tc>
          <w:tcPr>
            <w:tcW w:w="1302" w:type="dxa"/>
          </w:tcPr>
          <w:p w14:paraId="442F3090" w14:textId="77777777" w:rsidR="00FF493A" w:rsidRDefault="00376469">
            <w:r>
              <w:t>Кол-во</w:t>
            </w:r>
          </w:p>
        </w:tc>
        <w:tc>
          <w:tcPr>
            <w:tcW w:w="1238" w:type="dxa"/>
          </w:tcPr>
          <w:p w14:paraId="6166D04A" w14:textId="77777777" w:rsidR="00FF493A" w:rsidRDefault="00376469">
            <w:r>
              <w:t>Цена, руб.</w:t>
            </w:r>
          </w:p>
        </w:tc>
        <w:tc>
          <w:tcPr>
            <w:tcW w:w="1330" w:type="dxa"/>
          </w:tcPr>
          <w:p w14:paraId="405187C4" w14:textId="77777777" w:rsidR="00FF493A" w:rsidRDefault="00376469">
            <w:r>
              <w:t>Сумма, руб.</w:t>
            </w:r>
          </w:p>
        </w:tc>
      </w:tr>
      <w:tr w:rsidR="00FF493A" w14:paraId="549A525A" w14:textId="77777777" w:rsidTr="007C7753">
        <w:tc>
          <w:tcPr>
            <w:tcW w:w="1063" w:type="dxa"/>
          </w:tcPr>
          <w:p w14:paraId="26BD14DA" w14:textId="77777777" w:rsidR="00FF493A" w:rsidRDefault="00376469">
            <w:r>
              <w:t>1</w:t>
            </w:r>
          </w:p>
        </w:tc>
        <w:tc>
          <w:tcPr>
            <w:tcW w:w="3697" w:type="dxa"/>
          </w:tcPr>
          <w:p w14:paraId="3ED5BA46" w14:textId="77777777" w:rsidR="00FF493A" w:rsidRDefault="00376469">
            <w:r>
              <w:t>Кушетка косметологическая (удобная, регулируемая)</w:t>
            </w:r>
          </w:p>
        </w:tc>
        <w:tc>
          <w:tcPr>
            <w:tcW w:w="1302" w:type="dxa"/>
          </w:tcPr>
          <w:p w14:paraId="2857E96C" w14:textId="77777777" w:rsidR="00FF493A" w:rsidRDefault="00376469">
            <w:r>
              <w:t>1</w:t>
            </w:r>
          </w:p>
        </w:tc>
        <w:tc>
          <w:tcPr>
            <w:tcW w:w="1238" w:type="dxa"/>
          </w:tcPr>
          <w:p w14:paraId="4FA28D7B" w14:textId="6CFFA78B" w:rsidR="00FF493A" w:rsidRDefault="007C7753">
            <w:r>
              <w:rPr>
                <w:lang w:val="ru-RU"/>
              </w:rPr>
              <w:t>8</w:t>
            </w:r>
            <w:r w:rsidR="00376469">
              <w:t>0 000</w:t>
            </w:r>
          </w:p>
        </w:tc>
        <w:tc>
          <w:tcPr>
            <w:tcW w:w="1330" w:type="dxa"/>
          </w:tcPr>
          <w:p w14:paraId="2A1A78D5" w14:textId="661A3CC7" w:rsidR="00FF493A" w:rsidRDefault="007C7753">
            <w:r>
              <w:rPr>
                <w:lang w:val="ru-RU"/>
              </w:rPr>
              <w:t>8</w:t>
            </w:r>
            <w:r w:rsidR="00376469">
              <w:t>0 000</w:t>
            </w:r>
          </w:p>
        </w:tc>
      </w:tr>
      <w:tr w:rsidR="00FF493A" w14:paraId="31FACC52" w14:textId="77777777" w:rsidTr="007C7753">
        <w:tc>
          <w:tcPr>
            <w:tcW w:w="1063" w:type="dxa"/>
          </w:tcPr>
          <w:p w14:paraId="3F5631C5" w14:textId="77777777" w:rsidR="00FF493A" w:rsidRDefault="00376469">
            <w:r>
              <w:t>2</w:t>
            </w:r>
          </w:p>
        </w:tc>
        <w:tc>
          <w:tcPr>
            <w:tcW w:w="3697" w:type="dxa"/>
          </w:tcPr>
          <w:p w14:paraId="68C01BB2" w14:textId="77777777" w:rsidR="00FF493A" w:rsidRDefault="00376469">
            <w:r>
              <w:t>Кольцевая лампа/профессиональное освещение</w:t>
            </w:r>
          </w:p>
        </w:tc>
        <w:tc>
          <w:tcPr>
            <w:tcW w:w="1302" w:type="dxa"/>
          </w:tcPr>
          <w:p w14:paraId="2CF3604B" w14:textId="77777777" w:rsidR="00FF493A" w:rsidRDefault="00376469">
            <w:r>
              <w:t>1</w:t>
            </w:r>
          </w:p>
        </w:tc>
        <w:tc>
          <w:tcPr>
            <w:tcW w:w="1238" w:type="dxa"/>
          </w:tcPr>
          <w:p w14:paraId="0FC1F4EA" w14:textId="77777777" w:rsidR="00FF493A" w:rsidRDefault="00376469">
            <w:r>
              <w:t>15 000</w:t>
            </w:r>
          </w:p>
        </w:tc>
        <w:tc>
          <w:tcPr>
            <w:tcW w:w="1330" w:type="dxa"/>
          </w:tcPr>
          <w:p w14:paraId="1EDD7C6B" w14:textId="77777777" w:rsidR="00FF493A" w:rsidRDefault="00376469">
            <w:r>
              <w:t>15 000</w:t>
            </w:r>
          </w:p>
        </w:tc>
      </w:tr>
      <w:tr w:rsidR="00FF493A" w14:paraId="543A5187" w14:textId="77777777" w:rsidTr="007C7753">
        <w:tc>
          <w:tcPr>
            <w:tcW w:w="1063" w:type="dxa"/>
          </w:tcPr>
          <w:p w14:paraId="7D7D2925" w14:textId="77777777" w:rsidR="00FF493A" w:rsidRDefault="00376469">
            <w:r>
              <w:t>3</w:t>
            </w:r>
          </w:p>
        </w:tc>
        <w:tc>
          <w:tcPr>
            <w:tcW w:w="3697" w:type="dxa"/>
          </w:tcPr>
          <w:p w14:paraId="45A07BF5" w14:textId="77777777" w:rsidR="00FF493A" w:rsidRDefault="00376469">
            <w:r>
              <w:t>Тележка/тумба мастера + органайзеры</w:t>
            </w:r>
          </w:p>
        </w:tc>
        <w:tc>
          <w:tcPr>
            <w:tcW w:w="1302" w:type="dxa"/>
          </w:tcPr>
          <w:p w14:paraId="38C0483C" w14:textId="77777777" w:rsidR="00FF493A" w:rsidRDefault="00376469">
            <w:r>
              <w:t>1</w:t>
            </w:r>
          </w:p>
        </w:tc>
        <w:tc>
          <w:tcPr>
            <w:tcW w:w="1238" w:type="dxa"/>
          </w:tcPr>
          <w:p w14:paraId="43A004A8" w14:textId="77777777" w:rsidR="00FF493A" w:rsidRDefault="00376469">
            <w:r>
              <w:t>18 000</w:t>
            </w:r>
          </w:p>
        </w:tc>
        <w:tc>
          <w:tcPr>
            <w:tcW w:w="1330" w:type="dxa"/>
          </w:tcPr>
          <w:p w14:paraId="6CDF7938" w14:textId="77777777" w:rsidR="00FF493A" w:rsidRDefault="00376469">
            <w:r>
              <w:t>18 000</w:t>
            </w:r>
          </w:p>
        </w:tc>
      </w:tr>
      <w:tr w:rsidR="00FF493A" w14:paraId="609DA048" w14:textId="77777777" w:rsidTr="007C7753">
        <w:tc>
          <w:tcPr>
            <w:tcW w:w="1063" w:type="dxa"/>
          </w:tcPr>
          <w:p w14:paraId="5C568F5E" w14:textId="77777777" w:rsidR="00FF493A" w:rsidRDefault="00376469">
            <w:r>
              <w:lastRenderedPageBreak/>
              <w:t>4</w:t>
            </w:r>
          </w:p>
        </w:tc>
        <w:tc>
          <w:tcPr>
            <w:tcW w:w="3697" w:type="dxa"/>
          </w:tcPr>
          <w:p w14:paraId="7FC6F57E" w14:textId="15F5CA5A" w:rsidR="00FF493A" w:rsidRPr="00084776" w:rsidRDefault="00376469">
            <w:pPr>
              <w:rPr>
                <w:lang w:val="ru-RU"/>
              </w:rPr>
            </w:pPr>
            <w:r w:rsidRPr="00084776">
              <w:rPr>
                <w:lang w:val="ru-RU"/>
              </w:rPr>
              <w:t>Стул мастера (эргономичный)</w:t>
            </w:r>
            <w:r w:rsidR="00084776">
              <w:rPr>
                <w:lang w:val="ru-RU"/>
              </w:rPr>
              <w:t xml:space="preserve"> и клиента</w:t>
            </w:r>
          </w:p>
        </w:tc>
        <w:tc>
          <w:tcPr>
            <w:tcW w:w="1302" w:type="dxa"/>
          </w:tcPr>
          <w:p w14:paraId="0EC4D5A4" w14:textId="491249EF" w:rsidR="00FF493A" w:rsidRPr="00084776" w:rsidRDefault="00084776">
            <w:pPr>
              <w:rPr>
                <w:lang w:val="ru-RU"/>
              </w:rPr>
            </w:pPr>
            <w:r>
              <w:rPr>
                <w:lang w:val="ru-RU"/>
              </w:rPr>
              <w:t>2</w:t>
            </w:r>
          </w:p>
        </w:tc>
        <w:tc>
          <w:tcPr>
            <w:tcW w:w="1238" w:type="dxa"/>
          </w:tcPr>
          <w:p w14:paraId="3044B997" w14:textId="11609073" w:rsidR="00FF493A" w:rsidRDefault="00084776">
            <w:r>
              <w:rPr>
                <w:lang w:val="ru-RU"/>
              </w:rPr>
              <w:t>2</w:t>
            </w:r>
            <w:r w:rsidR="00376469">
              <w:t>8 000</w:t>
            </w:r>
          </w:p>
        </w:tc>
        <w:tc>
          <w:tcPr>
            <w:tcW w:w="1330" w:type="dxa"/>
          </w:tcPr>
          <w:p w14:paraId="5790947F" w14:textId="5DAB41CB" w:rsidR="00FF493A" w:rsidRDefault="00084776">
            <w:r>
              <w:rPr>
                <w:lang w:val="ru-RU"/>
              </w:rPr>
              <w:t>2</w:t>
            </w:r>
            <w:r w:rsidR="00376469">
              <w:t>8 000</w:t>
            </w:r>
          </w:p>
        </w:tc>
      </w:tr>
      <w:tr w:rsidR="00FF493A" w14:paraId="1ACF31CB" w14:textId="77777777" w:rsidTr="007C7753">
        <w:tc>
          <w:tcPr>
            <w:tcW w:w="1063" w:type="dxa"/>
          </w:tcPr>
          <w:p w14:paraId="1A1AC353" w14:textId="77777777" w:rsidR="00FF493A" w:rsidRDefault="00376469">
            <w:r>
              <w:t>5</w:t>
            </w:r>
          </w:p>
        </w:tc>
        <w:tc>
          <w:tcPr>
            <w:tcW w:w="3697" w:type="dxa"/>
          </w:tcPr>
          <w:p w14:paraId="0FC4007A" w14:textId="77777777" w:rsidR="00FF493A" w:rsidRDefault="00376469">
            <w:r>
              <w:t>Набор пинцетов профессиональных (2–3 шт.)</w:t>
            </w:r>
          </w:p>
        </w:tc>
        <w:tc>
          <w:tcPr>
            <w:tcW w:w="1302" w:type="dxa"/>
          </w:tcPr>
          <w:p w14:paraId="6D52FA12" w14:textId="77777777" w:rsidR="00FF493A" w:rsidRDefault="00376469">
            <w:r>
              <w:t>1 компл.</w:t>
            </w:r>
          </w:p>
        </w:tc>
        <w:tc>
          <w:tcPr>
            <w:tcW w:w="1238" w:type="dxa"/>
          </w:tcPr>
          <w:p w14:paraId="235075C2" w14:textId="77777777" w:rsidR="00FF493A" w:rsidRDefault="00376469">
            <w:r>
              <w:t>7 000</w:t>
            </w:r>
          </w:p>
        </w:tc>
        <w:tc>
          <w:tcPr>
            <w:tcW w:w="1330" w:type="dxa"/>
          </w:tcPr>
          <w:p w14:paraId="60C258A2" w14:textId="77777777" w:rsidR="00FF493A" w:rsidRDefault="00376469">
            <w:r>
              <w:t>7 000</w:t>
            </w:r>
          </w:p>
        </w:tc>
      </w:tr>
      <w:tr w:rsidR="00FF493A" w14:paraId="6C7F1F2A" w14:textId="77777777" w:rsidTr="007C7753">
        <w:tc>
          <w:tcPr>
            <w:tcW w:w="1063" w:type="dxa"/>
          </w:tcPr>
          <w:p w14:paraId="19B604A7" w14:textId="77777777" w:rsidR="00FF493A" w:rsidRDefault="00376469">
            <w:r>
              <w:t>6</w:t>
            </w:r>
          </w:p>
        </w:tc>
        <w:tc>
          <w:tcPr>
            <w:tcW w:w="3697" w:type="dxa"/>
          </w:tcPr>
          <w:p w14:paraId="76DD2E37" w14:textId="77777777" w:rsidR="00FF493A" w:rsidRPr="00376469" w:rsidRDefault="00376469">
            <w:pPr>
              <w:rPr>
                <w:lang w:val="ru-RU"/>
              </w:rPr>
            </w:pPr>
            <w:r w:rsidRPr="00376469">
              <w:rPr>
                <w:lang w:val="ru-RU"/>
              </w:rPr>
              <w:t>Ультразвуковая мойка/организация обработки (по необходимости)</w:t>
            </w:r>
          </w:p>
        </w:tc>
        <w:tc>
          <w:tcPr>
            <w:tcW w:w="1302" w:type="dxa"/>
          </w:tcPr>
          <w:p w14:paraId="1E42F2FC" w14:textId="77777777" w:rsidR="00FF493A" w:rsidRDefault="00376469">
            <w:r>
              <w:t>1</w:t>
            </w:r>
          </w:p>
        </w:tc>
        <w:tc>
          <w:tcPr>
            <w:tcW w:w="1238" w:type="dxa"/>
          </w:tcPr>
          <w:p w14:paraId="097082E5" w14:textId="7F69AD16" w:rsidR="00FF493A" w:rsidRDefault="00084776">
            <w:r>
              <w:rPr>
                <w:lang w:val="ru-RU"/>
              </w:rPr>
              <w:t>60</w:t>
            </w:r>
            <w:r w:rsidR="00376469">
              <w:t xml:space="preserve"> 000</w:t>
            </w:r>
          </w:p>
        </w:tc>
        <w:tc>
          <w:tcPr>
            <w:tcW w:w="1330" w:type="dxa"/>
          </w:tcPr>
          <w:p w14:paraId="3C5A3A66" w14:textId="627F7946" w:rsidR="00FF493A" w:rsidRDefault="00084776">
            <w:r>
              <w:rPr>
                <w:lang w:val="ru-RU"/>
              </w:rPr>
              <w:t>60</w:t>
            </w:r>
            <w:r w:rsidR="00376469">
              <w:t xml:space="preserve"> 000</w:t>
            </w:r>
          </w:p>
        </w:tc>
      </w:tr>
      <w:tr w:rsidR="00FF493A" w14:paraId="05404979" w14:textId="77777777" w:rsidTr="007C7753">
        <w:tc>
          <w:tcPr>
            <w:tcW w:w="1063" w:type="dxa"/>
          </w:tcPr>
          <w:p w14:paraId="63DB6C5E" w14:textId="77777777" w:rsidR="00FF493A" w:rsidRDefault="00376469">
            <w:r>
              <w:t>7</w:t>
            </w:r>
          </w:p>
        </w:tc>
        <w:tc>
          <w:tcPr>
            <w:tcW w:w="3697" w:type="dxa"/>
          </w:tcPr>
          <w:p w14:paraId="73D93161" w14:textId="77777777" w:rsidR="00FF493A" w:rsidRPr="00376469" w:rsidRDefault="00376469">
            <w:pPr>
              <w:rPr>
                <w:lang w:val="ru-RU"/>
              </w:rPr>
            </w:pPr>
            <w:r w:rsidRPr="00376469">
              <w:rPr>
                <w:lang w:val="ru-RU"/>
              </w:rPr>
              <w:t>Дезсредства, антисептики, контейнеры, перчатки, маски</w:t>
            </w:r>
          </w:p>
        </w:tc>
        <w:tc>
          <w:tcPr>
            <w:tcW w:w="1302" w:type="dxa"/>
          </w:tcPr>
          <w:p w14:paraId="6E485145" w14:textId="77777777" w:rsidR="00FF493A" w:rsidRDefault="00376469">
            <w:r>
              <w:t xml:space="preserve">1 </w:t>
            </w:r>
            <w:proofErr w:type="spellStart"/>
            <w:r>
              <w:t>компл</w:t>
            </w:r>
            <w:proofErr w:type="spellEnd"/>
            <w:r>
              <w:t>.</w:t>
            </w:r>
          </w:p>
        </w:tc>
        <w:tc>
          <w:tcPr>
            <w:tcW w:w="1238" w:type="dxa"/>
          </w:tcPr>
          <w:p w14:paraId="6762A7CB" w14:textId="77777777" w:rsidR="00FF493A" w:rsidRDefault="00376469">
            <w:r>
              <w:t>12 000</w:t>
            </w:r>
          </w:p>
        </w:tc>
        <w:tc>
          <w:tcPr>
            <w:tcW w:w="1330" w:type="dxa"/>
          </w:tcPr>
          <w:p w14:paraId="4ECC0DF5" w14:textId="77777777" w:rsidR="00FF493A" w:rsidRDefault="00376469">
            <w:r>
              <w:t>12 000</w:t>
            </w:r>
          </w:p>
        </w:tc>
      </w:tr>
      <w:tr w:rsidR="00FF493A" w14:paraId="00E9FD92" w14:textId="77777777" w:rsidTr="007C7753">
        <w:tc>
          <w:tcPr>
            <w:tcW w:w="1063" w:type="dxa"/>
          </w:tcPr>
          <w:p w14:paraId="0E4F55CA" w14:textId="77777777" w:rsidR="00FF493A" w:rsidRDefault="00376469">
            <w:r>
              <w:t>8</w:t>
            </w:r>
          </w:p>
        </w:tc>
        <w:tc>
          <w:tcPr>
            <w:tcW w:w="3697" w:type="dxa"/>
          </w:tcPr>
          <w:p w14:paraId="149AEE04" w14:textId="77777777" w:rsidR="00FF493A" w:rsidRPr="00376469" w:rsidRDefault="00376469">
            <w:pPr>
              <w:rPr>
                <w:lang w:val="ru-RU"/>
              </w:rPr>
            </w:pPr>
            <w:r w:rsidRPr="00376469">
              <w:rPr>
                <w:lang w:val="ru-RU"/>
              </w:rPr>
              <w:t xml:space="preserve">Стартовый набор расходников (патчи, ленты, щёточки, </w:t>
            </w:r>
            <w:proofErr w:type="spellStart"/>
            <w:r w:rsidRPr="00376469">
              <w:rPr>
                <w:lang w:val="ru-RU"/>
              </w:rPr>
              <w:t>микробраши</w:t>
            </w:r>
            <w:proofErr w:type="spellEnd"/>
            <w:r w:rsidRPr="00376469">
              <w:rPr>
                <w:lang w:val="ru-RU"/>
              </w:rPr>
              <w:t xml:space="preserve"> и др.)</w:t>
            </w:r>
          </w:p>
        </w:tc>
        <w:tc>
          <w:tcPr>
            <w:tcW w:w="1302" w:type="dxa"/>
          </w:tcPr>
          <w:p w14:paraId="16A9DBCF" w14:textId="77777777" w:rsidR="00FF493A" w:rsidRDefault="00376469">
            <w:r>
              <w:t xml:space="preserve">1 </w:t>
            </w:r>
            <w:proofErr w:type="spellStart"/>
            <w:r>
              <w:t>компл</w:t>
            </w:r>
            <w:proofErr w:type="spellEnd"/>
            <w:r>
              <w:t>.</w:t>
            </w:r>
          </w:p>
        </w:tc>
        <w:tc>
          <w:tcPr>
            <w:tcW w:w="1238" w:type="dxa"/>
          </w:tcPr>
          <w:p w14:paraId="0D624B33" w14:textId="77777777" w:rsidR="00FF493A" w:rsidRDefault="00376469">
            <w:r>
              <w:t>25 000</w:t>
            </w:r>
          </w:p>
        </w:tc>
        <w:tc>
          <w:tcPr>
            <w:tcW w:w="1330" w:type="dxa"/>
          </w:tcPr>
          <w:p w14:paraId="0EEBA372" w14:textId="77777777" w:rsidR="00FF493A" w:rsidRDefault="00376469">
            <w:r>
              <w:t>25 000</w:t>
            </w:r>
          </w:p>
        </w:tc>
      </w:tr>
      <w:tr w:rsidR="00FF493A" w14:paraId="0DEC4CCC" w14:textId="77777777" w:rsidTr="007C7753">
        <w:tc>
          <w:tcPr>
            <w:tcW w:w="1063" w:type="dxa"/>
          </w:tcPr>
          <w:p w14:paraId="2BB18383" w14:textId="77777777" w:rsidR="00FF493A" w:rsidRDefault="00376469">
            <w:r>
              <w:t>9</w:t>
            </w:r>
          </w:p>
        </w:tc>
        <w:tc>
          <w:tcPr>
            <w:tcW w:w="3697" w:type="dxa"/>
          </w:tcPr>
          <w:p w14:paraId="540EF847" w14:textId="77777777" w:rsidR="00FF493A" w:rsidRPr="00376469" w:rsidRDefault="00376469">
            <w:pPr>
              <w:rPr>
                <w:lang w:val="ru-RU"/>
              </w:rPr>
            </w:pPr>
            <w:r w:rsidRPr="00376469">
              <w:rPr>
                <w:lang w:val="ru-RU"/>
              </w:rPr>
              <w:t xml:space="preserve">Материалы для ресниц (ресницы разных изгибов/толщин/длин, клей, </w:t>
            </w:r>
            <w:proofErr w:type="spellStart"/>
            <w:r w:rsidRPr="00376469">
              <w:rPr>
                <w:lang w:val="ru-RU"/>
              </w:rPr>
              <w:t>ремувер</w:t>
            </w:r>
            <w:proofErr w:type="spellEnd"/>
            <w:r w:rsidRPr="00376469">
              <w:rPr>
                <w:lang w:val="ru-RU"/>
              </w:rPr>
              <w:t xml:space="preserve">, праймер, </w:t>
            </w:r>
            <w:proofErr w:type="spellStart"/>
            <w:r w:rsidRPr="00376469">
              <w:rPr>
                <w:lang w:val="ru-RU"/>
              </w:rPr>
              <w:t>обезжириватель</w:t>
            </w:r>
            <w:proofErr w:type="spellEnd"/>
            <w:r w:rsidRPr="00376469">
              <w:rPr>
                <w:lang w:val="ru-RU"/>
              </w:rPr>
              <w:t>)</w:t>
            </w:r>
          </w:p>
        </w:tc>
        <w:tc>
          <w:tcPr>
            <w:tcW w:w="1302" w:type="dxa"/>
          </w:tcPr>
          <w:p w14:paraId="5D57B044" w14:textId="77777777" w:rsidR="00FF493A" w:rsidRDefault="00376469">
            <w:r>
              <w:t xml:space="preserve">1 </w:t>
            </w:r>
            <w:proofErr w:type="spellStart"/>
            <w:r>
              <w:t>компл</w:t>
            </w:r>
            <w:proofErr w:type="spellEnd"/>
            <w:r>
              <w:t>.</w:t>
            </w:r>
          </w:p>
        </w:tc>
        <w:tc>
          <w:tcPr>
            <w:tcW w:w="1238" w:type="dxa"/>
          </w:tcPr>
          <w:p w14:paraId="08121B97" w14:textId="2664BC85" w:rsidR="00FF493A" w:rsidRDefault="00084776">
            <w:r>
              <w:rPr>
                <w:lang w:val="ru-RU"/>
              </w:rPr>
              <w:t>7</w:t>
            </w:r>
            <w:r w:rsidR="00376469">
              <w:t>0 000</w:t>
            </w:r>
          </w:p>
        </w:tc>
        <w:tc>
          <w:tcPr>
            <w:tcW w:w="1330" w:type="dxa"/>
          </w:tcPr>
          <w:p w14:paraId="39B91F23" w14:textId="19251003" w:rsidR="00FF493A" w:rsidRDefault="00084776">
            <w:r>
              <w:rPr>
                <w:lang w:val="ru-RU"/>
              </w:rPr>
              <w:t>7</w:t>
            </w:r>
            <w:r w:rsidR="00376469">
              <w:t>0 000</w:t>
            </w:r>
          </w:p>
        </w:tc>
      </w:tr>
      <w:tr w:rsidR="00FF493A" w14:paraId="025FE494" w14:textId="77777777" w:rsidTr="007C7753">
        <w:tc>
          <w:tcPr>
            <w:tcW w:w="1063" w:type="dxa"/>
          </w:tcPr>
          <w:p w14:paraId="3D4AE1BC" w14:textId="77777777" w:rsidR="00FF493A" w:rsidRDefault="00376469">
            <w:r>
              <w:t>10</w:t>
            </w:r>
          </w:p>
        </w:tc>
        <w:tc>
          <w:tcPr>
            <w:tcW w:w="3697" w:type="dxa"/>
          </w:tcPr>
          <w:p w14:paraId="7CC2C8E7" w14:textId="5651BF9A" w:rsidR="00FF493A" w:rsidRPr="00376469" w:rsidRDefault="00376469">
            <w:pPr>
              <w:rPr>
                <w:lang w:val="ru-RU"/>
              </w:rPr>
            </w:pPr>
            <w:r w:rsidRPr="00376469">
              <w:rPr>
                <w:lang w:val="ru-RU"/>
              </w:rPr>
              <w:t>Мебель/ стул/пуф, зеркало</w:t>
            </w:r>
          </w:p>
        </w:tc>
        <w:tc>
          <w:tcPr>
            <w:tcW w:w="1302" w:type="dxa"/>
          </w:tcPr>
          <w:p w14:paraId="57A23D6D" w14:textId="77777777" w:rsidR="00FF493A" w:rsidRDefault="00376469">
            <w:r>
              <w:t xml:space="preserve">1 </w:t>
            </w:r>
            <w:proofErr w:type="spellStart"/>
            <w:r>
              <w:t>компл</w:t>
            </w:r>
            <w:proofErr w:type="spellEnd"/>
            <w:r>
              <w:t>.</w:t>
            </w:r>
          </w:p>
        </w:tc>
        <w:tc>
          <w:tcPr>
            <w:tcW w:w="1238" w:type="dxa"/>
          </w:tcPr>
          <w:p w14:paraId="061B7404" w14:textId="77777777" w:rsidR="00FF493A" w:rsidRDefault="00376469">
            <w:r>
              <w:t>25 000</w:t>
            </w:r>
          </w:p>
        </w:tc>
        <w:tc>
          <w:tcPr>
            <w:tcW w:w="1330" w:type="dxa"/>
          </w:tcPr>
          <w:p w14:paraId="663E62C4" w14:textId="77777777" w:rsidR="00FF493A" w:rsidRDefault="00376469">
            <w:r>
              <w:t>25 000</w:t>
            </w:r>
          </w:p>
        </w:tc>
      </w:tr>
      <w:tr w:rsidR="00FF493A" w14:paraId="20DA66B7" w14:textId="77777777" w:rsidTr="007C7753">
        <w:tc>
          <w:tcPr>
            <w:tcW w:w="1063" w:type="dxa"/>
          </w:tcPr>
          <w:p w14:paraId="33D0C068" w14:textId="77777777" w:rsidR="00FF493A" w:rsidRDefault="00376469">
            <w:r>
              <w:t>11</w:t>
            </w:r>
          </w:p>
        </w:tc>
        <w:tc>
          <w:tcPr>
            <w:tcW w:w="3697" w:type="dxa"/>
          </w:tcPr>
          <w:p w14:paraId="6A7229ED" w14:textId="77777777" w:rsidR="00FF493A" w:rsidRPr="00376469" w:rsidRDefault="00376469">
            <w:pPr>
              <w:rPr>
                <w:lang w:val="ru-RU"/>
              </w:rPr>
            </w:pPr>
            <w:r w:rsidRPr="00376469">
              <w:rPr>
                <w:lang w:val="ru-RU"/>
              </w:rPr>
              <w:t>Вывеска/табличка/брендирование мини-формата (по месту)</w:t>
            </w:r>
          </w:p>
        </w:tc>
        <w:tc>
          <w:tcPr>
            <w:tcW w:w="1302" w:type="dxa"/>
          </w:tcPr>
          <w:p w14:paraId="38BF5944" w14:textId="77777777" w:rsidR="00FF493A" w:rsidRDefault="00376469">
            <w:r>
              <w:t>1</w:t>
            </w:r>
          </w:p>
        </w:tc>
        <w:tc>
          <w:tcPr>
            <w:tcW w:w="1238" w:type="dxa"/>
          </w:tcPr>
          <w:p w14:paraId="1FD05C53" w14:textId="77777777" w:rsidR="00FF493A" w:rsidRDefault="00376469">
            <w:r>
              <w:t>10 000</w:t>
            </w:r>
          </w:p>
        </w:tc>
        <w:tc>
          <w:tcPr>
            <w:tcW w:w="1330" w:type="dxa"/>
          </w:tcPr>
          <w:p w14:paraId="17728EBB" w14:textId="77777777" w:rsidR="00FF493A" w:rsidRDefault="00376469">
            <w:r>
              <w:t>10 000</w:t>
            </w:r>
          </w:p>
        </w:tc>
      </w:tr>
      <w:tr w:rsidR="00FF493A" w14:paraId="16142275" w14:textId="77777777" w:rsidTr="007C7753">
        <w:tc>
          <w:tcPr>
            <w:tcW w:w="1063" w:type="dxa"/>
          </w:tcPr>
          <w:p w14:paraId="307B96C0" w14:textId="77777777" w:rsidR="00FF493A" w:rsidRDefault="00FF493A"/>
        </w:tc>
        <w:tc>
          <w:tcPr>
            <w:tcW w:w="3697" w:type="dxa"/>
          </w:tcPr>
          <w:p w14:paraId="105303AB" w14:textId="77777777" w:rsidR="00FF493A" w:rsidRDefault="00376469">
            <w:r>
              <w:t>ИТОГО</w:t>
            </w:r>
          </w:p>
        </w:tc>
        <w:tc>
          <w:tcPr>
            <w:tcW w:w="1302" w:type="dxa"/>
          </w:tcPr>
          <w:p w14:paraId="5BC06846" w14:textId="77777777" w:rsidR="00FF493A" w:rsidRDefault="00FF493A"/>
        </w:tc>
        <w:tc>
          <w:tcPr>
            <w:tcW w:w="1238" w:type="dxa"/>
          </w:tcPr>
          <w:p w14:paraId="7F6D2542" w14:textId="77777777" w:rsidR="00FF493A" w:rsidRDefault="00FF493A"/>
        </w:tc>
        <w:tc>
          <w:tcPr>
            <w:tcW w:w="1330" w:type="dxa"/>
          </w:tcPr>
          <w:p w14:paraId="193B6165" w14:textId="77777777" w:rsidR="00FF493A" w:rsidRDefault="00376469">
            <w:r>
              <w:t>350 000</w:t>
            </w:r>
          </w:p>
        </w:tc>
      </w:tr>
    </w:tbl>
    <w:p w14:paraId="1D7A8FEA" w14:textId="77777777" w:rsidR="00FF493A" w:rsidRDefault="00FF493A"/>
    <w:p w14:paraId="01EFBA56" w14:textId="77777777" w:rsidR="00FF493A" w:rsidRDefault="00376469">
      <w:pPr>
        <w:pStyle w:val="21"/>
      </w:pPr>
      <w:r>
        <w:t>8. План маркетинга и продаж</w:t>
      </w:r>
    </w:p>
    <w:p w14:paraId="64CC1CCD" w14:textId="77777777" w:rsidR="00FF493A" w:rsidRPr="00376469" w:rsidRDefault="00376469">
      <w:pPr>
        <w:rPr>
          <w:lang w:val="ru-RU"/>
        </w:rPr>
      </w:pPr>
      <w:r w:rsidRPr="00376469">
        <w:rPr>
          <w:lang w:val="ru-RU"/>
        </w:rPr>
        <w:t>Маркетинговая стратегия ориентирована на локальный спрос: жители города и ближайших районов, которые ищут мастера по ресницам рядом с домом/работой. Основная задача — сформировать стабильную запись за счёт качественного сервиса и повторных визитов.</w:t>
      </w:r>
    </w:p>
    <w:tbl>
      <w:tblPr>
        <w:tblStyle w:val="aff0"/>
        <w:tblW w:w="0" w:type="auto"/>
        <w:tblLook w:val="04A0" w:firstRow="1" w:lastRow="0" w:firstColumn="1" w:lastColumn="0" w:noHBand="0" w:noVBand="1"/>
      </w:tblPr>
      <w:tblGrid>
        <w:gridCol w:w="1954"/>
        <w:gridCol w:w="2702"/>
        <w:gridCol w:w="2025"/>
        <w:gridCol w:w="1949"/>
      </w:tblGrid>
      <w:tr w:rsidR="00FF493A" w14:paraId="7E55678C" w14:textId="77777777">
        <w:tc>
          <w:tcPr>
            <w:tcW w:w="2160" w:type="dxa"/>
          </w:tcPr>
          <w:p w14:paraId="0579E116" w14:textId="77777777" w:rsidR="00FF493A" w:rsidRDefault="00376469">
            <w:proofErr w:type="spellStart"/>
            <w:r>
              <w:t>Канал</w:t>
            </w:r>
            <w:proofErr w:type="spellEnd"/>
          </w:p>
        </w:tc>
        <w:tc>
          <w:tcPr>
            <w:tcW w:w="2160" w:type="dxa"/>
          </w:tcPr>
          <w:p w14:paraId="2FBCAFBB" w14:textId="77777777" w:rsidR="00FF493A" w:rsidRDefault="00376469">
            <w:r>
              <w:t>Что делаем</w:t>
            </w:r>
          </w:p>
        </w:tc>
        <w:tc>
          <w:tcPr>
            <w:tcW w:w="2160" w:type="dxa"/>
          </w:tcPr>
          <w:p w14:paraId="74AE6F40" w14:textId="77777777" w:rsidR="00FF493A" w:rsidRDefault="00376469">
            <w:r>
              <w:t>Периодичность</w:t>
            </w:r>
          </w:p>
        </w:tc>
        <w:tc>
          <w:tcPr>
            <w:tcW w:w="2160" w:type="dxa"/>
          </w:tcPr>
          <w:p w14:paraId="62EECDAE" w14:textId="77777777" w:rsidR="00FF493A" w:rsidRDefault="00376469">
            <w:r>
              <w:t>Ожидаемый результат</w:t>
            </w:r>
          </w:p>
        </w:tc>
      </w:tr>
      <w:tr w:rsidR="00FF493A" w14:paraId="61C8D593" w14:textId="77777777">
        <w:tc>
          <w:tcPr>
            <w:tcW w:w="2160" w:type="dxa"/>
          </w:tcPr>
          <w:p w14:paraId="2D724FCF" w14:textId="77777777" w:rsidR="00FF493A" w:rsidRDefault="00376469">
            <w:r>
              <w:t>Авито</w:t>
            </w:r>
          </w:p>
        </w:tc>
        <w:tc>
          <w:tcPr>
            <w:tcW w:w="2160" w:type="dxa"/>
          </w:tcPr>
          <w:p w14:paraId="156C8C0C" w14:textId="77777777" w:rsidR="00FF493A" w:rsidRPr="00376469" w:rsidRDefault="00376469">
            <w:pPr>
              <w:rPr>
                <w:lang w:val="ru-RU"/>
              </w:rPr>
            </w:pPr>
            <w:r w:rsidRPr="00376469">
              <w:rPr>
                <w:lang w:val="ru-RU"/>
              </w:rPr>
              <w:t>3–5 объявлений по услугам, фото работ, регулярное обновление</w:t>
            </w:r>
          </w:p>
        </w:tc>
        <w:tc>
          <w:tcPr>
            <w:tcW w:w="2160" w:type="dxa"/>
          </w:tcPr>
          <w:p w14:paraId="004565A8" w14:textId="77777777" w:rsidR="00FF493A" w:rsidRDefault="00376469">
            <w:proofErr w:type="spellStart"/>
            <w:r>
              <w:t>еженедельно</w:t>
            </w:r>
            <w:proofErr w:type="spellEnd"/>
          </w:p>
        </w:tc>
        <w:tc>
          <w:tcPr>
            <w:tcW w:w="2160" w:type="dxa"/>
          </w:tcPr>
          <w:p w14:paraId="0159817A" w14:textId="77777777" w:rsidR="00FF493A" w:rsidRDefault="00376469">
            <w:r>
              <w:t>первичные заявки</w:t>
            </w:r>
          </w:p>
        </w:tc>
      </w:tr>
      <w:tr w:rsidR="00FF493A" w14:paraId="76FAC165" w14:textId="77777777">
        <w:tc>
          <w:tcPr>
            <w:tcW w:w="2160" w:type="dxa"/>
          </w:tcPr>
          <w:p w14:paraId="70B64FB7" w14:textId="77777777" w:rsidR="00FF493A" w:rsidRDefault="00376469">
            <w:r>
              <w:t>2ГИС/Яндекс карты</w:t>
            </w:r>
          </w:p>
        </w:tc>
        <w:tc>
          <w:tcPr>
            <w:tcW w:w="2160" w:type="dxa"/>
          </w:tcPr>
          <w:p w14:paraId="1D1D0071" w14:textId="77777777" w:rsidR="00FF493A" w:rsidRPr="00376469" w:rsidRDefault="00376469">
            <w:pPr>
              <w:rPr>
                <w:lang w:val="ru-RU"/>
              </w:rPr>
            </w:pPr>
            <w:r w:rsidRPr="00376469">
              <w:rPr>
                <w:lang w:val="ru-RU"/>
              </w:rPr>
              <w:t>добавление точки, описание, прайс, отзывы</w:t>
            </w:r>
          </w:p>
        </w:tc>
        <w:tc>
          <w:tcPr>
            <w:tcW w:w="2160" w:type="dxa"/>
          </w:tcPr>
          <w:p w14:paraId="7CA6A452" w14:textId="77777777" w:rsidR="00FF493A" w:rsidRDefault="00376469">
            <w:proofErr w:type="spellStart"/>
            <w:r>
              <w:t>постоянно</w:t>
            </w:r>
            <w:proofErr w:type="spellEnd"/>
          </w:p>
        </w:tc>
        <w:tc>
          <w:tcPr>
            <w:tcW w:w="2160" w:type="dxa"/>
          </w:tcPr>
          <w:p w14:paraId="1FFAE39D" w14:textId="77777777" w:rsidR="00FF493A" w:rsidRDefault="00376469">
            <w:r>
              <w:t>доверие и поисковый трафик</w:t>
            </w:r>
          </w:p>
        </w:tc>
      </w:tr>
      <w:tr w:rsidR="00FF493A" w14:paraId="032087DB" w14:textId="77777777">
        <w:tc>
          <w:tcPr>
            <w:tcW w:w="2160" w:type="dxa"/>
          </w:tcPr>
          <w:p w14:paraId="0CDA24D9" w14:textId="77777777" w:rsidR="00FF493A" w:rsidRDefault="00376469">
            <w:r>
              <w:t>Соцсети</w:t>
            </w:r>
          </w:p>
        </w:tc>
        <w:tc>
          <w:tcPr>
            <w:tcW w:w="2160" w:type="dxa"/>
          </w:tcPr>
          <w:p w14:paraId="27C454B4" w14:textId="77777777" w:rsidR="00FF493A" w:rsidRPr="00376469" w:rsidRDefault="00376469">
            <w:pPr>
              <w:rPr>
                <w:lang w:val="ru-RU"/>
              </w:rPr>
            </w:pPr>
            <w:r w:rsidRPr="00376469">
              <w:rPr>
                <w:lang w:val="ru-RU"/>
              </w:rPr>
              <w:t>посты «до/после», отзывы, сторис, акции</w:t>
            </w:r>
          </w:p>
        </w:tc>
        <w:tc>
          <w:tcPr>
            <w:tcW w:w="2160" w:type="dxa"/>
          </w:tcPr>
          <w:p w14:paraId="31F235E3" w14:textId="77777777" w:rsidR="00FF493A" w:rsidRDefault="00376469">
            <w:r>
              <w:t xml:space="preserve">3–5 </w:t>
            </w:r>
            <w:proofErr w:type="spellStart"/>
            <w:r>
              <w:t>раз</w:t>
            </w:r>
            <w:proofErr w:type="spellEnd"/>
            <w:r>
              <w:t xml:space="preserve"> в </w:t>
            </w:r>
            <w:proofErr w:type="spellStart"/>
            <w:r>
              <w:t>неделю</w:t>
            </w:r>
            <w:proofErr w:type="spellEnd"/>
          </w:p>
        </w:tc>
        <w:tc>
          <w:tcPr>
            <w:tcW w:w="2160" w:type="dxa"/>
          </w:tcPr>
          <w:p w14:paraId="340A1DA8" w14:textId="77777777" w:rsidR="00FF493A" w:rsidRDefault="00376469">
            <w:r>
              <w:t>рост узнаваемости</w:t>
            </w:r>
          </w:p>
        </w:tc>
      </w:tr>
      <w:tr w:rsidR="00FF493A" w14:paraId="106DEFFA" w14:textId="77777777">
        <w:tc>
          <w:tcPr>
            <w:tcW w:w="2160" w:type="dxa"/>
          </w:tcPr>
          <w:p w14:paraId="12089D86" w14:textId="77777777" w:rsidR="00FF493A" w:rsidRDefault="00376469">
            <w:r>
              <w:t>Сарафанное радио</w:t>
            </w:r>
          </w:p>
        </w:tc>
        <w:tc>
          <w:tcPr>
            <w:tcW w:w="2160" w:type="dxa"/>
          </w:tcPr>
          <w:p w14:paraId="6F8FE3AA" w14:textId="77777777" w:rsidR="00FF493A" w:rsidRPr="00376469" w:rsidRDefault="00376469">
            <w:pPr>
              <w:rPr>
                <w:lang w:val="ru-RU"/>
              </w:rPr>
            </w:pPr>
            <w:r w:rsidRPr="00376469">
              <w:rPr>
                <w:lang w:val="ru-RU"/>
              </w:rPr>
              <w:t>бонус за рекомендацию, система лояльности</w:t>
            </w:r>
          </w:p>
        </w:tc>
        <w:tc>
          <w:tcPr>
            <w:tcW w:w="2160" w:type="dxa"/>
          </w:tcPr>
          <w:p w14:paraId="7E1DD442" w14:textId="77777777" w:rsidR="00FF493A" w:rsidRDefault="00376469">
            <w:proofErr w:type="spellStart"/>
            <w:r>
              <w:t>постоянно</w:t>
            </w:r>
            <w:proofErr w:type="spellEnd"/>
          </w:p>
        </w:tc>
        <w:tc>
          <w:tcPr>
            <w:tcW w:w="2160" w:type="dxa"/>
          </w:tcPr>
          <w:p w14:paraId="5964F092" w14:textId="77777777" w:rsidR="00FF493A" w:rsidRDefault="00376469">
            <w:r>
              <w:t>стабильная база</w:t>
            </w:r>
          </w:p>
        </w:tc>
      </w:tr>
      <w:tr w:rsidR="00FF493A" w14:paraId="4CB368F1" w14:textId="77777777">
        <w:tc>
          <w:tcPr>
            <w:tcW w:w="2160" w:type="dxa"/>
          </w:tcPr>
          <w:p w14:paraId="649C029D" w14:textId="77777777" w:rsidR="00FF493A" w:rsidRDefault="00376469">
            <w:r>
              <w:t>Партнёрства</w:t>
            </w:r>
          </w:p>
        </w:tc>
        <w:tc>
          <w:tcPr>
            <w:tcW w:w="2160" w:type="dxa"/>
          </w:tcPr>
          <w:p w14:paraId="501D3519" w14:textId="77777777" w:rsidR="00FF493A" w:rsidRPr="00376469" w:rsidRDefault="00376469">
            <w:pPr>
              <w:rPr>
                <w:lang w:val="ru-RU"/>
              </w:rPr>
            </w:pPr>
            <w:r w:rsidRPr="00376469">
              <w:rPr>
                <w:lang w:val="ru-RU"/>
              </w:rPr>
              <w:t>договорённости с визажистами/мастерами бровей/салонами</w:t>
            </w:r>
          </w:p>
        </w:tc>
        <w:tc>
          <w:tcPr>
            <w:tcW w:w="2160" w:type="dxa"/>
          </w:tcPr>
          <w:p w14:paraId="0B8AE7C9" w14:textId="77777777" w:rsidR="00FF493A" w:rsidRDefault="00376469">
            <w:r>
              <w:t xml:space="preserve">1–2 в </w:t>
            </w:r>
            <w:proofErr w:type="spellStart"/>
            <w:r>
              <w:t>месяц</w:t>
            </w:r>
            <w:proofErr w:type="spellEnd"/>
          </w:p>
        </w:tc>
        <w:tc>
          <w:tcPr>
            <w:tcW w:w="2160" w:type="dxa"/>
          </w:tcPr>
          <w:p w14:paraId="6AEACC7B" w14:textId="77777777" w:rsidR="00FF493A" w:rsidRDefault="00376469">
            <w:r>
              <w:t>взаимный поток клиентов</w:t>
            </w:r>
          </w:p>
        </w:tc>
      </w:tr>
    </w:tbl>
    <w:p w14:paraId="19CDD2E0" w14:textId="77777777" w:rsidR="00FF493A" w:rsidRDefault="00FF493A"/>
    <w:p w14:paraId="081F8F61" w14:textId="77777777" w:rsidR="00FF493A" w:rsidRDefault="00376469">
      <w:r>
        <w:lastRenderedPageBreak/>
        <w:t>8.1. План продаж (ориентир):</w:t>
      </w:r>
    </w:p>
    <w:tbl>
      <w:tblPr>
        <w:tblStyle w:val="aff0"/>
        <w:tblW w:w="0" w:type="auto"/>
        <w:tblLook w:val="04A0" w:firstRow="1" w:lastRow="0" w:firstColumn="1" w:lastColumn="0" w:noHBand="0" w:noVBand="1"/>
      </w:tblPr>
      <w:tblGrid>
        <w:gridCol w:w="2188"/>
        <w:gridCol w:w="2147"/>
        <w:gridCol w:w="2147"/>
        <w:gridCol w:w="2148"/>
      </w:tblGrid>
      <w:tr w:rsidR="00FF493A" w14:paraId="7C73212B" w14:textId="77777777">
        <w:tc>
          <w:tcPr>
            <w:tcW w:w="2160" w:type="dxa"/>
          </w:tcPr>
          <w:p w14:paraId="3DCC31F6" w14:textId="77777777" w:rsidR="00FF493A" w:rsidRDefault="00376469">
            <w:r>
              <w:t>Показатель</w:t>
            </w:r>
          </w:p>
        </w:tc>
        <w:tc>
          <w:tcPr>
            <w:tcW w:w="2160" w:type="dxa"/>
          </w:tcPr>
          <w:p w14:paraId="5DA58D45" w14:textId="77777777" w:rsidR="00FF493A" w:rsidRDefault="00376469">
            <w:r>
              <w:t>1–2 месяц</w:t>
            </w:r>
          </w:p>
        </w:tc>
        <w:tc>
          <w:tcPr>
            <w:tcW w:w="2160" w:type="dxa"/>
          </w:tcPr>
          <w:p w14:paraId="33298747" w14:textId="77777777" w:rsidR="00FF493A" w:rsidRDefault="00376469">
            <w:r>
              <w:t>3–6 месяц</w:t>
            </w:r>
          </w:p>
        </w:tc>
        <w:tc>
          <w:tcPr>
            <w:tcW w:w="2160" w:type="dxa"/>
          </w:tcPr>
          <w:p w14:paraId="5B378842" w14:textId="77777777" w:rsidR="00FF493A" w:rsidRDefault="00376469">
            <w:r>
              <w:t>После 6 месяца</w:t>
            </w:r>
          </w:p>
        </w:tc>
      </w:tr>
      <w:tr w:rsidR="00FF493A" w14:paraId="60053F4B" w14:textId="77777777">
        <w:tc>
          <w:tcPr>
            <w:tcW w:w="2160" w:type="dxa"/>
          </w:tcPr>
          <w:p w14:paraId="67CC5C9D" w14:textId="77777777" w:rsidR="00FF493A" w:rsidRPr="00376469" w:rsidRDefault="00376469">
            <w:pPr>
              <w:rPr>
                <w:lang w:val="ru-RU"/>
              </w:rPr>
            </w:pPr>
            <w:r w:rsidRPr="00376469">
              <w:rPr>
                <w:lang w:val="ru-RU"/>
              </w:rPr>
              <w:t>Количество клиентов/процедур в месяц</w:t>
            </w:r>
          </w:p>
        </w:tc>
        <w:tc>
          <w:tcPr>
            <w:tcW w:w="2160" w:type="dxa"/>
          </w:tcPr>
          <w:p w14:paraId="2609E5C1" w14:textId="77777777" w:rsidR="00FF493A" w:rsidRDefault="00376469">
            <w:r>
              <w:t>20–25</w:t>
            </w:r>
          </w:p>
        </w:tc>
        <w:tc>
          <w:tcPr>
            <w:tcW w:w="2160" w:type="dxa"/>
          </w:tcPr>
          <w:p w14:paraId="64BFD41C" w14:textId="77777777" w:rsidR="00FF493A" w:rsidRDefault="00376469">
            <w:r>
              <w:t>30–35</w:t>
            </w:r>
          </w:p>
        </w:tc>
        <w:tc>
          <w:tcPr>
            <w:tcW w:w="2160" w:type="dxa"/>
          </w:tcPr>
          <w:p w14:paraId="2E391C73" w14:textId="77777777" w:rsidR="00FF493A" w:rsidRDefault="00376469">
            <w:r>
              <w:t>35–45</w:t>
            </w:r>
          </w:p>
        </w:tc>
      </w:tr>
      <w:tr w:rsidR="00FF493A" w14:paraId="116BA22E" w14:textId="77777777">
        <w:tc>
          <w:tcPr>
            <w:tcW w:w="2160" w:type="dxa"/>
          </w:tcPr>
          <w:p w14:paraId="445A0014" w14:textId="77777777" w:rsidR="00FF493A" w:rsidRDefault="00376469">
            <w:r>
              <w:t>Средний чек</w:t>
            </w:r>
          </w:p>
        </w:tc>
        <w:tc>
          <w:tcPr>
            <w:tcW w:w="2160" w:type="dxa"/>
          </w:tcPr>
          <w:p w14:paraId="4BC1E551" w14:textId="77777777" w:rsidR="00FF493A" w:rsidRDefault="00376469">
            <w:r>
              <w:t>2 500</w:t>
            </w:r>
          </w:p>
        </w:tc>
        <w:tc>
          <w:tcPr>
            <w:tcW w:w="2160" w:type="dxa"/>
          </w:tcPr>
          <w:p w14:paraId="68873D66" w14:textId="77777777" w:rsidR="00FF493A" w:rsidRDefault="00376469">
            <w:r>
              <w:t>2 700</w:t>
            </w:r>
          </w:p>
        </w:tc>
        <w:tc>
          <w:tcPr>
            <w:tcW w:w="2160" w:type="dxa"/>
          </w:tcPr>
          <w:p w14:paraId="274B5E41" w14:textId="77777777" w:rsidR="00FF493A" w:rsidRDefault="00376469">
            <w:r>
              <w:t>2 900</w:t>
            </w:r>
          </w:p>
        </w:tc>
      </w:tr>
      <w:tr w:rsidR="00FF493A" w14:paraId="64AC6773" w14:textId="77777777">
        <w:tc>
          <w:tcPr>
            <w:tcW w:w="2160" w:type="dxa"/>
          </w:tcPr>
          <w:p w14:paraId="69398BE3" w14:textId="77777777" w:rsidR="00FF493A" w:rsidRDefault="00376469">
            <w:r>
              <w:t>Оценка выручки, руб./мес.</w:t>
            </w:r>
          </w:p>
        </w:tc>
        <w:tc>
          <w:tcPr>
            <w:tcW w:w="2160" w:type="dxa"/>
          </w:tcPr>
          <w:p w14:paraId="5FB860C0" w14:textId="77777777" w:rsidR="00FF493A" w:rsidRDefault="00376469">
            <w:r>
              <w:t>50 000–62 500</w:t>
            </w:r>
          </w:p>
        </w:tc>
        <w:tc>
          <w:tcPr>
            <w:tcW w:w="2160" w:type="dxa"/>
          </w:tcPr>
          <w:p w14:paraId="3F64850F" w14:textId="77777777" w:rsidR="00FF493A" w:rsidRDefault="00376469">
            <w:r>
              <w:t>81 000–94 500</w:t>
            </w:r>
          </w:p>
        </w:tc>
        <w:tc>
          <w:tcPr>
            <w:tcW w:w="2160" w:type="dxa"/>
          </w:tcPr>
          <w:p w14:paraId="0E516C17" w14:textId="77777777" w:rsidR="00FF493A" w:rsidRDefault="00376469">
            <w:r>
              <w:t>101 500–130 500</w:t>
            </w:r>
          </w:p>
        </w:tc>
      </w:tr>
    </w:tbl>
    <w:p w14:paraId="4509905A" w14:textId="77777777" w:rsidR="00FF493A" w:rsidRDefault="00FF493A"/>
    <w:p w14:paraId="1AF3A3EA" w14:textId="77777777" w:rsidR="00FF493A" w:rsidRPr="00376469" w:rsidRDefault="00376469">
      <w:pPr>
        <w:pStyle w:val="21"/>
        <w:rPr>
          <w:lang w:val="ru-RU"/>
        </w:rPr>
      </w:pPr>
      <w:r w:rsidRPr="00376469">
        <w:rPr>
          <w:lang w:val="ru-RU"/>
        </w:rPr>
        <w:t>9. Финансовый план (доходы, расходы, прибыль)</w:t>
      </w:r>
    </w:p>
    <w:p w14:paraId="0FE40BF9" w14:textId="77777777" w:rsidR="00FF493A" w:rsidRPr="00376469" w:rsidRDefault="00376469">
      <w:pPr>
        <w:rPr>
          <w:lang w:val="ru-RU"/>
        </w:rPr>
      </w:pPr>
      <w:r w:rsidRPr="00376469">
        <w:rPr>
          <w:lang w:val="ru-RU"/>
        </w:rPr>
        <w:t>Финансовый план приведён в упрощённом виде, понятном для комиссии социального контракта. Показатели рассчитаны исходя из реалистичной загрузки одного мастера.</w:t>
      </w:r>
    </w:p>
    <w:p w14:paraId="3AABF945" w14:textId="77777777" w:rsidR="00FF493A" w:rsidRPr="00376469" w:rsidRDefault="00376469">
      <w:pPr>
        <w:rPr>
          <w:lang w:val="ru-RU"/>
        </w:rPr>
      </w:pPr>
      <w:r w:rsidRPr="00376469">
        <w:rPr>
          <w:lang w:val="ru-RU"/>
        </w:rPr>
        <w:t>9.1. Ежемесячные расходы (постоянные и переменные):</w:t>
      </w:r>
    </w:p>
    <w:tbl>
      <w:tblPr>
        <w:tblStyle w:val="aff0"/>
        <w:tblW w:w="0" w:type="auto"/>
        <w:tblLook w:val="04A0" w:firstRow="1" w:lastRow="0" w:firstColumn="1" w:lastColumn="0" w:noHBand="0" w:noVBand="1"/>
      </w:tblPr>
      <w:tblGrid>
        <w:gridCol w:w="2879"/>
        <w:gridCol w:w="2873"/>
        <w:gridCol w:w="2878"/>
      </w:tblGrid>
      <w:tr w:rsidR="00FF493A" w14:paraId="22445638" w14:textId="77777777">
        <w:tc>
          <w:tcPr>
            <w:tcW w:w="2880" w:type="dxa"/>
          </w:tcPr>
          <w:p w14:paraId="72868D2D" w14:textId="77777777" w:rsidR="00FF493A" w:rsidRDefault="00376469">
            <w:proofErr w:type="spellStart"/>
            <w:r>
              <w:t>Статья</w:t>
            </w:r>
            <w:proofErr w:type="spellEnd"/>
          </w:p>
        </w:tc>
        <w:tc>
          <w:tcPr>
            <w:tcW w:w="2880" w:type="dxa"/>
          </w:tcPr>
          <w:p w14:paraId="2EE2F1A2" w14:textId="77777777" w:rsidR="00FF493A" w:rsidRDefault="00376469">
            <w:r>
              <w:t>Сумма, руб./мес.</w:t>
            </w:r>
          </w:p>
        </w:tc>
        <w:tc>
          <w:tcPr>
            <w:tcW w:w="2880" w:type="dxa"/>
          </w:tcPr>
          <w:p w14:paraId="535C981C" w14:textId="77777777" w:rsidR="00FF493A" w:rsidRDefault="00376469">
            <w:r>
              <w:t>Комментарий</w:t>
            </w:r>
          </w:p>
        </w:tc>
      </w:tr>
      <w:tr w:rsidR="00FF493A" w14:paraId="25F978D1" w14:textId="77777777">
        <w:tc>
          <w:tcPr>
            <w:tcW w:w="2880" w:type="dxa"/>
          </w:tcPr>
          <w:p w14:paraId="32AC7956" w14:textId="77777777" w:rsidR="00FF493A" w:rsidRDefault="00376469">
            <w:r>
              <w:t>Аренда кабинета</w:t>
            </w:r>
          </w:p>
        </w:tc>
        <w:tc>
          <w:tcPr>
            <w:tcW w:w="2880" w:type="dxa"/>
          </w:tcPr>
          <w:p w14:paraId="1DB7ADAA" w14:textId="77777777" w:rsidR="00FF493A" w:rsidRDefault="00376469">
            <w:r>
              <w:t>15 000</w:t>
            </w:r>
          </w:p>
        </w:tc>
        <w:tc>
          <w:tcPr>
            <w:tcW w:w="2880" w:type="dxa"/>
          </w:tcPr>
          <w:p w14:paraId="2A8E08EF" w14:textId="77777777" w:rsidR="00FF493A" w:rsidRDefault="00376469">
            <w:r>
              <w:t>фиксированно (ориентир)</w:t>
            </w:r>
          </w:p>
        </w:tc>
      </w:tr>
      <w:tr w:rsidR="00FF493A" w14:paraId="3695332F" w14:textId="77777777">
        <w:tc>
          <w:tcPr>
            <w:tcW w:w="2880" w:type="dxa"/>
          </w:tcPr>
          <w:p w14:paraId="6E9CA20B" w14:textId="77777777" w:rsidR="00FF493A" w:rsidRDefault="00376469">
            <w:r>
              <w:t>Коммунальные/связь</w:t>
            </w:r>
          </w:p>
        </w:tc>
        <w:tc>
          <w:tcPr>
            <w:tcW w:w="2880" w:type="dxa"/>
          </w:tcPr>
          <w:p w14:paraId="0A018213" w14:textId="77777777" w:rsidR="00FF493A" w:rsidRDefault="00376469">
            <w:r>
              <w:t>2 000</w:t>
            </w:r>
          </w:p>
        </w:tc>
        <w:tc>
          <w:tcPr>
            <w:tcW w:w="2880" w:type="dxa"/>
          </w:tcPr>
          <w:p w14:paraId="76E7D2F7" w14:textId="77777777" w:rsidR="00FF493A" w:rsidRDefault="00376469">
            <w:r>
              <w:t>электроэнергия, связь</w:t>
            </w:r>
          </w:p>
        </w:tc>
      </w:tr>
      <w:tr w:rsidR="00FF493A" w:rsidRPr="00220CA6" w14:paraId="28406192" w14:textId="77777777">
        <w:tc>
          <w:tcPr>
            <w:tcW w:w="2880" w:type="dxa"/>
          </w:tcPr>
          <w:p w14:paraId="14D969D1" w14:textId="77777777" w:rsidR="00FF493A" w:rsidRDefault="00376469">
            <w:r>
              <w:t>Расходные материалы</w:t>
            </w:r>
          </w:p>
        </w:tc>
        <w:tc>
          <w:tcPr>
            <w:tcW w:w="2880" w:type="dxa"/>
          </w:tcPr>
          <w:p w14:paraId="73BD454C" w14:textId="77777777" w:rsidR="00FF493A" w:rsidRDefault="00376469">
            <w:r>
              <w:t>12 000</w:t>
            </w:r>
          </w:p>
        </w:tc>
        <w:tc>
          <w:tcPr>
            <w:tcW w:w="2880" w:type="dxa"/>
          </w:tcPr>
          <w:p w14:paraId="3F1874AA" w14:textId="77777777" w:rsidR="00FF493A" w:rsidRPr="00376469" w:rsidRDefault="00376469">
            <w:pPr>
              <w:rPr>
                <w:lang w:val="ru-RU"/>
              </w:rPr>
            </w:pPr>
            <w:r w:rsidRPr="00376469">
              <w:rPr>
                <w:lang w:val="ru-RU"/>
              </w:rPr>
              <w:t>патчи, ленты, щёточки и др.</w:t>
            </w:r>
          </w:p>
        </w:tc>
      </w:tr>
      <w:tr w:rsidR="00FF493A" w14:paraId="67FD2B1F" w14:textId="77777777">
        <w:tc>
          <w:tcPr>
            <w:tcW w:w="2880" w:type="dxa"/>
          </w:tcPr>
          <w:p w14:paraId="48EBE047" w14:textId="77777777" w:rsidR="00FF493A" w:rsidRPr="00376469" w:rsidRDefault="00376469">
            <w:pPr>
              <w:rPr>
                <w:lang w:val="ru-RU"/>
              </w:rPr>
            </w:pPr>
            <w:r w:rsidRPr="00376469">
              <w:rPr>
                <w:lang w:val="ru-RU"/>
              </w:rPr>
              <w:t>Материалы (ресницы/клей и др.)</w:t>
            </w:r>
          </w:p>
        </w:tc>
        <w:tc>
          <w:tcPr>
            <w:tcW w:w="2880" w:type="dxa"/>
          </w:tcPr>
          <w:p w14:paraId="1C07CD26" w14:textId="77777777" w:rsidR="00FF493A" w:rsidRDefault="00376469">
            <w:r>
              <w:t>10 000</w:t>
            </w:r>
          </w:p>
        </w:tc>
        <w:tc>
          <w:tcPr>
            <w:tcW w:w="2880" w:type="dxa"/>
          </w:tcPr>
          <w:p w14:paraId="7255FDF9" w14:textId="77777777" w:rsidR="00FF493A" w:rsidRDefault="00376469">
            <w:r>
              <w:t>пополнение запасов</w:t>
            </w:r>
          </w:p>
        </w:tc>
      </w:tr>
      <w:tr w:rsidR="00FF493A" w14:paraId="474C7B4A" w14:textId="77777777">
        <w:tc>
          <w:tcPr>
            <w:tcW w:w="2880" w:type="dxa"/>
          </w:tcPr>
          <w:p w14:paraId="766C333A" w14:textId="77777777" w:rsidR="00FF493A" w:rsidRDefault="00376469">
            <w:r>
              <w:t>Реклама/продвижение</w:t>
            </w:r>
          </w:p>
        </w:tc>
        <w:tc>
          <w:tcPr>
            <w:tcW w:w="2880" w:type="dxa"/>
          </w:tcPr>
          <w:p w14:paraId="2FF638A6" w14:textId="77777777" w:rsidR="00FF493A" w:rsidRDefault="00376469">
            <w:r>
              <w:t>5 000</w:t>
            </w:r>
          </w:p>
        </w:tc>
        <w:tc>
          <w:tcPr>
            <w:tcW w:w="2880" w:type="dxa"/>
          </w:tcPr>
          <w:p w14:paraId="13E80675" w14:textId="77777777" w:rsidR="00FF493A" w:rsidRDefault="00376469">
            <w:r>
              <w:t>поддержка объявлений/контента</w:t>
            </w:r>
          </w:p>
        </w:tc>
      </w:tr>
      <w:tr w:rsidR="00FF493A" w14:paraId="545D27DA" w14:textId="77777777">
        <w:tc>
          <w:tcPr>
            <w:tcW w:w="2880" w:type="dxa"/>
          </w:tcPr>
          <w:p w14:paraId="5C2295FB" w14:textId="77777777" w:rsidR="00FF493A" w:rsidRDefault="00376469">
            <w:r>
              <w:t>Налог НПД (4%)</w:t>
            </w:r>
          </w:p>
        </w:tc>
        <w:tc>
          <w:tcPr>
            <w:tcW w:w="2880" w:type="dxa"/>
          </w:tcPr>
          <w:p w14:paraId="35E09EB1" w14:textId="77777777" w:rsidR="00FF493A" w:rsidRDefault="00376469">
            <w:r>
              <w:t>3 000</w:t>
            </w:r>
          </w:p>
        </w:tc>
        <w:tc>
          <w:tcPr>
            <w:tcW w:w="2880" w:type="dxa"/>
          </w:tcPr>
          <w:p w14:paraId="0534C458" w14:textId="77777777" w:rsidR="00FF493A" w:rsidRDefault="00376469">
            <w:r>
              <w:t>примерно при выручке 75 000</w:t>
            </w:r>
          </w:p>
        </w:tc>
      </w:tr>
      <w:tr w:rsidR="00FF493A" w14:paraId="779B8E93" w14:textId="77777777">
        <w:tc>
          <w:tcPr>
            <w:tcW w:w="2880" w:type="dxa"/>
          </w:tcPr>
          <w:p w14:paraId="14CEC5C4" w14:textId="77777777" w:rsidR="00FF493A" w:rsidRDefault="00376469">
            <w:r>
              <w:t>ИТОГО</w:t>
            </w:r>
          </w:p>
        </w:tc>
        <w:tc>
          <w:tcPr>
            <w:tcW w:w="2880" w:type="dxa"/>
          </w:tcPr>
          <w:p w14:paraId="5B85B56F" w14:textId="77777777" w:rsidR="00FF493A" w:rsidRDefault="00376469">
            <w:r>
              <w:t>47 000</w:t>
            </w:r>
          </w:p>
        </w:tc>
        <w:tc>
          <w:tcPr>
            <w:tcW w:w="2880" w:type="dxa"/>
          </w:tcPr>
          <w:p w14:paraId="338E5D3C" w14:textId="77777777" w:rsidR="00FF493A" w:rsidRDefault="00FF493A"/>
        </w:tc>
      </w:tr>
    </w:tbl>
    <w:p w14:paraId="25B99E0E" w14:textId="77777777" w:rsidR="00FF493A" w:rsidRDefault="00FF493A"/>
    <w:p w14:paraId="5CF15447" w14:textId="77777777" w:rsidR="00FF493A" w:rsidRPr="00376469" w:rsidRDefault="00376469">
      <w:pPr>
        <w:rPr>
          <w:lang w:val="ru-RU"/>
        </w:rPr>
      </w:pPr>
      <w:r w:rsidRPr="00376469">
        <w:rPr>
          <w:lang w:val="ru-RU"/>
        </w:rPr>
        <w:t>9.2. Пример расчёта выручки (средний месяц):</w:t>
      </w:r>
    </w:p>
    <w:tbl>
      <w:tblPr>
        <w:tblStyle w:val="aff0"/>
        <w:tblW w:w="0" w:type="auto"/>
        <w:tblLook w:val="04A0" w:firstRow="1" w:lastRow="0" w:firstColumn="1" w:lastColumn="0" w:noHBand="0" w:noVBand="1"/>
      </w:tblPr>
      <w:tblGrid>
        <w:gridCol w:w="2159"/>
        <w:gridCol w:w="2157"/>
        <w:gridCol w:w="2157"/>
        <w:gridCol w:w="2157"/>
      </w:tblGrid>
      <w:tr w:rsidR="00FF493A" w14:paraId="3B6B2037" w14:textId="77777777">
        <w:tc>
          <w:tcPr>
            <w:tcW w:w="2160" w:type="dxa"/>
          </w:tcPr>
          <w:p w14:paraId="313B15CA" w14:textId="77777777" w:rsidR="00FF493A" w:rsidRDefault="00376469">
            <w:proofErr w:type="spellStart"/>
            <w:r>
              <w:t>Услуга</w:t>
            </w:r>
            <w:proofErr w:type="spellEnd"/>
          </w:p>
        </w:tc>
        <w:tc>
          <w:tcPr>
            <w:tcW w:w="2160" w:type="dxa"/>
          </w:tcPr>
          <w:p w14:paraId="42BFB2BC" w14:textId="77777777" w:rsidR="00FF493A" w:rsidRDefault="00376469">
            <w:r>
              <w:t>Средняя цена, руб.</w:t>
            </w:r>
          </w:p>
        </w:tc>
        <w:tc>
          <w:tcPr>
            <w:tcW w:w="2160" w:type="dxa"/>
          </w:tcPr>
          <w:p w14:paraId="4F38B3A8" w14:textId="77777777" w:rsidR="00FF493A" w:rsidRDefault="00376469">
            <w:r>
              <w:t>Кол-во/мес.</w:t>
            </w:r>
          </w:p>
        </w:tc>
        <w:tc>
          <w:tcPr>
            <w:tcW w:w="2160" w:type="dxa"/>
          </w:tcPr>
          <w:p w14:paraId="4D511A4F" w14:textId="77777777" w:rsidR="00FF493A" w:rsidRDefault="00376469">
            <w:r>
              <w:t>Выручка, руб.</w:t>
            </w:r>
          </w:p>
        </w:tc>
      </w:tr>
      <w:tr w:rsidR="00FF493A" w14:paraId="4C522CAA" w14:textId="77777777">
        <w:tc>
          <w:tcPr>
            <w:tcW w:w="2160" w:type="dxa"/>
          </w:tcPr>
          <w:p w14:paraId="17BFBDD1" w14:textId="77777777" w:rsidR="00FF493A" w:rsidRPr="00376469" w:rsidRDefault="00376469">
            <w:pPr>
              <w:rPr>
                <w:lang w:val="ru-RU"/>
              </w:rPr>
            </w:pPr>
            <w:r w:rsidRPr="00376469">
              <w:rPr>
                <w:lang w:val="ru-RU"/>
              </w:rPr>
              <w:t>Классика/2</w:t>
            </w:r>
            <w:r>
              <w:t>D</w:t>
            </w:r>
            <w:r w:rsidRPr="00376469">
              <w:rPr>
                <w:lang w:val="ru-RU"/>
              </w:rPr>
              <w:t>/3</w:t>
            </w:r>
            <w:r>
              <w:t>D</w:t>
            </w:r>
            <w:r w:rsidRPr="00376469">
              <w:rPr>
                <w:lang w:val="ru-RU"/>
              </w:rPr>
              <w:t xml:space="preserve"> (средняя процедура)</w:t>
            </w:r>
          </w:p>
        </w:tc>
        <w:tc>
          <w:tcPr>
            <w:tcW w:w="2160" w:type="dxa"/>
          </w:tcPr>
          <w:p w14:paraId="31E1BA9E" w14:textId="77777777" w:rsidR="00FF493A" w:rsidRDefault="00376469">
            <w:r>
              <w:t>2 700</w:t>
            </w:r>
          </w:p>
        </w:tc>
        <w:tc>
          <w:tcPr>
            <w:tcW w:w="2160" w:type="dxa"/>
          </w:tcPr>
          <w:p w14:paraId="3BC10203" w14:textId="77777777" w:rsidR="00FF493A" w:rsidRDefault="00376469">
            <w:r>
              <w:t>25</w:t>
            </w:r>
          </w:p>
        </w:tc>
        <w:tc>
          <w:tcPr>
            <w:tcW w:w="2160" w:type="dxa"/>
          </w:tcPr>
          <w:p w14:paraId="7676F2EC" w14:textId="77777777" w:rsidR="00FF493A" w:rsidRDefault="00376469">
            <w:r>
              <w:t>67 500</w:t>
            </w:r>
          </w:p>
        </w:tc>
      </w:tr>
      <w:tr w:rsidR="00FF493A" w14:paraId="5CB6839E" w14:textId="77777777">
        <w:tc>
          <w:tcPr>
            <w:tcW w:w="2160" w:type="dxa"/>
          </w:tcPr>
          <w:p w14:paraId="07884303" w14:textId="77777777" w:rsidR="00FF493A" w:rsidRDefault="00376469">
            <w:r>
              <w:t>Коррекция</w:t>
            </w:r>
          </w:p>
        </w:tc>
        <w:tc>
          <w:tcPr>
            <w:tcW w:w="2160" w:type="dxa"/>
          </w:tcPr>
          <w:p w14:paraId="117F87FC" w14:textId="77777777" w:rsidR="00FF493A" w:rsidRDefault="00376469">
            <w:r>
              <w:t>1 800</w:t>
            </w:r>
          </w:p>
        </w:tc>
        <w:tc>
          <w:tcPr>
            <w:tcW w:w="2160" w:type="dxa"/>
          </w:tcPr>
          <w:p w14:paraId="6490835F" w14:textId="77777777" w:rsidR="00FF493A" w:rsidRDefault="00376469">
            <w:r>
              <w:t>8</w:t>
            </w:r>
          </w:p>
        </w:tc>
        <w:tc>
          <w:tcPr>
            <w:tcW w:w="2160" w:type="dxa"/>
          </w:tcPr>
          <w:p w14:paraId="170CAF87" w14:textId="77777777" w:rsidR="00FF493A" w:rsidRDefault="00376469">
            <w:r>
              <w:t>14 400</w:t>
            </w:r>
          </w:p>
        </w:tc>
      </w:tr>
      <w:tr w:rsidR="00FF493A" w14:paraId="7204DA83" w14:textId="77777777">
        <w:tc>
          <w:tcPr>
            <w:tcW w:w="2160" w:type="dxa"/>
          </w:tcPr>
          <w:p w14:paraId="60E4195E" w14:textId="77777777" w:rsidR="00FF493A" w:rsidRDefault="00376469">
            <w:r>
              <w:t>Снятие/уход</w:t>
            </w:r>
          </w:p>
        </w:tc>
        <w:tc>
          <w:tcPr>
            <w:tcW w:w="2160" w:type="dxa"/>
          </w:tcPr>
          <w:p w14:paraId="29AE043D" w14:textId="77777777" w:rsidR="00FF493A" w:rsidRDefault="00376469">
            <w:r>
              <w:t>600</w:t>
            </w:r>
          </w:p>
        </w:tc>
        <w:tc>
          <w:tcPr>
            <w:tcW w:w="2160" w:type="dxa"/>
          </w:tcPr>
          <w:p w14:paraId="13E570E1" w14:textId="77777777" w:rsidR="00FF493A" w:rsidRDefault="00376469">
            <w:r>
              <w:t>6</w:t>
            </w:r>
          </w:p>
        </w:tc>
        <w:tc>
          <w:tcPr>
            <w:tcW w:w="2160" w:type="dxa"/>
          </w:tcPr>
          <w:p w14:paraId="64281D9C" w14:textId="77777777" w:rsidR="00FF493A" w:rsidRDefault="00376469">
            <w:r>
              <w:t>3 600</w:t>
            </w:r>
          </w:p>
        </w:tc>
      </w:tr>
      <w:tr w:rsidR="00FF493A" w14:paraId="6751B5C3" w14:textId="77777777">
        <w:tc>
          <w:tcPr>
            <w:tcW w:w="2160" w:type="dxa"/>
          </w:tcPr>
          <w:p w14:paraId="3F3FC28F" w14:textId="77777777" w:rsidR="00FF493A" w:rsidRDefault="00376469">
            <w:r>
              <w:t>ИТОГО</w:t>
            </w:r>
          </w:p>
        </w:tc>
        <w:tc>
          <w:tcPr>
            <w:tcW w:w="2160" w:type="dxa"/>
          </w:tcPr>
          <w:p w14:paraId="0C17C23E" w14:textId="77777777" w:rsidR="00FF493A" w:rsidRDefault="00FF493A"/>
        </w:tc>
        <w:tc>
          <w:tcPr>
            <w:tcW w:w="2160" w:type="dxa"/>
          </w:tcPr>
          <w:p w14:paraId="06837348" w14:textId="77777777" w:rsidR="00FF493A" w:rsidRDefault="00FF493A"/>
        </w:tc>
        <w:tc>
          <w:tcPr>
            <w:tcW w:w="2160" w:type="dxa"/>
          </w:tcPr>
          <w:p w14:paraId="7BEA51D1" w14:textId="77777777" w:rsidR="00FF493A" w:rsidRDefault="00376469">
            <w:r>
              <w:t>85 500</w:t>
            </w:r>
          </w:p>
        </w:tc>
      </w:tr>
    </w:tbl>
    <w:p w14:paraId="44B6D6FA" w14:textId="77777777" w:rsidR="00FF493A" w:rsidRDefault="00FF493A"/>
    <w:p w14:paraId="35620632" w14:textId="77777777" w:rsidR="00FF493A" w:rsidRDefault="00376469">
      <w:r>
        <w:t>9.3. Итог прибыли (средний сценарий):</w:t>
      </w:r>
    </w:p>
    <w:tbl>
      <w:tblPr>
        <w:tblStyle w:val="aff0"/>
        <w:tblW w:w="0" w:type="auto"/>
        <w:tblLook w:val="04A0" w:firstRow="1" w:lastRow="0" w:firstColumn="1" w:lastColumn="0" w:noHBand="0" w:noVBand="1"/>
      </w:tblPr>
      <w:tblGrid>
        <w:gridCol w:w="4315"/>
        <w:gridCol w:w="4315"/>
      </w:tblGrid>
      <w:tr w:rsidR="00FF493A" w14:paraId="092725FE" w14:textId="77777777">
        <w:tc>
          <w:tcPr>
            <w:tcW w:w="4320" w:type="dxa"/>
          </w:tcPr>
          <w:p w14:paraId="0C9469AF" w14:textId="77777777" w:rsidR="00FF493A" w:rsidRDefault="00376469">
            <w:r>
              <w:t>Показатель</w:t>
            </w:r>
          </w:p>
        </w:tc>
        <w:tc>
          <w:tcPr>
            <w:tcW w:w="4320" w:type="dxa"/>
          </w:tcPr>
          <w:p w14:paraId="34A716EC" w14:textId="77777777" w:rsidR="00FF493A" w:rsidRDefault="00376469">
            <w:r>
              <w:t>Сумма, руб./мес.</w:t>
            </w:r>
          </w:p>
        </w:tc>
      </w:tr>
      <w:tr w:rsidR="00FF493A" w14:paraId="03F3F54D" w14:textId="77777777">
        <w:tc>
          <w:tcPr>
            <w:tcW w:w="4320" w:type="dxa"/>
          </w:tcPr>
          <w:p w14:paraId="3DE934F9" w14:textId="77777777" w:rsidR="00FF493A" w:rsidRDefault="00376469">
            <w:r>
              <w:lastRenderedPageBreak/>
              <w:t>Выручка</w:t>
            </w:r>
          </w:p>
        </w:tc>
        <w:tc>
          <w:tcPr>
            <w:tcW w:w="4320" w:type="dxa"/>
          </w:tcPr>
          <w:p w14:paraId="36A21B09" w14:textId="77777777" w:rsidR="00FF493A" w:rsidRDefault="00376469">
            <w:r>
              <w:t>≈ 85 000</w:t>
            </w:r>
          </w:p>
        </w:tc>
      </w:tr>
      <w:tr w:rsidR="00FF493A" w14:paraId="64B19379" w14:textId="77777777">
        <w:tc>
          <w:tcPr>
            <w:tcW w:w="4320" w:type="dxa"/>
          </w:tcPr>
          <w:p w14:paraId="411633F5" w14:textId="77777777" w:rsidR="00FF493A" w:rsidRDefault="00376469">
            <w:r>
              <w:t>Расходы</w:t>
            </w:r>
          </w:p>
        </w:tc>
        <w:tc>
          <w:tcPr>
            <w:tcW w:w="4320" w:type="dxa"/>
          </w:tcPr>
          <w:p w14:paraId="0BD4258F" w14:textId="77777777" w:rsidR="00FF493A" w:rsidRDefault="00376469">
            <w:r>
              <w:t>≈ 47 000</w:t>
            </w:r>
          </w:p>
        </w:tc>
      </w:tr>
      <w:tr w:rsidR="00FF493A" w14:paraId="020DA292" w14:textId="77777777">
        <w:tc>
          <w:tcPr>
            <w:tcW w:w="4320" w:type="dxa"/>
          </w:tcPr>
          <w:p w14:paraId="0B736F76" w14:textId="77777777" w:rsidR="00FF493A" w:rsidRDefault="00376469">
            <w:r>
              <w:t>Чистая прибыль</w:t>
            </w:r>
          </w:p>
        </w:tc>
        <w:tc>
          <w:tcPr>
            <w:tcW w:w="4320" w:type="dxa"/>
          </w:tcPr>
          <w:p w14:paraId="6687C7EC" w14:textId="77777777" w:rsidR="00FF493A" w:rsidRDefault="00376469">
            <w:r>
              <w:t>≈ 38 000</w:t>
            </w:r>
          </w:p>
        </w:tc>
      </w:tr>
    </w:tbl>
    <w:p w14:paraId="60227BDA" w14:textId="77777777" w:rsidR="00FF493A" w:rsidRDefault="00FF493A"/>
    <w:p w14:paraId="25F6389C" w14:textId="77777777" w:rsidR="00FF493A" w:rsidRPr="00376469" w:rsidRDefault="00376469">
      <w:pPr>
        <w:rPr>
          <w:lang w:val="ru-RU"/>
        </w:rPr>
      </w:pPr>
      <w:r w:rsidRPr="00376469">
        <w:rPr>
          <w:lang w:val="ru-RU"/>
        </w:rPr>
        <w:t>При указанной чистой прибыли срок окупаемости затрат, профинансированных по социальному контракту, составляет до 10 месяцев. Достижение плановой выручки обеспечивается повторяемостью услуги и формированием постоянной клиентской базы.</w:t>
      </w:r>
    </w:p>
    <w:p w14:paraId="0EEA221C" w14:textId="77777777" w:rsidR="00FF493A" w:rsidRPr="00220CA6" w:rsidRDefault="00FF493A">
      <w:pPr>
        <w:rPr>
          <w:lang w:val="ru-RU"/>
        </w:rPr>
      </w:pPr>
    </w:p>
    <w:p w14:paraId="472B3323" w14:textId="0CBA19B0" w:rsidR="00FF493A" w:rsidRPr="002B7EA2" w:rsidRDefault="00376469">
      <w:pPr>
        <w:pStyle w:val="21"/>
        <w:rPr>
          <w:lang w:val="ru-RU"/>
        </w:rPr>
      </w:pPr>
      <w:r w:rsidRPr="002B7EA2">
        <w:rPr>
          <w:lang w:val="ru-RU"/>
        </w:rPr>
        <w:t>1</w:t>
      </w:r>
      <w:r w:rsidR="002B7EA2">
        <w:rPr>
          <w:lang w:val="ru-RU"/>
        </w:rPr>
        <w:t>0</w:t>
      </w:r>
      <w:r w:rsidRPr="002B7EA2">
        <w:rPr>
          <w:lang w:val="ru-RU"/>
        </w:rPr>
        <w:t>. Риски и меры по снижению</w:t>
      </w:r>
    </w:p>
    <w:tbl>
      <w:tblPr>
        <w:tblStyle w:val="aff0"/>
        <w:tblW w:w="0" w:type="auto"/>
        <w:tblLook w:val="04A0" w:firstRow="1" w:lastRow="0" w:firstColumn="1" w:lastColumn="0" w:noHBand="0" w:noVBand="1"/>
      </w:tblPr>
      <w:tblGrid>
        <w:gridCol w:w="2311"/>
        <w:gridCol w:w="2112"/>
        <w:gridCol w:w="2083"/>
        <w:gridCol w:w="2124"/>
      </w:tblGrid>
      <w:tr w:rsidR="00FF493A" w14:paraId="24246A98" w14:textId="77777777">
        <w:tc>
          <w:tcPr>
            <w:tcW w:w="2160" w:type="dxa"/>
          </w:tcPr>
          <w:p w14:paraId="5F55A193" w14:textId="77777777" w:rsidR="00FF493A" w:rsidRDefault="00376469">
            <w:proofErr w:type="spellStart"/>
            <w:r>
              <w:t>Риск</w:t>
            </w:r>
            <w:proofErr w:type="spellEnd"/>
          </w:p>
        </w:tc>
        <w:tc>
          <w:tcPr>
            <w:tcW w:w="2160" w:type="dxa"/>
          </w:tcPr>
          <w:p w14:paraId="732478C3" w14:textId="77777777" w:rsidR="00FF493A" w:rsidRDefault="00376469">
            <w:r>
              <w:t>Вероятность</w:t>
            </w:r>
          </w:p>
        </w:tc>
        <w:tc>
          <w:tcPr>
            <w:tcW w:w="2160" w:type="dxa"/>
          </w:tcPr>
          <w:p w14:paraId="5939D46A" w14:textId="77777777" w:rsidR="00FF493A" w:rsidRDefault="00376469">
            <w:r>
              <w:t>Влияние</w:t>
            </w:r>
          </w:p>
        </w:tc>
        <w:tc>
          <w:tcPr>
            <w:tcW w:w="2160" w:type="dxa"/>
          </w:tcPr>
          <w:p w14:paraId="1A96BEDA" w14:textId="77777777" w:rsidR="00FF493A" w:rsidRDefault="00376469">
            <w:r>
              <w:t>Меры снижения</w:t>
            </w:r>
          </w:p>
        </w:tc>
      </w:tr>
      <w:tr w:rsidR="00FF493A" w:rsidRPr="00220CA6" w14:paraId="7D721DD8" w14:textId="77777777">
        <w:tc>
          <w:tcPr>
            <w:tcW w:w="2160" w:type="dxa"/>
          </w:tcPr>
          <w:p w14:paraId="241A01F1" w14:textId="77777777" w:rsidR="00FF493A" w:rsidRDefault="00376469">
            <w:r>
              <w:t>Сезонность спроса</w:t>
            </w:r>
          </w:p>
        </w:tc>
        <w:tc>
          <w:tcPr>
            <w:tcW w:w="2160" w:type="dxa"/>
          </w:tcPr>
          <w:p w14:paraId="14C94149" w14:textId="77777777" w:rsidR="00FF493A" w:rsidRDefault="00376469">
            <w:r>
              <w:t>средняя</w:t>
            </w:r>
          </w:p>
        </w:tc>
        <w:tc>
          <w:tcPr>
            <w:tcW w:w="2160" w:type="dxa"/>
          </w:tcPr>
          <w:p w14:paraId="07DA52FB" w14:textId="77777777" w:rsidR="00FF493A" w:rsidRDefault="00376469">
            <w:r>
              <w:t>среднее</w:t>
            </w:r>
          </w:p>
        </w:tc>
        <w:tc>
          <w:tcPr>
            <w:tcW w:w="2160" w:type="dxa"/>
          </w:tcPr>
          <w:p w14:paraId="5DAE2945" w14:textId="77777777" w:rsidR="00FF493A" w:rsidRPr="00376469" w:rsidRDefault="00376469">
            <w:pPr>
              <w:rPr>
                <w:lang w:val="ru-RU"/>
              </w:rPr>
            </w:pPr>
            <w:r w:rsidRPr="00376469">
              <w:rPr>
                <w:lang w:val="ru-RU"/>
              </w:rPr>
              <w:t>акции в «низкий сезон», работа с базой, напоминания</w:t>
            </w:r>
          </w:p>
        </w:tc>
      </w:tr>
      <w:tr w:rsidR="00FF493A" w:rsidRPr="00220CA6" w14:paraId="0E1850DF" w14:textId="77777777">
        <w:tc>
          <w:tcPr>
            <w:tcW w:w="2160" w:type="dxa"/>
          </w:tcPr>
          <w:p w14:paraId="1DEFE93F" w14:textId="77777777" w:rsidR="00FF493A" w:rsidRDefault="00376469">
            <w:proofErr w:type="spellStart"/>
            <w:r>
              <w:t>Высокая</w:t>
            </w:r>
            <w:proofErr w:type="spellEnd"/>
            <w:r>
              <w:t xml:space="preserve"> </w:t>
            </w:r>
            <w:proofErr w:type="spellStart"/>
            <w:r>
              <w:t>конкуренция</w:t>
            </w:r>
            <w:proofErr w:type="spellEnd"/>
          </w:p>
        </w:tc>
        <w:tc>
          <w:tcPr>
            <w:tcW w:w="2160" w:type="dxa"/>
          </w:tcPr>
          <w:p w14:paraId="17D3E071" w14:textId="77777777" w:rsidR="00FF493A" w:rsidRDefault="00376469">
            <w:r>
              <w:t>средняя</w:t>
            </w:r>
          </w:p>
        </w:tc>
        <w:tc>
          <w:tcPr>
            <w:tcW w:w="2160" w:type="dxa"/>
          </w:tcPr>
          <w:p w14:paraId="36561EA0" w14:textId="77777777" w:rsidR="00FF493A" w:rsidRDefault="00376469">
            <w:r>
              <w:t>среднее</w:t>
            </w:r>
          </w:p>
        </w:tc>
        <w:tc>
          <w:tcPr>
            <w:tcW w:w="2160" w:type="dxa"/>
          </w:tcPr>
          <w:p w14:paraId="20E1B638" w14:textId="77777777" w:rsidR="00FF493A" w:rsidRPr="00376469" w:rsidRDefault="00376469">
            <w:pPr>
              <w:rPr>
                <w:lang w:val="ru-RU"/>
              </w:rPr>
            </w:pPr>
            <w:r w:rsidRPr="00376469">
              <w:rPr>
                <w:lang w:val="ru-RU"/>
              </w:rPr>
              <w:t>качество, отзывы, 2ГИС, удобная запись</w:t>
            </w:r>
          </w:p>
        </w:tc>
      </w:tr>
      <w:tr w:rsidR="00FF493A" w:rsidRPr="00220CA6" w14:paraId="303C59A5" w14:textId="77777777">
        <w:tc>
          <w:tcPr>
            <w:tcW w:w="2160" w:type="dxa"/>
          </w:tcPr>
          <w:p w14:paraId="55E33C46" w14:textId="77777777" w:rsidR="00FF493A" w:rsidRDefault="00376469">
            <w:proofErr w:type="spellStart"/>
            <w:r>
              <w:t>Рост</w:t>
            </w:r>
            <w:proofErr w:type="spellEnd"/>
            <w:r>
              <w:t xml:space="preserve"> </w:t>
            </w:r>
            <w:proofErr w:type="spellStart"/>
            <w:r>
              <w:t>цен</w:t>
            </w:r>
            <w:proofErr w:type="spellEnd"/>
            <w:r>
              <w:t xml:space="preserve"> </w:t>
            </w:r>
            <w:proofErr w:type="spellStart"/>
            <w:r>
              <w:t>на</w:t>
            </w:r>
            <w:proofErr w:type="spellEnd"/>
            <w:r>
              <w:t xml:space="preserve"> </w:t>
            </w:r>
            <w:proofErr w:type="spellStart"/>
            <w:r>
              <w:t>материалы</w:t>
            </w:r>
            <w:proofErr w:type="spellEnd"/>
          </w:p>
        </w:tc>
        <w:tc>
          <w:tcPr>
            <w:tcW w:w="2160" w:type="dxa"/>
          </w:tcPr>
          <w:p w14:paraId="098C2B4A" w14:textId="77777777" w:rsidR="00FF493A" w:rsidRDefault="00376469">
            <w:r>
              <w:t>средняя</w:t>
            </w:r>
          </w:p>
        </w:tc>
        <w:tc>
          <w:tcPr>
            <w:tcW w:w="2160" w:type="dxa"/>
          </w:tcPr>
          <w:p w14:paraId="616571E6" w14:textId="77777777" w:rsidR="00FF493A" w:rsidRDefault="00376469">
            <w:r>
              <w:t>среднее</w:t>
            </w:r>
          </w:p>
        </w:tc>
        <w:tc>
          <w:tcPr>
            <w:tcW w:w="2160" w:type="dxa"/>
          </w:tcPr>
          <w:p w14:paraId="0BCF715B" w14:textId="77777777" w:rsidR="00FF493A" w:rsidRPr="00376469" w:rsidRDefault="00376469">
            <w:pPr>
              <w:rPr>
                <w:lang w:val="ru-RU"/>
              </w:rPr>
            </w:pPr>
            <w:r w:rsidRPr="00376469">
              <w:rPr>
                <w:lang w:val="ru-RU"/>
              </w:rPr>
              <w:t>закупка оптом, резерв в смете, смена поставщиков</w:t>
            </w:r>
          </w:p>
        </w:tc>
      </w:tr>
      <w:tr w:rsidR="00FF493A" w14:paraId="79C0372F" w14:textId="77777777">
        <w:tc>
          <w:tcPr>
            <w:tcW w:w="2160" w:type="dxa"/>
          </w:tcPr>
          <w:p w14:paraId="1647E184" w14:textId="77777777" w:rsidR="00FF493A" w:rsidRDefault="00376469">
            <w:proofErr w:type="spellStart"/>
            <w:r>
              <w:t>Поломка</w:t>
            </w:r>
            <w:proofErr w:type="spellEnd"/>
            <w:r>
              <w:t xml:space="preserve"> </w:t>
            </w:r>
            <w:proofErr w:type="spellStart"/>
            <w:r>
              <w:t>оборудования</w:t>
            </w:r>
            <w:proofErr w:type="spellEnd"/>
          </w:p>
        </w:tc>
        <w:tc>
          <w:tcPr>
            <w:tcW w:w="2160" w:type="dxa"/>
          </w:tcPr>
          <w:p w14:paraId="5EA33EDF" w14:textId="77777777" w:rsidR="00FF493A" w:rsidRDefault="00376469">
            <w:r>
              <w:t>низкая</w:t>
            </w:r>
          </w:p>
        </w:tc>
        <w:tc>
          <w:tcPr>
            <w:tcW w:w="2160" w:type="dxa"/>
          </w:tcPr>
          <w:p w14:paraId="37AFDA83" w14:textId="77777777" w:rsidR="00FF493A" w:rsidRDefault="00376469">
            <w:r>
              <w:t>среднее</w:t>
            </w:r>
          </w:p>
        </w:tc>
        <w:tc>
          <w:tcPr>
            <w:tcW w:w="2160" w:type="dxa"/>
          </w:tcPr>
          <w:p w14:paraId="705EA3D6" w14:textId="77777777" w:rsidR="00FF493A" w:rsidRDefault="00376469">
            <w:r>
              <w:t>бережная эксплуатация, гарантия, резерв</w:t>
            </w:r>
          </w:p>
        </w:tc>
      </w:tr>
      <w:tr w:rsidR="00FF493A" w14:paraId="5A5502E6" w14:textId="77777777">
        <w:tc>
          <w:tcPr>
            <w:tcW w:w="2160" w:type="dxa"/>
          </w:tcPr>
          <w:p w14:paraId="5E11FC62" w14:textId="77777777" w:rsidR="00FF493A" w:rsidRDefault="00376469">
            <w:r>
              <w:t>Временная нетрудоспособность</w:t>
            </w:r>
          </w:p>
        </w:tc>
        <w:tc>
          <w:tcPr>
            <w:tcW w:w="2160" w:type="dxa"/>
          </w:tcPr>
          <w:p w14:paraId="730C349C" w14:textId="77777777" w:rsidR="00FF493A" w:rsidRDefault="00376469">
            <w:r>
              <w:t>низкая</w:t>
            </w:r>
          </w:p>
        </w:tc>
        <w:tc>
          <w:tcPr>
            <w:tcW w:w="2160" w:type="dxa"/>
          </w:tcPr>
          <w:p w14:paraId="364B2BED" w14:textId="77777777" w:rsidR="00FF493A" w:rsidRDefault="00376469">
            <w:r>
              <w:t>высокое</w:t>
            </w:r>
          </w:p>
        </w:tc>
        <w:tc>
          <w:tcPr>
            <w:tcW w:w="2160" w:type="dxa"/>
          </w:tcPr>
          <w:p w14:paraId="7CE0E242" w14:textId="77777777" w:rsidR="00FF493A" w:rsidRDefault="00376469">
            <w:r>
              <w:t>профилактика здоровья, планирование графика</w:t>
            </w:r>
          </w:p>
        </w:tc>
      </w:tr>
    </w:tbl>
    <w:p w14:paraId="0A5D1464" w14:textId="77777777" w:rsidR="00FF493A" w:rsidRDefault="00FF493A"/>
    <w:p w14:paraId="66E9F4E7" w14:textId="77777777" w:rsidR="00FF493A" w:rsidRPr="00376469" w:rsidRDefault="00FF493A">
      <w:pPr>
        <w:rPr>
          <w:lang w:val="ru-RU"/>
        </w:rPr>
      </w:pPr>
    </w:p>
    <w:p w14:paraId="3865336F" w14:textId="77777777" w:rsidR="00FF493A" w:rsidRPr="00376469" w:rsidRDefault="00376469">
      <w:pPr>
        <w:rPr>
          <w:lang w:val="ru-RU"/>
        </w:rPr>
      </w:pPr>
      <w:r w:rsidRPr="00376469">
        <w:rPr>
          <w:lang w:val="ru-RU"/>
        </w:rPr>
        <w:t>Подпись заявителя: _____________________________      Дата: ________________</w:t>
      </w:r>
    </w:p>
    <w:p w14:paraId="1D730A49" w14:textId="77777777" w:rsidR="00FF493A" w:rsidRPr="00376469" w:rsidRDefault="00376469">
      <w:pPr>
        <w:rPr>
          <w:lang w:val="ru-RU"/>
        </w:rPr>
      </w:pPr>
      <w:r w:rsidRPr="00376469">
        <w:rPr>
          <w:lang w:val="ru-RU"/>
        </w:rPr>
        <w:br w:type="page"/>
      </w:r>
    </w:p>
    <w:p w14:paraId="38E6CA60" w14:textId="77777777" w:rsidR="00FF493A" w:rsidRPr="00376469" w:rsidRDefault="00FF493A" w:rsidP="00376469">
      <w:pPr>
        <w:pStyle w:val="a"/>
        <w:numPr>
          <w:ilvl w:val="0"/>
          <w:numId w:val="0"/>
        </w:numPr>
        <w:ind w:left="360"/>
        <w:rPr>
          <w:lang w:val="ru-RU"/>
        </w:rPr>
      </w:pPr>
    </w:p>
    <w:sectPr w:rsidR="00FF493A" w:rsidRPr="0037646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64432907">
    <w:abstractNumId w:val="8"/>
  </w:num>
  <w:num w:numId="2" w16cid:durableId="917832669">
    <w:abstractNumId w:val="6"/>
  </w:num>
  <w:num w:numId="3" w16cid:durableId="1194616420">
    <w:abstractNumId w:val="5"/>
  </w:num>
  <w:num w:numId="4" w16cid:durableId="1368527642">
    <w:abstractNumId w:val="4"/>
  </w:num>
  <w:num w:numId="5" w16cid:durableId="1742676832">
    <w:abstractNumId w:val="7"/>
  </w:num>
  <w:num w:numId="6" w16cid:durableId="2079085774">
    <w:abstractNumId w:val="3"/>
  </w:num>
  <w:num w:numId="7" w16cid:durableId="2028943896">
    <w:abstractNumId w:val="2"/>
  </w:num>
  <w:num w:numId="8" w16cid:durableId="1318538899">
    <w:abstractNumId w:val="1"/>
  </w:num>
  <w:num w:numId="9" w16cid:durableId="107605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776"/>
    <w:rsid w:val="0015074B"/>
    <w:rsid w:val="00220CA6"/>
    <w:rsid w:val="0029639D"/>
    <w:rsid w:val="002B7EA2"/>
    <w:rsid w:val="00326F90"/>
    <w:rsid w:val="00376469"/>
    <w:rsid w:val="0048780C"/>
    <w:rsid w:val="007510BB"/>
    <w:rsid w:val="007C7753"/>
    <w:rsid w:val="00AA1D8D"/>
    <w:rsid w:val="00B47730"/>
    <w:rsid w:val="00B50C8E"/>
    <w:rsid w:val="00CB0664"/>
    <w:rsid w:val="00FC693F"/>
    <w:rsid w:val="00FF4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0A3DE"/>
  <w14:defaultImageDpi w14:val="300"/>
  <w15:docId w15:val="{D2EDA9A5-1A88-4926-8995-4A77C225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26A14-F88C-486C-BE5B-4BB8A905B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1582</Words>
  <Characters>9024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Олеся Барсукова</cp:lastModifiedBy>
  <cp:revision>2</cp:revision>
  <dcterms:created xsi:type="dcterms:W3CDTF">2026-06-02T10:04:00Z</dcterms:created>
  <dcterms:modified xsi:type="dcterms:W3CDTF">2026-06-02T10:04:00Z</dcterms:modified>
  <cp:category/>
</cp:coreProperties>
</file>