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91CD9" w14:textId="77777777" w:rsidR="00CD0AFF" w:rsidRPr="00B414D4" w:rsidRDefault="00B414D4">
      <w:pPr>
        <w:jc w:val="center"/>
        <w:rPr>
          <w:lang w:val="ru-RU"/>
        </w:rPr>
      </w:pPr>
      <w:r w:rsidRPr="00B414D4">
        <w:rPr>
          <w:b/>
          <w:sz w:val="36"/>
          <w:lang w:val="ru-RU"/>
        </w:rPr>
        <w:t>БИЗНЕС-ПЛАН</w:t>
      </w:r>
    </w:p>
    <w:p w14:paraId="5C949C34" w14:textId="77777777" w:rsidR="00CD0AFF" w:rsidRPr="00B414D4" w:rsidRDefault="00B414D4">
      <w:pPr>
        <w:jc w:val="center"/>
        <w:rPr>
          <w:lang w:val="ru-RU"/>
        </w:rPr>
      </w:pPr>
      <w:r w:rsidRPr="00B414D4">
        <w:rPr>
          <w:b/>
          <w:sz w:val="28"/>
          <w:lang w:val="ru-RU"/>
        </w:rPr>
        <w:t>Открытие и развитие точки продаж корейской косметики</w:t>
      </w:r>
      <w:r w:rsidRPr="00B414D4">
        <w:rPr>
          <w:b/>
          <w:sz w:val="28"/>
          <w:lang w:val="ru-RU"/>
        </w:rPr>
        <w:br/>
        <w:t>(мини-магазин + онлайн)</w:t>
      </w:r>
    </w:p>
    <w:p w14:paraId="10EFA069" w14:textId="77777777" w:rsidR="00CD0AFF" w:rsidRPr="00B414D4" w:rsidRDefault="00B414D4">
      <w:pPr>
        <w:rPr>
          <w:lang w:val="ru-RU"/>
        </w:rPr>
      </w:pPr>
      <w:r w:rsidRPr="00B414D4">
        <w:rPr>
          <w:lang w:val="ru-RU"/>
        </w:rPr>
        <w:t>Заявитель (ФИО): ________________________________________________</w:t>
      </w:r>
    </w:p>
    <w:p w14:paraId="4B2D274A" w14:textId="34DEC446" w:rsidR="00CD0AFF" w:rsidRPr="00B414D4" w:rsidRDefault="00B414D4">
      <w:pPr>
        <w:rPr>
          <w:lang w:val="ru-RU"/>
        </w:rPr>
      </w:pPr>
      <w:r w:rsidRPr="00B414D4">
        <w:rPr>
          <w:lang w:val="ru-RU"/>
        </w:rPr>
        <w:t xml:space="preserve">Дата составления: </w:t>
      </w:r>
      <w:r w:rsidR="008C3134">
        <w:rPr>
          <w:lang w:val="ru-RU"/>
        </w:rPr>
        <w:t>______________</w:t>
      </w:r>
    </w:p>
    <w:p w14:paraId="1E4928E9" w14:textId="77777777" w:rsidR="00CD0AFF" w:rsidRPr="00B414D4" w:rsidRDefault="00CD0AFF">
      <w:pPr>
        <w:rPr>
          <w:lang w:val="ru-RU"/>
        </w:rPr>
      </w:pPr>
    </w:p>
    <w:p w14:paraId="3322B2E3" w14:textId="77777777" w:rsidR="00CD0AFF" w:rsidRDefault="00B414D4">
      <w:pPr>
        <w:pStyle w:val="21"/>
      </w:pPr>
      <w:proofErr w:type="spellStart"/>
      <w:r>
        <w:t>Содержание</w:t>
      </w:r>
      <w:proofErr w:type="spellEnd"/>
    </w:p>
    <w:p w14:paraId="553571F9" w14:textId="77777777" w:rsidR="00CD0AFF" w:rsidRDefault="00B414D4">
      <w:pPr>
        <w:pStyle w:val="a"/>
      </w:pPr>
      <w:proofErr w:type="spellStart"/>
      <w:r>
        <w:t>Резюме</w:t>
      </w:r>
      <w:proofErr w:type="spellEnd"/>
      <w:r>
        <w:t xml:space="preserve"> </w:t>
      </w:r>
      <w:proofErr w:type="spellStart"/>
      <w:r>
        <w:t>проекта</w:t>
      </w:r>
      <w:proofErr w:type="spellEnd"/>
    </w:p>
    <w:p w14:paraId="7E62508B" w14:textId="77777777" w:rsidR="00CD0AFF" w:rsidRPr="00B414D4" w:rsidRDefault="00B414D4">
      <w:pPr>
        <w:pStyle w:val="a"/>
        <w:rPr>
          <w:lang w:val="ru-RU"/>
        </w:rPr>
      </w:pPr>
      <w:r w:rsidRPr="00B414D4">
        <w:rPr>
          <w:lang w:val="ru-RU"/>
        </w:rPr>
        <w:t>Сведения о заявителе и организационно-правовая форма</w:t>
      </w:r>
    </w:p>
    <w:p w14:paraId="1CB8E4B3" w14:textId="77777777" w:rsidR="00CD0AFF" w:rsidRPr="00B414D4" w:rsidRDefault="00B414D4">
      <w:pPr>
        <w:pStyle w:val="a"/>
        <w:rPr>
          <w:lang w:val="ru-RU"/>
        </w:rPr>
      </w:pPr>
      <w:r w:rsidRPr="00B414D4">
        <w:rPr>
          <w:lang w:val="ru-RU"/>
        </w:rPr>
        <w:t>Описание товара и ассортимента (товарная матрица)</w:t>
      </w:r>
    </w:p>
    <w:p w14:paraId="7C2A78C5" w14:textId="77777777" w:rsidR="00CD0AFF" w:rsidRPr="00B414D4" w:rsidRDefault="00B414D4">
      <w:pPr>
        <w:pStyle w:val="a"/>
        <w:rPr>
          <w:lang w:val="ru-RU"/>
        </w:rPr>
      </w:pPr>
      <w:r w:rsidRPr="00B414D4">
        <w:rPr>
          <w:lang w:val="ru-RU"/>
        </w:rPr>
        <w:t>Анализ рынка и целевая аудитория</w:t>
      </w:r>
    </w:p>
    <w:p w14:paraId="0468244B" w14:textId="3B65B47E" w:rsidR="00CD0AFF" w:rsidRPr="00B414D4" w:rsidRDefault="006B3D94">
      <w:pPr>
        <w:pStyle w:val="a"/>
        <w:rPr>
          <w:lang w:val="ru-RU"/>
        </w:rPr>
      </w:pPr>
      <w:r>
        <w:rPr>
          <w:lang w:val="ru-RU"/>
        </w:rPr>
        <w:t>Производственный план</w:t>
      </w:r>
    </w:p>
    <w:p w14:paraId="327D19C8" w14:textId="77777777" w:rsidR="00CD0AFF" w:rsidRDefault="00B414D4">
      <w:pPr>
        <w:pStyle w:val="a"/>
      </w:pPr>
      <w:proofErr w:type="spellStart"/>
      <w:r>
        <w:t>Календарный</w:t>
      </w:r>
      <w:proofErr w:type="spellEnd"/>
      <w:r>
        <w:t xml:space="preserve"> </w:t>
      </w:r>
      <w:proofErr w:type="spellStart"/>
      <w:r>
        <w:t>план</w:t>
      </w:r>
      <w:proofErr w:type="spellEnd"/>
      <w:r>
        <w:t xml:space="preserve"> </w:t>
      </w:r>
      <w:proofErr w:type="spellStart"/>
      <w:r>
        <w:t>запуска</w:t>
      </w:r>
      <w:proofErr w:type="spellEnd"/>
      <w:r>
        <w:t xml:space="preserve"> </w:t>
      </w:r>
      <w:proofErr w:type="spellStart"/>
      <w:r>
        <w:t>проекта</w:t>
      </w:r>
      <w:proofErr w:type="spellEnd"/>
    </w:p>
    <w:p w14:paraId="0452CDE0" w14:textId="064F2D7C" w:rsidR="00CD0AFF" w:rsidRPr="00B414D4" w:rsidRDefault="006B3D94">
      <w:pPr>
        <w:pStyle w:val="a"/>
        <w:rPr>
          <w:lang w:val="ru-RU"/>
        </w:rPr>
      </w:pPr>
      <w:r>
        <w:rPr>
          <w:lang w:val="ru-RU"/>
        </w:rPr>
        <w:t>И</w:t>
      </w:r>
      <w:r w:rsidR="00B414D4" w:rsidRPr="00B414D4">
        <w:rPr>
          <w:lang w:val="ru-RU"/>
        </w:rPr>
        <w:t>сточники финансирования</w:t>
      </w:r>
      <w:r w:rsidRPr="006B3D94">
        <w:rPr>
          <w:lang w:val="ru-RU"/>
        </w:rPr>
        <w:t xml:space="preserve"> </w:t>
      </w:r>
      <w:r>
        <w:rPr>
          <w:lang w:val="ru-RU"/>
        </w:rPr>
        <w:t>и с</w:t>
      </w:r>
      <w:r w:rsidRPr="00B414D4">
        <w:rPr>
          <w:lang w:val="ru-RU"/>
        </w:rPr>
        <w:t>мета расходов</w:t>
      </w:r>
      <w:r w:rsidR="00B414D4" w:rsidRPr="00B414D4">
        <w:rPr>
          <w:lang w:val="ru-RU"/>
        </w:rPr>
        <w:t xml:space="preserve"> (350 000 руб.)</w:t>
      </w:r>
    </w:p>
    <w:p w14:paraId="77B0B109" w14:textId="269092C4" w:rsidR="00CD0AFF" w:rsidRPr="00B414D4" w:rsidRDefault="00B414D4">
      <w:pPr>
        <w:pStyle w:val="a"/>
        <w:rPr>
          <w:lang w:val="ru-RU"/>
        </w:rPr>
      </w:pPr>
      <w:r w:rsidRPr="00B414D4">
        <w:rPr>
          <w:lang w:val="ru-RU"/>
        </w:rPr>
        <w:t xml:space="preserve">План маркетинга и продаж </w:t>
      </w:r>
    </w:p>
    <w:p w14:paraId="50849BFB" w14:textId="77777777" w:rsidR="00CD0AFF" w:rsidRPr="00B414D4" w:rsidRDefault="00B414D4">
      <w:pPr>
        <w:pStyle w:val="a"/>
        <w:rPr>
          <w:lang w:val="ru-RU"/>
        </w:rPr>
      </w:pPr>
      <w:r w:rsidRPr="00B414D4">
        <w:rPr>
          <w:lang w:val="ru-RU"/>
        </w:rPr>
        <w:t>Финансовый план (доходы, расходы, прибыль)</w:t>
      </w:r>
    </w:p>
    <w:p w14:paraId="3FAA8E0E" w14:textId="77777777" w:rsidR="00CD0AFF" w:rsidRPr="00B414D4" w:rsidRDefault="00B414D4">
      <w:pPr>
        <w:pStyle w:val="a"/>
        <w:rPr>
          <w:lang w:val="ru-RU"/>
        </w:rPr>
      </w:pPr>
      <w:r w:rsidRPr="00B414D4">
        <w:rPr>
          <w:lang w:val="ru-RU"/>
        </w:rPr>
        <w:t>Риски и меры по снижению</w:t>
      </w:r>
    </w:p>
    <w:p w14:paraId="205D2F7E" w14:textId="1AF01797" w:rsidR="00CD0AFF" w:rsidRPr="00B414D4" w:rsidRDefault="00CD0AFF">
      <w:pPr>
        <w:rPr>
          <w:lang w:val="ru-RU"/>
        </w:rPr>
      </w:pPr>
    </w:p>
    <w:p w14:paraId="31F3C759" w14:textId="77777777" w:rsidR="00CD0AFF" w:rsidRPr="00B414D4" w:rsidRDefault="00B414D4">
      <w:pPr>
        <w:pStyle w:val="21"/>
        <w:rPr>
          <w:lang w:val="ru-RU"/>
        </w:rPr>
      </w:pPr>
      <w:r w:rsidRPr="00B414D4">
        <w:rPr>
          <w:lang w:val="ru-RU"/>
        </w:rPr>
        <w:t>1. Резюме проекта</w:t>
      </w:r>
    </w:p>
    <w:p w14:paraId="70337241" w14:textId="2B26DEC5" w:rsidR="00CD0AFF" w:rsidRPr="00B414D4" w:rsidRDefault="00B414D4" w:rsidP="008C3134">
      <w:pPr>
        <w:jc w:val="both"/>
        <w:rPr>
          <w:lang w:val="ru-RU"/>
        </w:rPr>
      </w:pPr>
      <w:r w:rsidRPr="00B414D4">
        <w:rPr>
          <w:lang w:val="ru-RU"/>
        </w:rPr>
        <w:t>Настоящий бизнес-план подготовлен для предоставления в орган социальной защиты населения Республики Мордовия в рамках заключения социального контракта. Проект направлен на открытие и развитие торговой точки по продаже корейской косметики и товаров личной гигиены</w:t>
      </w:r>
      <w:r w:rsidR="006B3D94">
        <w:rPr>
          <w:lang w:val="ru-RU"/>
        </w:rPr>
        <w:t>.</w:t>
      </w:r>
      <w:r w:rsidRPr="00B414D4">
        <w:rPr>
          <w:lang w:val="ru-RU"/>
        </w:rPr>
        <w:t xml:space="preserve"> </w:t>
      </w:r>
    </w:p>
    <w:p w14:paraId="00B3080D" w14:textId="77777777" w:rsidR="00CD0AFF" w:rsidRPr="00B414D4" w:rsidRDefault="00B414D4" w:rsidP="008C3134">
      <w:pPr>
        <w:jc w:val="both"/>
        <w:rPr>
          <w:lang w:val="ru-RU"/>
        </w:rPr>
      </w:pPr>
      <w:r w:rsidRPr="00B414D4">
        <w:rPr>
          <w:lang w:val="ru-RU"/>
        </w:rPr>
        <w:t>Формат проекта: мини-магазин/островок/арендованный уголок в месте с трафиком (либо кабинет-склад + выдача заказов) и параллельные продажи через онлайн-каналы (соцсети, мессенджеры, маркетплейсы/классифайды).</w:t>
      </w:r>
    </w:p>
    <w:p w14:paraId="6F488581" w14:textId="77777777" w:rsidR="00CD0AFF" w:rsidRPr="00B414D4" w:rsidRDefault="00B414D4" w:rsidP="008C3134">
      <w:pPr>
        <w:jc w:val="both"/>
        <w:rPr>
          <w:lang w:val="ru-RU"/>
        </w:rPr>
      </w:pPr>
      <w:r w:rsidRPr="00B414D4">
        <w:rPr>
          <w:lang w:val="ru-RU"/>
        </w:rPr>
        <w:t>Цель проекта — обеспечить заявителю устойчивый легальный доход за счёт самозанятости, повысить финансовую самостоятельность и выйти из трудной жизненной ситуации. Средства социального контракта используются строго целевым образом: на оборудование торгового места, закупку стартовой партии товара, упаковку/расходники, онлайн-кассу (при необходимости), а также продвижение.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981"/>
        <w:gridCol w:w="4982"/>
      </w:tblGrid>
      <w:tr w:rsidR="00CD0AFF" w14:paraId="4CDF2F29" w14:textId="77777777">
        <w:tc>
          <w:tcPr>
            <w:tcW w:w="4986" w:type="dxa"/>
          </w:tcPr>
          <w:p w14:paraId="4C369B34" w14:textId="77777777" w:rsidR="00CD0AFF" w:rsidRDefault="00B414D4">
            <w:proofErr w:type="spellStart"/>
            <w:r>
              <w:t>Показатель</w:t>
            </w:r>
            <w:proofErr w:type="spellEnd"/>
          </w:p>
        </w:tc>
        <w:tc>
          <w:tcPr>
            <w:tcW w:w="4986" w:type="dxa"/>
          </w:tcPr>
          <w:p w14:paraId="65ECEA23" w14:textId="77777777" w:rsidR="00CD0AFF" w:rsidRDefault="00B414D4">
            <w:r>
              <w:t>Значение</w:t>
            </w:r>
          </w:p>
        </w:tc>
      </w:tr>
      <w:tr w:rsidR="00CD0AFF" w:rsidRPr="006B3D94" w14:paraId="394BD823" w14:textId="77777777">
        <w:tc>
          <w:tcPr>
            <w:tcW w:w="4986" w:type="dxa"/>
          </w:tcPr>
          <w:p w14:paraId="292107B2" w14:textId="77777777" w:rsidR="00CD0AFF" w:rsidRDefault="00B414D4">
            <w:r>
              <w:t>Наименование проекта</w:t>
            </w:r>
          </w:p>
        </w:tc>
        <w:tc>
          <w:tcPr>
            <w:tcW w:w="4986" w:type="dxa"/>
          </w:tcPr>
          <w:p w14:paraId="7330FC4C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Продажа корейской косметики (мини-точка + онлайн)</w:t>
            </w:r>
          </w:p>
        </w:tc>
      </w:tr>
      <w:tr w:rsidR="00CD0AFF" w14:paraId="0C86D47C" w14:textId="77777777">
        <w:tc>
          <w:tcPr>
            <w:tcW w:w="4986" w:type="dxa"/>
          </w:tcPr>
          <w:p w14:paraId="2DAF792D" w14:textId="77777777" w:rsidR="00CD0AFF" w:rsidRDefault="00B414D4">
            <w:proofErr w:type="spellStart"/>
            <w:r>
              <w:t>Сумма</w:t>
            </w:r>
            <w:proofErr w:type="spellEnd"/>
            <w:r>
              <w:t xml:space="preserve"> </w:t>
            </w:r>
            <w:proofErr w:type="spellStart"/>
            <w:r>
              <w:t>социального</w:t>
            </w:r>
            <w:proofErr w:type="spellEnd"/>
            <w:r>
              <w:t xml:space="preserve"> </w:t>
            </w:r>
            <w:proofErr w:type="spellStart"/>
            <w:r>
              <w:t>контракта</w:t>
            </w:r>
            <w:proofErr w:type="spellEnd"/>
          </w:p>
        </w:tc>
        <w:tc>
          <w:tcPr>
            <w:tcW w:w="4986" w:type="dxa"/>
          </w:tcPr>
          <w:p w14:paraId="3FC8919C" w14:textId="77777777" w:rsidR="00CD0AFF" w:rsidRDefault="00B414D4">
            <w:r>
              <w:t>350 000 руб.</w:t>
            </w:r>
          </w:p>
        </w:tc>
      </w:tr>
      <w:tr w:rsidR="00CD0AFF" w14:paraId="28EF85A8" w14:textId="77777777">
        <w:tc>
          <w:tcPr>
            <w:tcW w:w="4986" w:type="dxa"/>
          </w:tcPr>
          <w:p w14:paraId="2B923F1D" w14:textId="77777777" w:rsidR="00CD0AFF" w:rsidRDefault="00B414D4">
            <w:r>
              <w:t>Форма деятельности</w:t>
            </w:r>
          </w:p>
        </w:tc>
        <w:tc>
          <w:tcPr>
            <w:tcW w:w="4986" w:type="dxa"/>
          </w:tcPr>
          <w:p w14:paraId="248BF981" w14:textId="70AB3021" w:rsidR="00CD0AFF" w:rsidRPr="006B3D94" w:rsidRDefault="006B3D94">
            <w:pPr>
              <w:rPr>
                <w:lang w:val="ru-RU"/>
              </w:rPr>
            </w:pPr>
            <w:r>
              <w:rPr>
                <w:lang w:val="ru-RU"/>
              </w:rPr>
              <w:t>ИП</w:t>
            </w:r>
          </w:p>
        </w:tc>
      </w:tr>
      <w:tr w:rsidR="00CD0AFF" w:rsidRPr="006B3D94" w14:paraId="0D926CCF" w14:textId="77777777">
        <w:tc>
          <w:tcPr>
            <w:tcW w:w="4986" w:type="dxa"/>
          </w:tcPr>
          <w:p w14:paraId="07E755ED" w14:textId="77777777" w:rsidR="00CD0AFF" w:rsidRDefault="00B414D4">
            <w:r>
              <w:lastRenderedPageBreak/>
              <w:t>Основной ОКВЭД</w:t>
            </w:r>
          </w:p>
        </w:tc>
        <w:tc>
          <w:tcPr>
            <w:tcW w:w="4986" w:type="dxa"/>
          </w:tcPr>
          <w:p w14:paraId="50D81B0C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47.75 — розничная торговля косметическими и товарами личной гигиены</w:t>
            </w:r>
          </w:p>
        </w:tc>
      </w:tr>
      <w:tr w:rsidR="00CD0AFF" w14:paraId="113F46E4" w14:textId="77777777">
        <w:tc>
          <w:tcPr>
            <w:tcW w:w="4986" w:type="dxa"/>
          </w:tcPr>
          <w:p w14:paraId="456505AF" w14:textId="77777777" w:rsidR="00CD0AFF" w:rsidRDefault="00B414D4">
            <w:proofErr w:type="spellStart"/>
            <w:r>
              <w:t>Локация</w:t>
            </w:r>
            <w:proofErr w:type="spellEnd"/>
          </w:p>
        </w:tc>
        <w:tc>
          <w:tcPr>
            <w:tcW w:w="4986" w:type="dxa"/>
          </w:tcPr>
          <w:p w14:paraId="4F97E529" w14:textId="72626197" w:rsidR="00CD0AFF" w:rsidRDefault="00CD0AFF"/>
        </w:tc>
      </w:tr>
      <w:tr w:rsidR="00CD0AFF" w14:paraId="2CC4D8EE" w14:textId="77777777">
        <w:tc>
          <w:tcPr>
            <w:tcW w:w="4986" w:type="dxa"/>
          </w:tcPr>
          <w:p w14:paraId="438F4902" w14:textId="77777777" w:rsidR="00CD0AFF" w:rsidRDefault="00B414D4">
            <w:r>
              <w:t>Старт</w:t>
            </w:r>
          </w:p>
        </w:tc>
        <w:tc>
          <w:tcPr>
            <w:tcW w:w="4986" w:type="dxa"/>
          </w:tcPr>
          <w:p w14:paraId="6AF0A3B2" w14:textId="77777777" w:rsidR="00CD0AFF" w:rsidRDefault="00B414D4">
            <w:r>
              <w:t>1–4 недели после получения средств</w:t>
            </w:r>
          </w:p>
        </w:tc>
      </w:tr>
      <w:tr w:rsidR="00CD0AFF" w14:paraId="4CC5CB39" w14:textId="77777777">
        <w:tc>
          <w:tcPr>
            <w:tcW w:w="4986" w:type="dxa"/>
          </w:tcPr>
          <w:p w14:paraId="16C2E048" w14:textId="77777777" w:rsidR="00CD0AFF" w:rsidRDefault="00B414D4">
            <w:r>
              <w:t>Средний чек (ориентир)</w:t>
            </w:r>
          </w:p>
        </w:tc>
        <w:tc>
          <w:tcPr>
            <w:tcW w:w="4986" w:type="dxa"/>
          </w:tcPr>
          <w:p w14:paraId="4D22D803" w14:textId="77777777" w:rsidR="00CD0AFF" w:rsidRDefault="00B414D4">
            <w:r>
              <w:t>900–1 600 руб.</w:t>
            </w:r>
          </w:p>
        </w:tc>
      </w:tr>
      <w:tr w:rsidR="00CD0AFF" w14:paraId="65185547" w14:textId="77777777">
        <w:tc>
          <w:tcPr>
            <w:tcW w:w="4986" w:type="dxa"/>
          </w:tcPr>
          <w:p w14:paraId="5B122545" w14:textId="77777777" w:rsidR="00CD0AFF" w:rsidRDefault="00B414D4">
            <w:r>
              <w:t>Плановая выручка</w:t>
            </w:r>
          </w:p>
        </w:tc>
        <w:tc>
          <w:tcPr>
            <w:tcW w:w="4986" w:type="dxa"/>
          </w:tcPr>
          <w:p w14:paraId="622CA08E" w14:textId="77777777" w:rsidR="00CD0AFF" w:rsidRDefault="00B414D4">
            <w:r>
              <w:t>90 000–170 000 руб./мес. (по сценарию)</w:t>
            </w:r>
          </w:p>
        </w:tc>
      </w:tr>
      <w:tr w:rsidR="00CD0AFF" w:rsidRPr="006B3D94" w14:paraId="3599B09D" w14:textId="77777777">
        <w:tc>
          <w:tcPr>
            <w:tcW w:w="4986" w:type="dxa"/>
          </w:tcPr>
          <w:p w14:paraId="718C81FF" w14:textId="77777777" w:rsidR="00CD0AFF" w:rsidRDefault="00B414D4">
            <w:r>
              <w:t>Плановая чистая прибыль</w:t>
            </w:r>
          </w:p>
        </w:tc>
        <w:tc>
          <w:tcPr>
            <w:tcW w:w="4986" w:type="dxa"/>
          </w:tcPr>
          <w:p w14:paraId="3664017C" w14:textId="7D1936B1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 xml:space="preserve">30 000–60 000 руб./мес. (после расходов и </w:t>
            </w:r>
            <w:proofErr w:type="gramStart"/>
            <w:r w:rsidRPr="00B414D4">
              <w:rPr>
                <w:lang w:val="ru-RU"/>
              </w:rPr>
              <w:t>налога )</w:t>
            </w:r>
            <w:proofErr w:type="gramEnd"/>
          </w:p>
        </w:tc>
      </w:tr>
      <w:tr w:rsidR="00CD0AFF" w:rsidRPr="006B3D94" w14:paraId="090E853B" w14:textId="77777777">
        <w:tc>
          <w:tcPr>
            <w:tcW w:w="4986" w:type="dxa"/>
          </w:tcPr>
          <w:p w14:paraId="64194436" w14:textId="77777777" w:rsidR="00CD0AFF" w:rsidRDefault="00B414D4">
            <w:proofErr w:type="spellStart"/>
            <w:r>
              <w:t>Срок</w:t>
            </w:r>
            <w:proofErr w:type="spellEnd"/>
            <w:r>
              <w:t xml:space="preserve"> </w:t>
            </w:r>
            <w:proofErr w:type="spellStart"/>
            <w:r>
              <w:t>окупаемости</w:t>
            </w:r>
            <w:proofErr w:type="spellEnd"/>
          </w:p>
        </w:tc>
        <w:tc>
          <w:tcPr>
            <w:tcW w:w="4986" w:type="dxa"/>
          </w:tcPr>
          <w:p w14:paraId="385AA8E7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6–12 месяцев (в зависимости от скорости продаж)</w:t>
            </w:r>
          </w:p>
        </w:tc>
      </w:tr>
    </w:tbl>
    <w:p w14:paraId="0D19DDB6" w14:textId="77777777" w:rsidR="00CD0AFF" w:rsidRPr="00B414D4" w:rsidRDefault="00CD0AFF">
      <w:pPr>
        <w:rPr>
          <w:lang w:val="ru-RU"/>
        </w:rPr>
      </w:pPr>
    </w:p>
    <w:p w14:paraId="345B4837" w14:textId="77777777" w:rsidR="00CD0AFF" w:rsidRPr="00B414D4" w:rsidRDefault="00B414D4">
      <w:pPr>
        <w:rPr>
          <w:lang w:val="ru-RU"/>
        </w:rPr>
      </w:pPr>
      <w:r w:rsidRPr="00B414D4">
        <w:rPr>
          <w:lang w:val="ru-RU"/>
        </w:rPr>
        <w:t xml:space="preserve">Ключевая идея: продавать «понятные хиты» корейского ухода (очищение, увлажнение, </w:t>
      </w:r>
      <w:r>
        <w:t>SPF</w:t>
      </w:r>
      <w:r w:rsidRPr="00B414D4">
        <w:rPr>
          <w:lang w:val="ru-RU"/>
        </w:rPr>
        <w:t>, патчи) и мини-наборы, делая упор на подбор под тип кожи и на доверие (сертификаты, отзывы, качественные фото).</w:t>
      </w:r>
    </w:p>
    <w:p w14:paraId="2CEE2931" w14:textId="77777777" w:rsidR="00CD0AFF" w:rsidRPr="00B414D4" w:rsidRDefault="00CD0AFF">
      <w:pPr>
        <w:rPr>
          <w:lang w:val="ru-RU"/>
        </w:rPr>
      </w:pPr>
    </w:p>
    <w:p w14:paraId="47AF1404" w14:textId="77777777" w:rsidR="00CD0AFF" w:rsidRPr="00B414D4" w:rsidRDefault="00B414D4">
      <w:pPr>
        <w:pStyle w:val="21"/>
        <w:rPr>
          <w:lang w:val="ru-RU"/>
        </w:rPr>
      </w:pPr>
      <w:r w:rsidRPr="00B414D4">
        <w:rPr>
          <w:lang w:val="ru-RU"/>
        </w:rPr>
        <w:t>2. Сведения о заявителе и организационно-правовая форма</w:t>
      </w:r>
    </w:p>
    <w:p w14:paraId="229FC7C7" w14:textId="0168F56D" w:rsidR="00CD0AFF" w:rsidRPr="00B414D4" w:rsidRDefault="00B414D4">
      <w:pPr>
        <w:rPr>
          <w:lang w:val="ru-RU"/>
        </w:rPr>
      </w:pPr>
      <w:r w:rsidRPr="00B414D4">
        <w:rPr>
          <w:lang w:val="ru-RU"/>
        </w:rPr>
        <w:t xml:space="preserve">Деятельность планируется вести лично заявителем без привлечения наёмных работников. Оптимальная форма для старта — </w:t>
      </w:r>
      <w:r w:rsidR="008C3134">
        <w:rPr>
          <w:lang w:val="ru-RU"/>
        </w:rPr>
        <w:t xml:space="preserve">индивидуальный предприниматель. Ставка налогообложения УСН – 6%.  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982"/>
        <w:gridCol w:w="4981"/>
      </w:tblGrid>
      <w:tr w:rsidR="00CD0AFF" w14:paraId="36E454AD" w14:textId="77777777">
        <w:tc>
          <w:tcPr>
            <w:tcW w:w="4986" w:type="dxa"/>
          </w:tcPr>
          <w:p w14:paraId="66BFED77" w14:textId="77777777" w:rsidR="00CD0AFF" w:rsidRDefault="00B414D4">
            <w:proofErr w:type="spellStart"/>
            <w:r>
              <w:t>Параметр</w:t>
            </w:r>
            <w:proofErr w:type="spellEnd"/>
          </w:p>
        </w:tc>
        <w:tc>
          <w:tcPr>
            <w:tcW w:w="4986" w:type="dxa"/>
          </w:tcPr>
          <w:p w14:paraId="6C05D5B4" w14:textId="77777777" w:rsidR="00CD0AFF" w:rsidRDefault="00B414D4">
            <w:r>
              <w:t>Описание</w:t>
            </w:r>
          </w:p>
        </w:tc>
      </w:tr>
      <w:tr w:rsidR="00CD0AFF" w14:paraId="162500B4" w14:textId="77777777">
        <w:tc>
          <w:tcPr>
            <w:tcW w:w="4986" w:type="dxa"/>
          </w:tcPr>
          <w:p w14:paraId="7091351B" w14:textId="77777777" w:rsidR="00CD0AFF" w:rsidRDefault="00B414D4">
            <w:r>
              <w:t>Форма</w:t>
            </w:r>
          </w:p>
        </w:tc>
        <w:tc>
          <w:tcPr>
            <w:tcW w:w="4986" w:type="dxa"/>
          </w:tcPr>
          <w:p w14:paraId="0DAF38DC" w14:textId="1129EEAD" w:rsidR="00CD0AFF" w:rsidRPr="008C3134" w:rsidRDefault="008C3134">
            <w:pPr>
              <w:rPr>
                <w:lang w:val="ru-RU"/>
              </w:rPr>
            </w:pPr>
            <w:r>
              <w:rPr>
                <w:lang w:val="ru-RU"/>
              </w:rPr>
              <w:t>ИП</w:t>
            </w:r>
          </w:p>
        </w:tc>
      </w:tr>
      <w:tr w:rsidR="00CD0AFF" w:rsidRPr="008C3134" w14:paraId="4DE4B54B" w14:textId="77777777">
        <w:tc>
          <w:tcPr>
            <w:tcW w:w="4986" w:type="dxa"/>
          </w:tcPr>
          <w:p w14:paraId="2498B662" w14:textId="77777777" w:rsidR="00CD0AFF" w:rsidRDefault="00B414D4">
            <w:r>
              <w:t>Ставка налога</w:t>
            </w:r>
          </w:p>
        </w:tc>
        <w:tc>
          <w:tcPr>
            <w:tcW w:w="4986" w:type="dxa"/>
          </w:tcPr>
          <w:p w14:paraId="1199A1E6" w14:textId="188A537D" w:rsidR="00CD0AFF" w:rsidRPr="00B414D4" w:rsidRDefault="008C3134">
            <w:pPr>
              <w:rPr>
                <w:lang w:val="ru-RU"/>
              </w:rPr>
            </w:pPr>
            <w:r>
              <w:rPr>
                <w:lang w:val="ru-RU"/>
              </w:rPr>
              <w:t>6%</w:t>
            </w:r>
          </w:p>
        </w:tc>
      </w:tr>
      <w:tr w:rsidR="00CD0AFF" w:rsidRPr="008C3134" w14:paraId="254637A6" w14:textId="77777777">
        <w:tc>
          <w:tcPr>
            <w:tcW w:w="4986" w:type="dxa"/>
          </w:tcPr>
          <w:p w14:paraId="5A0BD5B0" w14:textId="77777777" w:rsidR="00CD0AFF" w:rsidRDefault="00B414D4">
            <w:proofErr w:type="spellStart"/>
            <w:r>
              <w:t>Учёт</w:t>
            </w:r>
            <w:proofErr w:type="spellEnd"/>
          </w:p>
        </w:tc>
        <w:tc>
          <w:tcPr>
            <w:tcW w:w="4986" w:type="dxa"/>
          </w:tcPr>
          <w:p w14:paraId="131199CE" w14:textId="308BB134" w:rsidR="00CD0AFF" w:rsidRPr="00B414D4" w:rsidRDefault="008C3134">
            <w:pPr>
              <w:rPr>
                <w:lang w:val="ru-RU"/>
              </w:rPr>
            </w:pPr>
            <w:r>
              <w:rPr>
                <w:lang w:val="ru-RU"/>
              </w:rPr>
              <w:t>Сдача деклараций, отчетности</w:t>
            </w:r>
          </w:p>
        </w:tc>
      </w:tr>
      <w:tr w:rsidR="00CD0AFF" w:rsidRPr="006B3D94" w14:paraId="552ECC5D" w14:textId="77777777">
        <w:tc>
          <w:tcPr>
            <w:tcW w:w="4986" w:type="dxa"/>
          </w:tcPr>
          <w:p w14:paraId="11D19D8B" w14:textId="77777777" w:rsidR="00CD0AFF" w:rsidRDefault="00B414D4">
            <w:proofErr w:type="spellStart"/>
            <w:r>
              <w:t>Сотрудники</w:t>
            </w:r>
            <w:proofErr w:type="spellEnd"/>
          </w:p>
        </w:tc>
        <w:tc>
          <w:tcPr>
            <w:tcW w:w="4986" w:type="dxa"/>
          </w:tcPr>
          <w:p w14:paraId="3195A6DA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не планируются (работа лично заявителем)</w:t>
            </w:r>
          </w:p>
        </w:tc>
      </w:tr>
      <w:tr w:rsidR="00CD0AFF" w:rsidRPr="006B3D94" w14:paraId="4BD980BB" w14:textId="77777777">
        <w:tc>
          <w:tcPr>
            <w:tcW w:w="4986" w:type="dxa"/>
          </w:tcPr>
          <w:p w14:paraId="7F62FD73" w14:textId="77777777" w:rsidR="00CD0AFF" w:rsidRDefault="00B414D4">
            <w:proofErr w:type="spellStart"/>
            <w:r>
              <w:t>Точка</w:t>
            </w:r>
            <w:proofErr w:type="spellEnd"/>
            <w:r>
              <w:t>/</w:t>
            </w:r>
            <w:proofErr w:type="spellStart"/>
            <w:r>
              <w:t>онлайн</w:t>
            </w:r>
            <w:proofErr w:type="spellEnd"/>
          </w:p>
        </w:tc>
        <w:tc>
          <w:tcPr>
            <w:tcW w:w="4986" w:type="dxa"/>
          </w:tcPr>
          <w:p w14:paraId="13A213AD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мини-точка продаж + интернет-каналы</w:t>
            </w:r>
          </w:p>
        </w:tc>
      </w:tr>
    </w:tbl>
    <w:p w14:paraId="722C5834" w14:textId="77777777" w:rsidR="00CD0AFF" w:rsidRPr="00B414D4" w:rsidRDefault="00CD0AFF">
      <w:pPr>
        <w:rPr>
          <w:lang w:val="ru-RU"/>
        </w:rPr>
      </w:pPr>
    </w:p>
    <w:p w14:paraId="2A40ADAA" w14:textId="77777777" w:rsidR="00CD0AFF" w:rsidRPr="00B414D4" w:rsidRDefault="00B414D4">
      <w:pPr>
        <w:rPr>
          <w:lang w:val="ru-RU"/>
        </w:rPr>
      </w:pPr>
      <w:r w:rsidRPr="00B414D4">
        <w:rPr>
          <w:lang w:val="ru-RU"/>
        </w:rPr>
        <w:t>Рекомендуемые коды ОКВЭД (уточняются при регистрации):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3320"/>
        <w:gridCol w:w="3322"/>
        <w:gridCol w:w="3321"/>
      </w:tblGrid>
      <w:tr w:rsidR="00CD0AFF" w14:paraId="784DF1F5" w14:textId="77777777">
        <w:tc>
          <w:tcPr>
            <w:tcW w:w="3324" w:type="dxa"/>
          </w:tcPr>
          <w:p w14:paraId="0E532675" w14:textId="77777777" w:rsidR="00CD0AFF" w:rsidRDefault="00B414D4">
            <w:proofErr w:type="spellStart"/>
            <w:r>
              <w:t>Код</w:t>
            </w:r>
            <w:proofErr w:type="spellEnd"/>
            <w:r>
              <w:t xml:space="preserve"> ОКВЭД</w:t>
            </w:r>
          </w:p>
        </w:tc>
        <w:tc>
          <w:tcPr>
            <w:tcW w:w="3324" w:type="dxa"/>
          </w:tcPr>
          <w:p w14:paraId="26F705DC" w14:textId="77777777" w:rsidR="00CD0AFF" w:rsidRDefault="00B414D4">
            <w:r>
              <w:t>Наименование</w:t>
            </w:r>
          </w:p>
        </w:tc>
        <w:tc>
          <w:tcPr>
            <w:tcW w:w="3324" w:type="dxa"/>
          </w:tcPr>
          <w:p w14:paraId="6DA89AF7" w14:textId="77777777" w:rsidR="00CD0AFF" w:rsidRDefault="00B414D4">
            <w:r>
              <w:t>Комментарий</w:t>
            </w:r>
          </w:p>
        </w:tc>
      </w:tr>
      <w:tr w:rsidR="00CD0AFF" w14:paraId="68DFB38E" w14:textId="77777777">
        <w:tc>
          <w:tcPr>
            <w:tcW w:w="3324" w:type="dxa"/>
          </w:tcPr>
          <w:p w14:paraId="61484A80" w14:textId="77777777" w:rsidR="00CD0AFF" w:rsidRDefault="00B414D4">
            <w:r>
              <w:t>47.75</w:t>
            </w:r>
          </w:p>
        </w:tc>
        <w:tc>
          <w:tcPr>
            <w:tcW w:w="3324" w:type="dxa"/>
          </w:tcPr>
          <w:p w14:paraId="2D5EEC24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Торговля розничная косметическими и товарами личной гигиены</w:t>
            </w:r>
          </w:p>
        </w:tc>
        <w:tc>
          <w:tcPr>
            <w:tcW w:w="3324" w:type="dxa"/>
          </w:tcPr>
          <w:p w14:paraId="2D95DA2D" w14:textId="77777777" w:rsidR="00CD0AFF" w:rsidRDefault="00B414D4">
            <w:proofErr w:type="spellStart"/>
            <w:r>
              <w:t>основной</w:t>
            </w:r>
            <w:proofErr w:type="spellEnd"/>
            <w:r>
              <w:t xml:space="preserve"> </w:t>
            </w:r>
            <w:proofErr w:type="spellStart"/>
            <w:r>
              <w:t>код</w:t>
            </w:r>
            <w:proofErr w:type="spellEnd"/>
          </w:p>
        </w:tc>
      </w:tr>
      <w:tr w:rsidR="00CD0AFF" w14:paraId="55A39E73" w14:textId="77777777">
        <w:tc>
          <w:tcPr>
            <w:tcW w:w="3324" w:type="dxa"/>
          </w:tcPr>
          <w:p w14:paraId="68F84C2A" w14:textId="77777777" w:rsidR="00CD0AFF" w:rsidRDefault="00B414D4">
            <w:r>
              <w:t>47.91</w:t>
            </w:r>
          </w:p>
        </w:tc>
        <w:tc>
          <w:tcPr>
            <w:tcW w:w="3324" w:type="dxa"/>
          </w:tcPr>
          <w:p w14:paraId="188ED195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Торговля розничная по информационно-коммуникационной сети Интернет</w:t>
            </w:r>
          </w:p>
        </w:tc>
        <w:tc>
          <w:tcPr>
            <w:tcW w:w="3324" w:type="dxa"/>
          </w:tcPr>
          <w:p w14:paraId="3A0B114E" w14:textId="77777777" w:rsidR="00CD0AFF" w:rsidRDefault="00B414D4"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онлайн-заказов</w:t>
            </w:r>
            <w:proofErr w:type="spellEnd"/>
          </w:p>
        </w:tc>
      </w:tr>
    </w:tbl>
    <w:p w14:paraId="010275B4" w14:textId="77777777" w:rsidR="00CD0AFF" w:rsidRDefault="00CD0AFF"/>
    <w:p w14:paraId="566A1849" w14:textId="77777777" w:rsidR="00CD0AFF" w:rsidRPr="00B414D4" w:rsidRDefault="00B414D4">
      <w:pPr>
        <w:rPr>
          <w:lang w:val="ru-RU"/>
        </w:rPr>
      </w:pPr>
      <w:r w:rsidRPr="00B414D4">
        <w:rPr>
          <w:lang w:val="ru-RU"/>
        </w:rPr>
        <w:t xml:space="preserve">Важно: для </w:t>
      </w:r>
      <w:proofErr w:type="spellStart"/>
      <w:r w:rsidRPr="00B414D4">
        <w:rPr>
          <w:lang w:val="ru-RU"/>
        </w:rPr>
        <w:t>соцконтракта</w:t>
      </w:r>
      <w:proofErr w:type="spellEnd"/>
      <w:r w:rsidRPr="00B414D4">
        <w:rPr>
          <w:lang w:val="ru-RU"/>
        </w:rPr>
        <w:t xml:space="preserve"> обычно требуется простая и прозрачная схема работы — предзаказ/продажа со склада, фиксирование выручки, наличие подтверждающих документов на закупки и договор аренды/согласие арендодателя (если аренда).</w:t>
      </w:r>
    </w:p>
    <w:p w14:paraId="3F329491" w14:textId="77777777" w:rsidR="00CD0AFF" w:rsidRPr="00B414D4" w:rsidRDefault="00CD0AFF">
      <w:pPr>
        <w:rPr>
          <w:lang w:val="ru-RU"/>
        </w:rPr>
      </w:pPr>
    </w:p>
    <w:p w14:paraId="127A6122" w14:textId="77777777" w:rsidR="00CD0AFF" w:rsidRPr="00B414D4" w:rsidRDefault="00B414D4">
      <w:pPr>
        <w:pStyle w:val="21"/>
        <w:rPr>
          <w:lang w:val="ru-RU"/>
        </w:rPr>
      </w:pPr>
      <w:r w:rsidRPr="00B414D4">
        <w:rPr>
          <w:lang w:val="ru-RU"/>
        </w:rPr>
        <w:lastRenderedPageBreak/>
        <w:t>3. Описание товара и ассортимента (товарная матрица)</w:t>
      </w:r>
    </w:p>
    <w:p w14:paraId="7BED22C0" w14:textId="77777777" w:rsidR="00CD0AFF" w:rsidRPr="00B414D4" w:rsidRDefault="00B414D4">
      <w:pPr>
        <w:rPr>
          <w:lang w:val="ru-RU"/>
        </w:rPr>
      </w:pPr>
      <w:r w:rsidRPr="00B414D4">
        <w:rPr>
          <w:lang w:val="ru-RU"/>
        </w:rPr>
        <w:t xml:space="preserve">Корейская косметика характеризуется сочетанием эффективности, интересных форматов (эссенции, </w:t>
      </w:r>
      <w:proofErr w:type="spellStart"/>
      <w:r w:rsidRPr="00B414D4">
        <w:rPr>
          <w:lang w:val="ru-RU"/>
        </w:rPr>
        <w:t>кушоны</w:t>
      </w:r>
      <w:proofErr w:type="spellEnd"/>
      <w:r w:rsidRPr="00B414D4">
        <w:rPr>
          <w:lang w:val="ru-RU"/>
        </w:rPr>
        <w:t>, патчи) и широкой линейки под различные типы кожи. Для старта важно сформировать «матрицу хитов» — позиции с высокой оборачиваемостью и понятной пользой для клиента.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2492"/>
        <w:gridCol w:w="2490"/>
        <w:gridCol w:w="2490"/>
        <w:gridCol w:w="2491"/>
      </w:tblGrid>
      <w:tr w:rsidR="00CD0AFF" w14:paraId="58973EE6" w14:textId="77777777">
        <w:tc>
          <w:tcPr>
            <w:tcW w:w="2493" w:type="dxa"/>
          </w:tcPr>
          <w:p w14:paraId="535B11F1" w14:textId="77777777" w:rsidR="00CD0AFF" w:rsidRDefault="00B414D4">
            <w:proofErr w:type="spellStart"/>
            <w:r>
              <w:t>Категория</w:t>
            </w:r>
            <w:proofErr w:type="spellEnd"/>
          </w:p>
        </w:tc>
        <w:tc>
          <w:tcPr>
            <w:tcW w:w="2493" w:type="dxa"/>
          </w:tcPr>
          <w:p w14:paraId="67CC1D7F" w14:textId="77777777" w:rsidR="00CD0AFF" w:rsidRDefault="00B414D4">
            <w:r>
              <w:t>Примеры товаров</w:t>
            </w:r>
          </w:p>
        </w:tc>
        <w:tc>
          <w:tcPr>
            <w:tcW w:w="2493" w:type="dxa"/>
          </w:tcPr>
          <w:p w14:paraId="1C946DE7" w14:textId="77777777" w:rsidR="00CD0AFF" w:rsidRDefault="00B414D4">
            <w:r>
              <w:t>Зачем покупают</w:t>
            </w:r>
          </w:p>
        </w:tc>
        <w:tc>
          <w:tcPr>
            <w:tcW w:w="2493" w:type="dxa"/>
          </w:tcPr>
          <w:p w14:paraId="0548E574" w14:textId="77777777" w:rsidR="00CD0AFF" w:rsidRDefault="00B414D4">
            <w:r>
              <w:t>Маржинальность (ориентир)</w:t>
            </w:r>
          </w:p>
        </w:tc>
      </w:tr>
      <w:tr w:rsidR="00CD0AFF" w14:paraId="758651C8" w14:textId="77777777">
        <w:tc>
          <w:tcPr>
            <w:tcW w:w="2493" w:type="dxa"/>
          </w:tcPr>
          <w:p w14:paraId="3D54DA64" w14:textId="77777777" w:rsidR="00CD0AFF" w:rsidRDefault="00B414D4">
            <w:r>
              <w:t>Очищение</w:t>
            </w:r>
          </w:p>
        </w:tc>
        <w:tc>
          <w:tcPr>
            <w:tcW w:w="2493" w:type="dxa"/>
          </w:tcPr>
          <w:p w14:paraId="7B4B0A30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пенка, гидрофильное масло/бальзам, гель</w:t>
            </w:r>
          </w:p>
        </w:tc>
        <w:tc>
          <w:tcPr>
            <w:tcW w:w="2493" w:type="dxa"/>
          </w:tcPr>
          <w:p w14:paraId="08D2C7CE" w14:textId="77777777" w:rsidR="00CD0AFF" w:rsidRDefault="00B414D4">
            <w:proofErr w:type="spellStart"/>
            <w:r>
              <w:t>снять</w:t>
            </w:r>
            <w:proofErr w:type="spellEnd"/>
            <w:r>
              <w:t xml:space="preserve"> </w:t>
            </w:r>
            <w:proofErr w:type="spellStart"/>
            <w:r>
              <w:t>макияж</w:t>
            </w:r>
            <w:proofErr w:type="spellEnd"/>
            <w:r>
              <w:t xml:space="preserve">, </w:t>
            </w:r>
            <w:proofErr w:type="spellStart"/>
            <w:r>
              <w:t>очистить</w:t>
            </w:r>
            <w:proofErr w:type="spellEnd"/>
            <w:r>
              <w:t xml:space="preserve"> </w:t>
            </w:r>
            <w:proofErr w:type="spellStart"/>
            <w:r>
              <w:t>поры</w:t>
            </w:r>
            <w:proofErr w:type="spellEnd"/>
          </w:p>
        </w:tc>
        <w:tc>
          <w:tcPr>
            <w:tcW w:w="2493" w:type="dxa"/>
          </w:tcPr>
          <w:p w14:paraId="1947E0C3" w14:textId="77777777" w:rsidR="00CD0AFF" w:rsidRDefault="00B414D4">
            <w:r>
              <w:t>35–55%</w:t>
            </w:r>
          </w:p>
        </w:tc>
      </w:tr>
      <w:tr w:rsidR="00CD0AFF" w14:paraId="633F7C5D" w14:textId="77777777">
        <w:tc>
          <w:tcPr>
            <w:tcW w:w="2493" w:type="dxa"/>
          </w:tcPr>
          <w:p w14:paraId="3CFC67A8" w14:textId="77777777" w:rsidR="00CD0AFF" w:rsidRDefault="00B414D4">
            <w:r>
              <w:t>Тонизация/сыворотки</w:t>
            </w:r>
          </w:p>
        </w:tc>
        <w:tc>
          <w:tcPr>
            <w:tcW w:w="2493" w:type="dxa"/>
          </w:tcPr>
          <w:p w14:paraId="3A217791" w14:textId="77777777" w:rsidR="00CD0AFF" w:rsidRDefault="00B414D4">
            <w:r>
              <w:t>тонер, эссенция, сыворотка</w:t>
            </w:r>
          </w:p>
        </w:tc>
        <w:tc>
          <w:tcPr>
            <w:tcW w:w="2493" w:type="dxa"/>
          </w:tcPr>
          <w:p w14:paraId="30F4BFDB" w14:textId="77777777" w:rsidR="00CD0AFF" w:rsidRDefault="00B414D4">
            <w:r>
              <w:t>увлажнение, выравнивание, сияние</w:t>
            </w:r>
          </w:p>
        </w:tc>
        <w:tc>
          <w:tcPr>
            <w:tcW w:w="2493" w:type="dxa"/>
          </w:tcPr>
          <w:p w14:paraId="387107A8" w14:textId="77777777" w:rsidR="00CD0AFF" w:rsidRDefault="00B414D4">
            <w:r>
              <w:t>35–60%</w:t>
            </w:r>
          </w:p>
        </w:tc>
      </w:tr>
      <w:tr w:rsidR="00CD0AFF" w14:paraId="0842C24F" w14:textId="77777777">
        <w:tc>
          <w:tcPr>
            <w:tcW w:w="2493" w:type="dxa"/>
          </w:tcPr>
          <w:p w14:paraId="1592EECE" w14:textId="77777777" w:rsidR="00CD0AFF" w:rsidRDefault="00B414D4">
            <w:r>
              <w:t>Кремы/уход</w:t>
            </w:r>
          </w:p>
        </w:tc>
        <w:tc>
          <w:tcPr>
            <w:tcW w:w="2493" w:type="dxa"/>
          </w:tcPr>
          <w:p w14:paraId="40E00158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крем для лица, крем для глаз, ночная маска</w:t>
            </w:r>
          </w:p>
        </w:tc>
        <w:tc>
          <w:tcPr>
            <w:tcW w:w="2493" w:type="dxa"/>
          </w:tcPr>
          <w:p w14:paraId="6CA062C2" w14:textId="77777777" w:rsidR="00CD0AFF" w:rsidRDefault="00B414D4">
            <w:proofErr w:type="spellStart"/>
            <w:r>
              <w:t>питание</w:t>
            </w:r>
            <w:proofErr w:type="spellEnd"/>
            <w:r>
              <w:t xml:space="preserve">, </w:t>
            </w:r>
            <w:proofErr w:type="spellStart"/>
            <w:r>
              <w:t>восстановление</w:t>
            </w:r>
            <w:proofErr w:type="spellEnd"/>
          </w:p>
        </w:tc>
        <w:tc>
          <w:tcPr>
            <w:tcW w:w="2493" w:type="dxa"/>
          </w:tcPr>
          <w:p w14:paraId="5FF9ABDA" w14:textId="77777777" w:rsidR="00CD0AFF" w:rsidRDefault="00B414D4">
            <w:r>
              <w:t>35–60%</w:t>
            </w:r>
          </w:p>
        </w:tc>
      </w:tr>
      <w:tr w:rsidR="00CD0AFF" w14:paraId="7C040389" w14:textId="77777777">
        <w:tc>
          <w:tcPr>
            <w:tcW w:w="2493" w:type="dxa"/>
          </w:tcPr>
          <w:p w14:paraId="04250AB3" w14:textId="77777777" w:rsidR="00CD0AFF" w:rsidRDefault="00B414D4">
            <w:r>
              <w:t>SPF</w:t>
            </w:r>
          </w:p>
        </w:tc>
        <w:tc>
          <w:tcPr>
            <w:tcW w:w="2493" w:type="dxa"/>
          </w:tcPr>
          <w:p w14:paraId="1C1818C5" w14:textId="77777777" w:rsidR="00CD0AFF" w:rsidRDefault="00B414D4">
            <w:r>
              <w:t>крем/стик SPF</w:t>
            </w:r>
          </w:p>
        </w:tc>
        <w:tc>
          <w:tcPr>
            <w:tcW w:w="2493" w:type="dxa"/>
          </w:tcPr>
          <w:p w14:paraId="637B09B1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защита от солнца, профилактика пигментации</w:t>
            </w:r>
          </w:p>
        </w:tc>
        <w:tc>
          <w:tcPr>
            <w:tcW w:w="2493" w:type="dxa"/>
          </w:tcPr>
          <w:p w14:paraId="022FBA20" w14:textId="77777777" w:rsidR="00CD0AFF" w:rsidRDefault="00B414D4">
            <w:r>
              <w:t>30–55%</w:t>
            </w:r>
          </w:p>
        </w:tc>
      </w:tr>
      <w:tr w:rsidR="00CD0AFF" w14:paraId="2791D943" w14:textId="77777777">
        <w:tc>
          <w:tcPr>
            <w:tcW w:w="2493" w:type="dxa"/>
          </w:tcPr>
          <w:p w14:paraId="41089B87" w14:textId="77777777" w:rsidR="00CD0AFF" w:rsidRDefault="00B414D4">
            <w:r>
              <w:t>Маски/патчи</w:t>
            </w:r>
          </w:p>
        </w:tc>
        <w:tc>
          <w:tcPr>
            <w:tcW w:w="2493" w:type="dxa"/>
          </w:tcPr>
          <w:p w14:paraId="02436516" w14:textId="77777777" w:rsidR="00CD0AFF" w:rsidRDefault="00B414D4">
            <w:r>
              <w:t>тканевые маски, гидрогелевые патчи</w:t>
            </w:r>
          </w:p>
        </w:tc>
        <w:tc>
          <w:tcPr>
            <w:tcW w:w="2493" w:type="dxa"/>
          </w:tcPr>
          <w:p w14:paraId="6E89A4B4" w14:textId="77777777" w:rsidR="00CD0AFF" w:rsidRDefault="00B414D4">
            <w:r>
              <w:t>быстрый эффект, подарок</w:t>
            </w:r>
          </w:p>
        </w:tc>
        <w:tc>
          <w:tcPr>
            <w:tcW w:w="2493" w:type="dxa"/>
          </w:tcPr>
          <w:p w14:paraId="31807193" w14:textId="77777777" w:rsidR="00CD0AFF" w:rsidRDefault="00B414D4">
            <w:r>
              <w:t>40–70%</w:t>
            </w:r>
          </w:p>
        </w:tc>
      </w:tr>
      <w:tr w:rsidR="00CD0AFF" w14:paraId="26B5DE9A" w14:textId="77777777">
        <w:tc>
          <w:tcPr>
            <w:tcW w:w="2493" w:type="dxa"/>
          </w:tcPr>
          <w:p w14:paraId="2148B669" w14:textId="77777777" w:rsidR="00CD0AFF" w:rsidRDefault="00B414D4">
            <w:r>
              <w:t>Проблемная кожа</w:t>
            </w:r>
          </w:p>
        </w:tc>
        <w:tc>
          <w:tcPr>
            <w:tcW w:w="2493" w:type="dxa"/>
          </w:tcPr>
          <w:p w14:paraId="7D8A902A" w14:textId="77777777" w:rsidR="00CD0AFF" w:rsidRPr="00B414D4" w:rsidRDefault="00B414D4">
            <w:pPr>
              <w:rPr>
                <w:lang w:val="ru-RU"/>
              </w:rPr>
            </w:pPr>
            <w:r>
              <w:t>AHA</w:t>
            </w:r>
            <w:r w:rsidRPr="00B414D4">
              <w:rPr>
                <w:lang w:val="ru-RU"/>
              </w:rPr>
              <w:t>/</w:t>
            </w:r>
            <w:r>
              <w:t>BHA</w:t>
            </w:r>
            <w:r w:rsidRPr="00B414D4">
              <w:rPr>
                <w:lang w:val="ru-RU"/>
              </w:rPr>
              <w:t xml:space="preserve">, </w:t>
            </w:r>
            <w:proofErr w:type="spellStart"/>
            <w:r w:rsidRPr="00B414D4">
              <w:rPr>
                <w:lang w:val="ru-RU"/>
              </w:rPr>
              <w:t>центелла</w:t>
            </w:r>
            <w:proofErr w:type="spellEnd"/>
            <w:r w:rsidRPr="00B414D4">
              <w:rPr>
                <w:lang w:val="ru-RU"/>
              </w:rPr>
              <w:t>, точечные средства</w:t>
            </w:r>
          </w:p>
        </w:tc>
        <w:tc>
          <w:tcPr>
            <w:tcW w:w="2493" w:type="dxa"/>
          </w:tcPr>
          <w:p w14:paraId="47C99A09" w14:textId="77777777" w:rsidR="00CD0AFF" w:rsidRDefault="00B414D4">
            <w:proofErr w:type="spellStart"/>
            <w:r>
              <w:t>акне</w:t>
            </w:r>
            <w:proofErr w:type="spellEnd"/>
            <w:r>
              <w:t xml:space="preserve">, </w:t>
            </w:r>
            <w:proofErr w:type="spellStart"/>
            <w:r>
              <w:t>воспаления</w:t>
            </w:r>
            <w:proofErr w:type="spellEnd"/>
            <w:r>
              <w:t xml:space="preserve">, </w:t>
            </w:r>
            <w:proofErr w:type="spellStart"/>
            <w:r>
              <w:t>себорегуляция</w:t>
            </w:r>
            <w:proofErr w:type="spellEnd"/>
          </w:p>
        </w:tc>
        <w:tc>
          <w:tcPr>
            <w:tcW w:w="2493" w:type="dxa"/>
          </w:tcPr>
          <w:p w14:paraId="1C273200" w14:textId="77777777" w:rsidR="00CD0AFF" w:rsidRDefault="00B414D4">
            <w:r>
              <w:t>35–60%</w:t>
            </w:r>
          </w:p>
        </w:tc>
      </w:tr>
      <w:tr w:rsidR="00CD0AFF" w14:paraId="0349828D" w14:textId="77777777">
        <w:tc>
          <w:tcPr>
            <w:tcW w:w="2493" w:type="dxa"/>
          </w:tcPr>
          <w:p w14:paraId="2A29810E" w14:textId="77777777" w:rsidR="00CD0AFF" w:rsidRDefault="00B414D4">
            <w:r>
              <w:t>Мини-наборы</w:t>
            </w:r>
          </w:p>
        </w:tc>
        <w:tc>
          <w:tcPr>
            <w:tcW w:w="2493" w:type="dxa"/>
          </w:tcPr>
          <w:p w14:paraId="1548B807" w14:textId="77777777" w:rsidR="00CD0AFF" w:rsidRDefault="00B414D4">
            <w:r>
              <w:t>миниатюры, beauty-box</w:t>
            </w:r>
          </w:p>
        </w:tc>
        <w:tc>
          <w:tcPr>
            <w:tcW w:w="2493" w:type="dxa"/>
          </w:tcPr>
          <w:p w14:paraId="21C89207" w14:textId="77777777" w:rsidR="00CD0AFF" w:rsidRDefault="00B414D4">
            <w:r>
              <w:t>попробовать, «в подарок»</w:t>
            </w:r>
          </w:p>
        </w:tc>
        <w:tc>
          <w:tcPr>
            <w:tcW w:w="2493" w:type="dxa"/>
          </w:tcPr>
          <w:p w14:paraId="2696D3D6" w14:textId="77777777" w:rsidR="00CD0AFF" w:rsidRDefault="00B414D4">
            <w:r>
              <w:t>40–75%</w:t>
            </w:r>
          </w:p>
        </w:tc>
      </w:tr>
      <w:tr w:rsidR="00CD0AFF" w14:paraId="1F592367" w14:textId="77777777">
        <w:tc>
          <w:tcPr>
            <w:tcW w:w="2493" w:type="dxa"/>
          </w:tcPr>
          <w:p w14:paraId="36220B7A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Декоративная косметика (по мере роста)</w:t>
            </w:r>
          </w:p>
        </w:tc>
        <w:tc>
          <w:tcPr>
            <w:tcW w:w="2493" w:type="dxa"/>
          </w:tcPr>
          <w:p w14:paraId="531F2043" w14:textId="77777777" w:rsidR="00CD0AFF" w:rsidRDefault="00B414D4">
            <w:r>
              <w:t xml:space="preserve">BB/CC, </w:t>
            </w:r>
            <w:proofErr w:type="spellStart"/>
            <w:r>
              <w:t>кушоны</w:t>
            </w:r>
            <w:proofErr w:type="spellEnd"/>
            <w:r>
              <w:t xml:space="preserve">, </w:t>
            </w:r>
            <w:proofErr w:type="spellStart"/>
            <w:r>
              <w:t>тинты</w:t>
            </w:r>
            <w:proofErr w:type="spellEnd"/>
          </w:p>
        </w:tc>
        <w:tc>
          <w:tcPr>
            <w:tcW w:w="2493" w:type="dxa"/>
          </w:tcPr>
          <w:p w14:paraId="6C258C1E" w14:textId="77777777" w:rsidR="00CD0AFF" w:rsidRDefault="00B414D4">
            <w:r>
              <w:t>макияж + уход</w:t>
            </w:r>
          </w:p>
        </w:tc>
        <w:tc>
          <w:tcPr>
            <w:tcW w:w="2493" w:type="dxa"/>
          </w:tcPr>
          <w:p w14:paraId="777D5CAC" w14:textId="77777777" w:rsidR="00CD0AFF" w:rsidRDefault="00B414D4">
            <w:r>
              <w:t>30–55%</w:t>
            </w:r>
          </w:p>
        </w:tc>
      </w:tr>
    </w:tbl>
    <w:p w14:paraId="39AFF611" w14:textId="77777777" w:rsidR="00CD0AFF" w:rsidRDefault="00CD0AFF"/>
    <w:p w14:paraId="2E7FC73D" w14:textId="77777777" w:rsidR="00CD0AFF" w:rsidRPr="00B414D4" w:rsidRDefault="00B414D4">
      <w:pPr>
        <w:rPr>
          <w:lang w:val="ru-RU"/>
        </w:rPr>
      </w:pPr>
      <w:r w:rsidRPr="00B414D4">
        <w:rPr>
          <w:lang w:val="ru-RU"/>
        </w:rPr>
        <w:t>3.1. Пример стартовой товарной матрицы (первый месяц):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2157"/>
        <w:gridCol w:w="1907"/>
        <w:gridCol w:w="1956"/>
        <w:gridCol w:w="1963"/>
        <w:gridCol w:w="1980"/>
      </w:tblGrid>
      <w:tr w:rsidR="00CD0AFF" w14:paraId="3820B35B" w14:textId="77777777">
        <w:tc>
          <w:tcPr>
            <w:tcW w:w="1995" w:type="dxa"/>
          </w:tcPr>
          <w:p w14:paraId="770B3990" w14:textId="77777777" w:rsidR="00CD0AFF" w:rsidRDefault="00B414D4">
            <w:proofErr w:type="spellStart"/>
            <w:r>
              <w:t>Группа</w:t>
            </w:r>
            <w:proofErr w:type="spellEnd"/>
          </w:p>
        </w:tc>
        <w:tc>
          <w:tcPr>
            <w:tcW w:w="1995" w:type="dxa"/>
          </w:tcPr>
          <w:p w14:paraId="04AC3151" w14:textId="77777777" w:rsidR="00CD0AFF" w:rsidRDefault="00B414D4">
            <w:r>
              <w:t>SKU (шт.)</w:t>
            </w:r>
          </w:p>
        </w:tc>
        <w:tc>
          <w:tcPr>
            <w:tcW w:w="1995" w:type="dxa"/>
          </w:tcPr>
          <w:p w14:paraId="5CECA865" w14:textId="77777777" w:rsidR="00CD0AFF" w:rsidRDefault="00B414D4">
            <w:r>
              <w:t>Средняя закупка/ед., руб.</w:t>
            </w:r>
          </w:p>
        </w:tc>
        <w:tc>
          <w:tcPr>
            <w:tcW w:w="1995" w:type="dxa"/>
          </w:tcPr>
          <w:p w14:paraId="7E051ED4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Средняя цена продажи/ед., руб.</w:t>
            </w:r>
          </w:p>
        </w:tc>
        <w:tc>
          <w:tcPr>
            <w:tcW w:w="1995" w:type="dxa"/>
          </w:tcPr>
          <w:p w14:paraId="257C99B0" w14:textId="77777777" w:rsidR="00CD0AFF" w:rsidRDefault="00B414D4">
            <w:proofErr w:type="spellStart"/>
            <w:r>
              <w:t>Комментарий</w:t>
            </w:r>
            <w:proofErr w:type="spellEnd"/>
          </w:p>
        </w:tc>
      </w:tr>
      <w:tr w:rsidR="00CD0AFF" w:rsidRPr="006B3D94" w14:paraId="58C13126" w14:textId="77777777">
        <w:tc>
          <w:tcPr>
            <w:tcW w:w="1995" w:type="dxa"/>
          </w:tcPr>
          <w:p w14:paraId="598D694C" w14:textId="77777777" w:rsidR="00CD0AFF" w:rsidRDefault="00B414D4">
            <w:r>
              <w:t>Очищение</w:t>
            </w:r>
          </w:p>
        </w:tc>
        <w:tc>
          <w:tcPr>
            <w:tcW w:w="1995" w:type="dxa"/>
          </w:tcPr>
          <w:p w14:paraId="210D6E24" w14:textId="77777777" w:rsidR="00CD0AFF" w:rsidRDefault="00B414D4">
            <w:r>
              <w:t>20–30</w:t>
            </w:r>
          </w:p>
        </w:tc>
        <w:tc>
          <w:tcPr>
            <w:tcW w:w="1995" w:type="dxa"/>
          </w:tcPr>
          <w:p w14:paraId="1B471347" w14:textId="77777777" w:rsidR="00CD0AFF" w:rsidRDefault="00B414D4">
            <w:r>
              <w:t>300–700</w:t>
            </w:r>
          </w:p>
        </w:tc>
        <w:tc>
          <w:tcPr>
            <w:tcW w:w="1995" w:type="dxa"/>
          </w:tcPr>
          <w:p w14:paraId="10BB471D" w14:textId="77777777" w:rsidR="00CD0AFF" w:rsidRDefault="00B414D4">
            <w:r>
              <w:t>590–1 290</w:t>
            </w:r>
          </w:p>
        </w:tc>
        <w:tc>
          <w:tcPr>
            <w:tcW w:w="1995" w:type="dxa"/>
          </w:tcPr>
          <w:p w14:paraId="7BA3DF79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популярные позиции для повторных покупок</w:t>
            </w:r>
          </w:p>
        </w:tc>
      </w:tr>
      <w:tr w:rsidR="00CD0AFF" w14:paraId="748C6BDC" w14:textId="77777777">
        <w:tc>
          <w:tcPr>
            <w:tcW w:w="1995" w:type="dxa"/>
          </w:tcPr>
          <w:p w14:paraId="068752F4" w14:textId="77777777" w:rsidR="00CD0AFF" w:rsidRDefault="00B414D4">
            <w:proofErr w:type="spellStart"/>
            <w:r>
              <w:t>Тонеры</w:t>
            </w:r>
            <w:proofErr w:type="spellEnd"/>
            <w:r>
              <w:t>/</w:t>
            </w:r>
            <w:proofErr w:type="spellStart"/>
            <w:r>
              <w:t>сыворотки</w:t>
            </w:r>
            <w:proofErr w:type="spellEnd"/>
          </w:p>
        </w:tc>
        <w:tc>
          <w:tcPr>
            <w:tcW w:w="1995" w:type="dxa"/>
          </w:tcPr>
          <w:p w14:paraId="10860D72" w14:textId="77777777" w:rsidR="00CD0AFF" w:rsidRDefault="00B414D4">
            <w:r>
              <w:t>15–25</w:t>
            </w:r>
          </w:p>
        </w:tc>
        <w:tc>
          <w:tcPr>
            <w:tcW w:w="1995" w:type="dxa"/>
          </w:tcPr>
          <w:p w14:paraId="01BE87BD" w14:textId="77777777" w:rsidR="00CD0AFF" w:rsidRDefault="00B414D4">
            <w:r>
              <w:t>450–1 100</w:t>
            </w:r>
          </w:p>
        </w:tc>
        <w:tc>
          <w:tcPr>
            <w:tcW w:w="1995" w:type="dxa"/>
          </w:tcPr>
          <w:p w14:paraId="056A0F6B" w14:textId="77777777" w:rsidR="00CD0AFF" w:rsidRDefault="00B414D4">
            <w:r>
              <w:t>890–2 190</w:t>
            </w:r>
          </w:p>
        </w:tc>
        <w:tc>
          <w:tcPr>
            <w:tcW w:w="1995" w:type="dxa"/>
          </w:tcPr>
          <w:p w14:paraId="50DE205D" w14:textId="77777777" w:rsidR="00CD0AFF" w:rsidRDefault="00B414D4">
            <w:r>
              <w:t>высокая ценность и маржа</w:t>
            </w:r>
          </w:p>
        </w:tc>
      </w:tr>
      <w:tr w:rsidR="00CD0AFF" w14:paraId="2560EC66" w14:textId="77777777">
        <w:tc>
          <w:tcPr>
            <w:tcW w:w="1995" w:type="dxa"/>
          </w:tcPr>
          <w:p w14:paraId="4A12D0E8" w14:textId="77777777" w:rsidR="00CD0AFF" w:rsidRDefault="00B414D4">
            <w:r>
              <w:t>Кремы</w:t>
            </w:r>
          </w:p>
        </w:tc>
        <w:tc>
          <w:tcPr>
            <w:tcW w:w="1995" w:type="dxa"/>
          </w:tcPr>
          <w:p w14:paraId="4EE52308" w14:textId="77777777" w:rsidR="00CD0AFF" w:rsidRDefault="00B414D4">
            <w:r>
              <w:t>10–20</w:t>
            </w:r>
          </w:p>
        </w:tc>
        <w:tc>
          <w:tcPr>
            <w:tcW w:w="1995" w:type="dxa"/>
          </w:tcPr>
          <w:p w14:paraId="477DC013" w14:textId="77777777" w:rsidR="00CD0AFF" w:rsidRDefault="00B414D4">
            <w:r>
              <w:t>600–1 300</w:t>
            </w:r>
          </w:p>
        </w:tc>
        <w:tc>
          <w:tcPr>
            <w:tcW w:w="1995" w:type="dxa"/>
          </w:tcPr>
          <w:p w14:paraId="3E3E6E65" w14:textId="77777777" w:rsidR="00CD0AFF" w:rsidRDefault="00B414D4">
            <w:r>
              <w:t>1 290–2 590</w:t>
            </w:r>
          </w:p>
        </w:tc>
        <w:tc>
          <w:tcPr>
            <w:tcW w:w="1995" w:type="dxa"/>
          </w:tcPr>
          <w:p w14:paraId="7C1DFC31" w14:textId="77777777" w:rsidR="00CD0AFF" w:rsidRDefault="00B414D4">
            <w:r>
              <w:t>база ассортимента</w:t>
            </w:r>
          </w:p>
        </w:tc>
      </w:tr>
      <w:tr w:rsidR="00CD0AFF" w:rsidRPr="006B3D94" w14:paraId="6D89708C" w14:textId="77777777">
        <w:tc>
          <w:tcPr>
            <w:tcW w:w="1995" w:type="dxa"/>
          </w:tcPr>
          <w:p w14:paraId="1259BDA1" w14:textId="77777777" w:rsidR="00CD0AFF" w:rsidRDefault="00B414D4">
            <w:r>
              <w:t>SPF</w:t>
            </w:r>
          </w:p>
        </w:tc>
        <w:tc>
          <w:tcPr>
            <w:tcW w:w="1995" w:type="dxa"/>
          </w:tcPr>
          <w:p w14:paraId="17CC8249" w14:textId="77777777" w:rsidR="00CD0AFF" w:rsidRDefault="00B414D4">
            <w:r>
              <w:t>8–15</w:t>
            </w:r>
          </w:p>
        </w:tc>
        <w:tc>
          <w:tcPr>
            <w:tcW w:w="1995" w:type="dxa"/>
          </w:tcPr>
          <w:p w14:paraId="1BAEF839" w14:textId="77777777" w:rsidR="00CD0AFF" w:rsidRDefault="00B414D4">
            <w:r>
              <w:t>600–1 200</w:t>
            </w:r>
          </w:p>
        </w:tc>
        <w:tc>
          <w:tcPr>
            <w:tcW w:w="1995" w:type="dxa"/>
          </w:tcPr>
          <w:p w14:paraId="2275640C" w14:textId="77777777" w:rsidR="00CD0AFF" w:rsidRDefault="00B414D4">
            <w:r>
              <w:t>1 290–2 390</w:t>
            </w:r>
          </w:p>
        </w:tc>
        <w:tc>
          <w:tcPr>
            <w:tcW w:w="1995" w:type="dxa"/>
          </w:tcPr>
          <w:p w14:paraId="0C8BE2D3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сезонный пик весна–лето, но продаётся круглый год</w:t>
            </w:r>
          </w:p>
        </w:tc>
      </w:tr>
      <w:tr w:rsidR="00CD0AFF" w14:paraId="63A78819" w14:textId="77777777">
        <w:tc>
          <w:tcPr>
            <w:tcW w:w="1995" w:type="dxa"/>
          </w:tcPr>
          <w:p w14:paraId="4CAF9808" w14:textId="77777777" w:rsidR="00CD0AFF" w:rsidRDefault="00B414D4">
            <w:proofErr w:type="spellStart"/>
            <w:r>
              <w:lastRenderedPageBreak/>
              <w:t>Маски</w:t>
            </w:r>
            <w:proofErr w:type="spellEnd"/>
            <w:r>
              <w:t>/</w:t>
            </w:r>
            <w:proofErr w:type="spellStart"/>
            <w:r>
              <w:t>патчи</w:t>
            </w:r>
            <w:proofErr w:type="spellEnd"/>
          </w:p>
        </w:tc>
        <w:tc>
          <w:tcPr>
            <w:tcW w:w="1995" w:type="dxa"/>
          </w:tcPr>
          <w:p w14:paraId="07683769" w14:textId="77777777" w:rsidR="00CD0AFF" w:rsidRDefault="00B414D4">
            <w:r>
              <w:t>20–40</w:t>
            </w:r>
          </w:p>
        </w:tc>
        <w:tc>
          <w:tcPr>
            <w:tcW w:w="1995" w:type="dxa"/>
          </w:tcPr>
          <w:p w14:paraId="44227C14" w14:textId="77777777" w:rsidR="00CD0AFF" w:rsidRDefault="00B414D4">
            <w:r>
              <w:t>40–350</w:t>
            </w:r>
          </w:p>
        </w:tc>
        <w:tc>
          <w:tcPr>
            <w:tcW w:w="1995" w:type="dxa"/>
          </w:tcPr>
          <w:p w14:paraId="79FEE94C" w14:textId="77777777" w:rsidR="00CD0AFF" w:rsidRDefault="00B414D4">
            <w:r>
              <w:t>99–990</w:t>
            </w:r>
          </w:p>
        </w:tc>
        <w:tc>
          <w:tcPr>
            <w:tcW w:w="1995" w:type="dxa"/>
          </w:tcPr>
          <w:p w14:paraId="4349073D" w14:textId="77777777" w:rsidR="00CD0AFF" w:rsidRDefault="00B414D4">
            <w:r>
              <w:t>часто покупают дополнительно</w:t>
            </w:r>
          </w:p>
        </w:tc>
      </w:tr>
      <w:tr w:rsidR="00CD0AFF" w:rsidRPr="006B3D94" w14:paraId="6E894743" w14:textId="77777777">
        <w:tc>
          <w:tcPr>
            <w:tcW w:w="1995" w:type="dxa"/>
          </w:tcPr>
          <w:p w14:paraId="2D1D183A" w14:textId="77777777" w:rsidR="00CD0AFF" w:rsidRDefault="00B414D4">
            <w:r>
              <w:t>Мини-наборы</w:t>
            </w:r>
          </w:p>
        </w:tc>
        <w:tc>
          <w:tcPr>
            <w:tcW w:w="1995" w:type="dxa"/>
          </w:tcPr>
          <w:p w14:paraId="5037272F" w14:textId="77777777" w:rsidR="00CD0AFF" w:rsidRDefault="00B414D4">
            <w:r>
              <w:t>10–20</w:t>
            </w:r>
          </w:p>
        </w:tc>
        <w:tc>
          <w:tcPr>
            <w:tcW w:w="1995" w:type="dxa"/>
          </w:tcPr>
          <w:p w14:paraId="6EE7262A" w14:textId="77777777" w:rsidR="00CD0AFF" w:rsidRDefault="00B414D4">
            <w:r>
              <w:t>250–700</w:t>
            </w:r>
          </w:p>
        </w:tc>
        <w:tc>
          <w:tcPr>
            <w:tcW w:w="1995" w:type="dxa"/>
          </w:tcPr>
          <w:p w14:paraId="34B00F45" w14:textId="77777777" w:rsidR="00CD0AFF" w:rsidRDefault="00B414D4">
            <w:r>
              <w:t>590–1 390</w:t>
            </w:r>
          </w:p>
        </w:tc>
        <w:tc>
          <w:tcPr>
            <w:tcW w:w="1995" w:type="dxa"/>
          </w:tcPr>
          <w:p w14:paraId="6146A733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идеальны для старта и подарков</w:t>
            </w:r>
          </w:p>
        </w:tc>
      </w:tr>
    </w:tbl>
    <w:p w14:paraId="237FB939" w14:textId="77777777" w:rsidR="00CD0AFF" w:rsidRPr="00B414D4" w:rsidRDefault="00CD0AFF">
      <w:pPr>
        <w:rPr>
          <w:lang w:val="ru-RU"/>
        </w:rPr>
      </w:pPr>
    </w:p>
    <w:p w14:paraId="75F17820" w14:textId="77777777" w:rsidR="00CD0AFF" w:rsidRPr="00B414D4" w:rsidRDefault="00B414D4">
      <w:pPr>
        <w:rPr>
          <w:lang w:val="ru-RU"/>
        </w:rPr>
      </w:pPr>
      <w:r w:rsidRPr="00B414D4">
        <w:rPr>
          <w:lang w:val="ru-RU"/>
        </w:rPr>
        <w:t>3.2. Упаковка и безопасность товара: товары закупаются у официальных поставщиков/дистрибьюторов, проверяется наличие маркировки, целостность упаковки, сроки годности. Для повышения доверия формируется папка поставщика: договор/накладные/сертификаты соответствия.</w:t>
      </w:r>
    </w:p>
    <w:p w14:paraId="4B9A5B36" w14:textId="77777777" w:rsidR="00CD0AFF" w:rsidRPr="00B414D4" w:rsidRDefault="00CD0AFF">
      <w:pPr>
        <w:rPr>
          <w:lang w:val="ru-RU"/>
        </w:rPr>
      </w:pPr>
    </w:p>
    <w:p w14:paraId="7BA9FC8E" w14:textId="77777777" w:rsidR="00CD0AFF" w:rsidRPr="00B414D4" w:rsidRDefault="00B414D4">
      <w:pPr>
        <w:pStyle w:val="21"/>
        <w:rPr>
          <w:lang w:val="ru-RU"/>
        </w:rPr>
      </w:pPr>
      <w:r w:rsidRPr="00B414D4">
        <w:rPr>
          <w:lang w:val="ru-RU"/>
        </w:rPr>
        <w:t>4. Анализ рынка и целевая аудитория</w:t>
      </w:r>
    </w:p>
    <w:p w14:paraId="434AE0E7" w14:textId="77777777" w:rsidR="00CD0AFF" w:rsidRPr="00B414D4" w:rsidRDefault="00B414D4">
      <w:pPr>
        <w:rPr>
          <w:lang w:val="ru-RU"/>
        </w:rPr>
      </w:pPr>
      <w:r w:rsidRPr="00B414D4">
        <w:rPr>
          <w:lang w:val="ru-RU"/>
        </w:rPr>
        <w:t>Спрос на уходовую косметику стабилен: покупки повторяются каждые 4–10 недель в зависимости от категории товара. Клиент выбирает не только бренд, но и доверие: честность состава, подтверждение происхождения, отзывы, консультация.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2490"/>
        <w:gridCol w:w="2491"/>
        <w:gridCol w:w="2491"/>
        <w:gridCol w:w="2491"/>
      </w:tblGrid>
      <w:tr w:rsidR="00CD0AFF" w14:paraId="659FCA60" w14:textId="77777777">
        <w:tc>
          <w:tcPr>
            <w:tcW w:w="2493" w:type="dxa"/>
          </w:tcPr>
          <w:p w14:paraId="2AA2C793" w14:textId="77777777" w:rsidR="00CD0AFF" w:rsidRDefault="00B414D4">
            <w:proofErr w:type="spellStart"/>
            <w:r>
              <w:t>Сегмент</w:t>
            </w:r>
            <w:proofErr w:type="spellEnd"/>
          </w:p>
        </w:tc>
        <w:tc>
          <w:tcPr>
            <w:tcW w:w="2493" w:type="dxa"/>
          </w:tcPr>
          <w:p w14:paraId="41CF1B15" w14:textId="77777777" w:rsidR="00CD0AFF" w:rsidRDefault="00B414D4">
            <w:r>
              <w:t>Кто это</w:t>
            </w:r>
          </w:p>
        </w:tc>
        <w:tc>
          <w:tcPr>
            <w:tcW w:w="2493" w:type="dxa"/>
          </w:tcPr>
          <w:p w14:paraId="414ED5D0" w14:textId="77777777" w:rsidR="00CD0AFF" w:rsidRDefault="00B414D4">
            <w:r>
              <w:t>Потребность</w:t>
            </w:r>
          </w:p>
        </w:tc>
        <w:tc>
          <w:tcPr>
            <w:tcW w:w="2493" w:type="dxa"/>
          </w:tcPr>
          <w:p w14:paraId="086D5698" w14:textId="77777777" w:rsidR="00CD0AFF" w:rsidRDefault="00B414D4">
            <w:r>
              <w:t>Что им предложить</w:t>
            </w:r>
          </w:p>
        </w:tc>
      </w:tr>
      <w:tr w:rsidR="00CD0AFF" w14:paraId="371E57B7" w14:textId="77777777">
        <w:tc>
          <w:tcPr>
            <w:tcW w:w="2493" w:type="dxa"/>
          </w:tcPr>
          <w:p w14:paraId="3E23B7D1" w14:textId="77777777" w:rsidR="00CD0AFF" w:rsidRDefault="00B414D4">
            <w:r>
              <w:t>Девушки 16–28</w:t>
            </w:r>
          </w:p>
        </w:tc>
        <w:tc>
          <w:tcPr>
            <w:tcW w:w="2493" w:type="dxa"/>
          </w:tcPr>
          <w:p w14:paraId="7B4F98D3" w14:textId="77777777" w:rsidR="00CD0AFF" w:rsidRDefault="00B414D4">
            <w:r>
              <w:t>учёба, первые доходы</w:t>
            </w:r>
          </w:p>
        </w:tc>
        <w:tc>
          <w:tcPr>
            <w:tcW w:w="2493" w:type="dxa"/>
          </w:tcPr>
          <w:p w14:paraId="37A6D6EE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 xml:space="preserve">модные бренды, маски, </w:t>
            </w:r>
            <w:r>
              <w:t>SPF</w:t>
            </w:r>
            <w:r w:rsidRPr="00B414D4">
              <w:rPr>
                <w:lang w:val="ru-RU"/>
              </w:rPr>
              <w:t xml:space="preserve">, </w:t>
            </w:r>
            <w:proofErr w:type="spellStart"/>
            <w:r w:rsidRPr="00B414D4">
              <w:rPr>
                <w:lang w:val="ru-RU"/>
              </w:rPr>
              <w:t>тинты</w:t>
            </w:r>
            <w:proofErr w:type="spellEnd"/>
          </w:p>
        </w:tc>
        <w:tc>
          <w:tcPr>
            <w:tcW w:w="2493" w:type="dxa"/>
          </w:tcPr>
          <w:p w14:paraId="1690411B" w14:textId="77777777" w:rsidR="00CD0AFF" w:rsidRDefault="00B414D4">
            <w:proofErr w:type="spellStart"/>
            <w:r>
              <w:t>наборы</w:t>
            </w:r>
            <w:proofErr w:type="spellEnd"/>
            <w:r>
              <w:t xml:space="preserve">, </w:t>
            </w:r>
            <w:proofErr w:type="spellStart"/>
            <w:r>
              <w:t>акции</w:t>
            </w:r>
            <w:proofErr w:type="spellEnd"/>
            <w:r>
              <w:t xml:space="preserve">, </w:t>
            </w:r>
            <w:proofErr w:type="spellStart"/>
            <w:r>
              <w:t>недорогие</w:t>
            </w:r>
            <w:proofErr w:type="spellEnd"/>
            <w:r>
              <w:t xml:space="preserve"> </w:t>
            </w:r>
            <w:proofErr w:type="spellStart"/>
            <w:r>
              <w:t>хиты</w:t>
            </w:r>
            <w:proofErr w:type="spellEnd"/>
          </w:p>
        </w:tc>
      </w:tr>
      <w:tr w:rsidR="00CD0AFF" w:rsidRPr="006B3D94" w14:paraId="327D0F4C" w14:textId="77777777">
        <w:tc>
          <w:tcPr>
            <w:tcW w:w="2493" w:type="dxa"/>
          </w:tcPr>
          <w:p w14:paraId="2217D615" w14:textId="77777777" w:rsidR="00CD0AFF" w:rsidRDefault="00B414D4">
            <w:r>
              <w:t>Женщины 29–45</w:t>
            </w:r>
          </w:p>
        </w:tc>
        <w:tc>
          <w:tcPr>
            <w:tcW w:w="2493" w:type="dxa"/>
          </w:tcPr>
          <w:p w14:paraId="077CABDD" w14:textId="77777777" w:rsidR="00CD0AFF" w:rsidRDefault="00B414D4">
            <w:r>
              <w:t>семья/работа</w:t>
            </w:r>
          </w:p>
        </w:tc>
        <w:tc>
          <w:tcPr>
            <w:tcW w:w="2493" w:type="dxa"/>
          </w:tcPr>
          <w:p w14:paraId="54D9F4A8" w14:textId="77777777" w:rsidR="00CD0AFF" w:rsidRDefault="00B414D4">
            <w:r>
              <w:t>антивозрастной уход, увлажнение, SPF</w:t>
            </w:r>
          </w:p>
        </w:tc>
        <w:tc>
          <w:tcPr>
            <w:tcW w:w="2493" w:type="dxa"/>
          </w:tcPr>
          <w:p w14:paraId="488BB3C9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подбор по типу кожи, комплексы ухода</w:t>
            </w:r>
          </w:p>
        </w:tc>
      </w:tr>
      <w:tr w:rsidR="00CD0AFF" w14:paraId="703EB2B3" w14:textId="77777777">
        <w:tc>
          <w:tcPr>
            <w:tcW w:w="2493" w:type="dxa"/>
          </w:tcPr>
          <w:p w14:paraId="02C091F5" w14:textId="77777777" w:rsidR="00CD0AFF" w:rsidRDefault="00B414D4">
            <w:proofErr w:type="spellStart"/>
            <w:r>
              <w:t>Женщины</w:t>
            </w:r>
            <w:proofErr w:type="spellEnd"/>
            <w:r>
              <w:t xml:space="preserve"> 46–60</w:t>
            </w:r>
          </w:p>
        </w:tc>
        <w:tc>
          <w:tcPr>
            <w:tcW w:w="2493" w:type="dxa"/>
          </w:tcPr>
          <w:p w14:paraId="30AC1216" w14:textId="77777777" w:rsidR="00CD0AFF" w:rsidRDefault="00B414D4">
            <w:r>
              <w:t>устойчивый спрос</w:t>
            </w:r>
          </w:p>
        </w:tc>
        <w:tc>
          <w:tcPr>
            <w:tcW w:w="2493" w:type="dxa"/>
          </w:tcPr>
          <w:p w14:paraId="543EA4AB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питание, лифтинг, уход для глаз</w:t>
            </w:r>
          </w:p>
        </w:tc>
        <w:tc>
          <w:tcPr>
            <w:tcW w:w="2493" w:type="dxa"/>
          </w:tcPr>
          <w:p w14:paraId="02401A54" w14:textId="77777777" w:rsidR="00CD0AFF" w:rsidRDefault="00B414D4">
            <w:proofErr w:type="spellStart"/>
            <w:r>
              <w:t>премиальные</w:t>
            </w:r>
            <w:proofErr w:type="spellEnd"/>
            <w:r>
              <w:t xml:space="preserve"> </w:t>
            </w:r>
            <w:proofErr w:type="spellStart"/>
            <w:r>
              <w:t>линейки</w:t>
            </w:r>
            <w:proofErr w:type="spellEnd"/>
            <w:r>
              <w:t xml:space="preserve"> + </w:t>
            </w:r>
            <w:proofErr w:type="spellStart"/>
            <w:r>
              <w:t>консультация</w:t>
            </w:r>
            <w:proofErr w:type="spellEnd"/>
          </w:p>
        </w:tc>
      </w:tr>
      <w:tr w:rsidR="00CD0AFF" w14:paraId="046A9D36" w14:textId="77777777">
        <w:tc>
          <w:tcPr>
            <w:tcW w:w="2493" w:type="dxa"/>
          </w:tcPr>
          <w:p w14:paraId="305A60FC" w14:textId="77777777" w:rsidR="00CD0AFF" w:rsidRDefault="00B414D4">
            <w:r>
              <w:t>Мужчины</w:t>
            </w:r>
          </w:p>
        </w:tc>
        <w:tc>
          <w:tcPr>
            <w:tcW w:w="2493" w:type="dxa"/>
          </w:tcPr>
          <w:p w14:paraId="164779F1" w14:textId="77777777" w:rsidR="00CD0AFF" w:rsidRDefault="00B414D4">
            <w:r>
              <w:t>подарки/уход</w:t>
            </w:r>
          </w:p>
        </w:tc>
        <w:tc>
          <w:tcPr>
            <w:tcW w:w="2493" w:type="dxa"/>
          </w:tcPr>
          <w:p w14:paraId="4F1DD696" w14:textId="77777777" w:rsidR="00CD0AFF" w:rsidRDefault="00B414D4">
            <w:r>
              <w:t>умывание, крем, подарочный набор</w:t>
            </w:r>
          </w:p>
        </w:tc>
        <w:tc>
          <w:tcPr>
            <w:tcW w:w="2493" w:type="dxa"/>
          </w:tcPr>
          <w:p w14:paraId="46BE0FA2" w14:textId="77777777" w:rsidR="00CD0AFF" w:rsidRDefault="00B414D4">
            <w:r>
              <w:t>готовые наборы, «быстрый выбор»</w:t>
            </w:r>
          </w:p>
        </w:tc>
      </w:tr>
    </w:tbl>
    <w:p w14:paraId="091DCE8D" w14:textId="77777777" w:rsidR="00CD0AFF" w:rsidRDefault="00CD0AFF"/>
    <w:p w14:paraId="5789B7F6" w14:textId="77777777" w:rsidR="00CD0AFF" w:rsidRPr="00B414D4" w:rsidRDefault="00B414D4">
      <w:pPr>
        <w:rPr>
          <w:lang w:val="ru-RU"/>
        </w:rPr>
      </w:pPr>
      <w:r w:rsidRPr="00B414D4">
        <w:rPr>
          <w:lang w:val="ru-RU"/>
        </w:rPr>
        <w:t>4.1. Конкуренты и как мы отличаемся: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2491"/>
        <w:gridCol w:w="2490"/>
        <w:gridCol w:w="2491"/>
        <w:gridCol w:w="2491"/>
      </w:tblGrid>
      <w:tr w:rsidR="00CD0AFF" w14:paraId="0888B32A" w14:textId="77777777">
        <w:tc>
          <w:tcPr>
            <w:tcW w:w="2493" w:type="dxa"/>
          </w:tcPr>
          <w:p w14:paraId="59632FCF" w14:textId="77777777" w:rsidR="00CD0AFF" w:rsidRDefault="00B414D4">
            <w:proofErr w:type="spellStart"/>
            <w:r>
              <w:t>Тип</w:t>
            </w:r>
            <w:proofErr w:type="spellEnd"/>
            <w:r>
              <w:t xml:space="preserve"> </w:t>
            </w:r>
            <w:proofErr w:type="spellStart"/>
            <w:r>
              <w:t>конкурента</w:t>
            </w:r>
            <w:proofErr w:type="spellEnd"/>
          </w:p>
        </w:tc>
        <w:tc>
          <w:tcPr>
            <w:tcW w:w="2493" w:type="dxa"/>
          </w:tcPr>
          <w:p w14:paraId="4D2DF110" w14:textId="77777777" w:rsidR="00CD0AFF" w:rsidRDefault="00B414D4">
            <w:r>
              <w:t>Сильные стороны</w:t>
            </w:r>
          </w:p>
        </w:tc>
        <w:tc>
          <w:tcPr>
            <w:tcW w:w="2493" w:type="dxa"/>
          </w:tcPr>
          <w:p w14:paraId="7685DCFC" w14:textId="77777777" w:rsidR="00CD0AFF" w:rsidRDefault="00B414D4">
            <w:r>
              <w:t>Слабые стороны</w:t>
            </w:r>
          </w:p>
        </w:tc>
        <w:tc>
          <w:tcPr>
            <w:tcW w:w="2493" w:type="dxa"/>
          </w:tcPr>
          <w:p w14:paraId="087B9827" w14:textId="77777777" w:rsidR="00CD0AFF" w:rsidRDefault="00B414D4">
            <w:r>
              <w:t>Наш ответ</w:t>
            </w:r>
          </w:p>
        </w:tc>
      </w:tr>
      <w:tr w:rsidR="00CD0AFF" w:rsidRPr="006B3D94" w14:paraId="49340B1B" w14:textId="77777777">
        <w:tc>
          <w:tcPr>
            <w:tcW w:w="2493" w:type="dxa"/>
          </w:tcPr>
          <w:p w14:paraId="7F4DFF10" w14:textId="77777777" w:rsidR="00CD0AFF" w:rsidRDefault="00B414D4">
            <w:r>
              <w:t>Маркетплейсы</w:t>
            </w:r>
          </w:p>
        </w:tc>
        <w:tc>
          <w:tcPr>
            <w:tcW w:w="2493" w:type="dxa"/>
          </w:tcPr>
          <w:p w14:paraId="6E3EFA7A" w14:textId="77777777" w:rsidR="00CD0AFF" w:rsidRDefault="00B414D4">
            <w:r>
              <w:t>цена, ассортимент</w:t>
            </w:r>
          </w:p>
        </w:tc>
        <w:tc>
          <w:tcPr>
            <w:tcW w:w="2493" w:type="dxa"/>
          </w:tcPr>
          <w:p w14:paraId="011C094B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нет подбора, риск подделок, ожидание доставки</w:t>
            </w:r>
          </w:p>
        </w:tc>
        <w:tc>
          <w:tcPr>
            <w:tcW w:w="2493" w:type="dxa"/>
          </w:tcPr>
          <w:p w14:paraId="2B9D362C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быстрый подбор, выдача сегодня, проверенные поставки</w:t>
            </w:r>
          </w:p>
        </w:tc>
      </w:tr>
      <w:tr w:rsidR="00CD0AFF" w:rsidRPr="006B3D94" w14:paraId="79113742" w14:textId="77777777">
        <w:tc>
          <w:tcPr>
            <w:tcW w:w="2493" w:type="dxa"/>
          </w:tcPr>
          <w:p w14:paraId="6C9AD6F9" w14:textId="77777777" w:rsidR="00CD0AFF" w:rsidRDefault="00B414D4">
            <w:proofErr w:type="spellStart"/>
            <w:r>
              <w:t>Сетевые</w:t>
            </w:r>
            <w:proofErr w:type="spellEnd"/>
            <w:r>
              <w:t xml:space="preserve"> </w:t>
            </w:r>
            <w:proofErr w:type="spellStart"/>
            <w:r>
              <w:t>магазины</w:t>
            </w:r>
            <w:proofErr w:type="spellEnd"/>
          </w:p>
        </w:tc>
        <w:tc>
          <w:tcPr>
            <w:tcW w:w="2493" w:type="dxa"/>
          </w:tcPr>
          <w:p w14:paraId="0B35ED9F" w14:textId="77777777" w:rsidR="00CD0AFF" w:rsidRDefault="00B414D4">
            <w:r>
              <w:t>локации, промо</w:t>
            </w:r>
          </w:p>
        </w:tc>
        <w:tc>
          <w:tcPr>
            <w:tcW w:w="2493" w:type="dxa"/>
          </w:tcPr>
          <w:p w14:paraId="2EE99440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часто упор на масс-маркет, меньше корейских «нишевых» брендов</w:t>
            </w:r>
          </w:p>
        </w:tc>
        <w:tc>
          <w:tcPr>
            <w:tcW w:w="2493" w:type="dxa"/>
          </w:tcPr>
          <w:p w14:paraId="51E92A86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 xml:space="preserve">узкая экспертиза </w:t>
            </w:r>
            <w:r>
              <w:t>K</w:t>
            </w:r>
            <w:r w:rsidRPr="00B414D4">
              <w:rPr>
                <w:lang w:val="ru-RU"/>
              </w:rPr>
              <w:t>-</w:t>
            </w:r>
            <w:r>
              <w:t>beauty</w:t>
            </w:r>
            <w:r w:rsidRPr="00B414D4">
              <w:rPr>
                <w:lang w:val="ru-RU"/>
              </w:rPr>
              <w:t>, хиты и подбор</w:t>
            </w:r>
          </w:p>
        </w:tc>
      </w:tr>
      <w:tr w:rsidR="00CD0AFF" w:rsidRPr="006B3D94" w14:paraId="454111B7" w14:textId="77777777">
        <w:tc>
          <w:tcPr>
            <w:tcW w:w="2493" w:type="dxa"/>
          </w:tcPr>
          <w:p w14:paraId="2481E45A" w14:textId="77777777" w:rsidR="00CD0AFF" w:rsidRDefault="00B414D4">
            <w:proofErr w:type="spellStart"/>
            <w:r>
              <w:t>Местные</w:t>
            </w:r>
            <w:proofErr w:type="spellEnd"/>
            <w:r>
              <w:t xml:space="preserve"> </w:t>
            </w:r>
            <w:proofErr w:type="spellStart"/>
            <w:r>
              <w:t>магазины</w:t>
            </w:r>
            <w:proofErr w:type="spellEnd"/>
          </w:p>
        </w:tc>
        <w:tc>
          <w:tcPr>
            <w:tcW w:w="2493" w:type="dxa"/>
          </w:tcPr>
          <w:p w14:paraId="26221076" w14:textId="77777777" w:rsidR="00CD0AFF" w:rsidRDefault="00B414D4">
            <w:r>
              <w:t>знают аудиторию</w:t>
            </w:r>
          </w:p>
        </w:tc>
        <w:tc>
          <w:tcPr>
            <w:tcW w:w="2493" w:type="dxa"/>
          </w:tcPr>
          <w:p w14:paraId="03DE4873" w14:textId="77777777" w:rsidR="00CD0AFF" w:rsidRDefault="00B414D4">
            <w:r>
              <w:t>ограниченный ассортимент</w:t>
            </w:r>
          </w:p>
        </w:tc>
        <w:tc>
          <w:tcPr>
            <w:tcW w:w="2493" w:type="dxa"/>
          </w:tcPr>
          <w:p w14:paraId="018E257E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матрица хитов + мини-наборы, сервис и контент</w:t>
            </w:r>
          </w:p>
        </w:tc>
      </w:tr>
    </w:tbl>
    <w:p w14:paraId="6C516322" w14:textId="77777777" w:rsidR="00CD0AFF" w:rsidRPr="00B414D4" w:rsidRDefault="00CD0AFF">
      <w:pPr>
        <w:rPr>
          <w:lang w:val="ru-RU"/>
        </w:rPr>
      </w:pPr>
    </w:p>
    <w:p w14:paraId="095509DD" w14:textId="77777777" w:rsidR="00CD0AFF" w:rsidRPr="00B414D4" w:rsidRDefault="00CD0AFF">
      <w:pPr>
        <w:rPr>
          <w:lang w:val="ru-RU"/>
        </w:rPr>
      </w:pPr>
    </w:p>
    <w:p w14:paraId="1E68162A" w14:textId="1C2E2A21" w:rsidR="00CD0AFF" w:rsidRPr="00B414D4" w:rsidRDefault="00B414D4">
      <w:pPr>
        <w:pStyle w:val="21"/>
        <w:rPr>
          <w:lang w:val="ru-RU"/>
        </w:rPr>
      </w:pPr>
      <w:r w:rsidRPr="00B414D4">
        <w:rPr>
          <w:lang w:val="ru-RU"/>
        </w:rPr>
        <w:lastRenderedPageBreak/>
        <w:t xml:space="preserve">5. </w:t>
      </w:r>
      <w:r w:rsidR="006B3D94">
        <w:rPr>
          <w:lang w:val="ru-RU"/>
        </w:rPr>
        <w:t>Производственный план</w:t>
      </w:r>
    </w:p>
    <w:p w14:paraId="1A27098D" w14:textId="77777777" w:rsidR="00CD0AFF" w:rsidRPr="00B414D4" w:rsidRDefault="00B414D4">
      <w:pPr>
        <w:rPr>
          <w:lang w:val="ru-RU"/>
        </w:rPr>
      </w:pPr>
      <w:r w:rsidRPr="00B414D4">
        <w:rPr>
          <w:lang w:val="ru-RU"/>
        </w:rPr>
        <w:t>Проект реализуется в формате малого розничного бизнеса: компактная витрина/стеллажи, минимальные складские остатки, быстрая оборачиваемость, акцент на консультацию и повторные покупки.</w:t>
      </w:r>
    </w:p>
    <w:p w14:paraId="66A613DA" w14:textId="77777777" w:rsidR="00CD0AFF" w:rsidRDefault="00B414D4">
      <w:pPr>
        <w:pStyle w:val="31"/>
      </w:pPr>
      <w:r>
        <w:t>5.1. Формат работы</w:t>
      </w:r>
    </w:p>
    <w:p w14:paraId="0C5483CA" w14:textId="77777777" w:rsidR="00CD0AFF" w:rsidRPr="00B414D4" w:rsidRDefault="00B414D4">
      <w:pPr>
        <w:pStyle w:val="a0"/>
        <w:rPr>
          <w:lang w:val="ru-RU"/>
        </w:rPr>
      </w:pPr>
      <w:r w:rsidRPr="00B414D4">
        <w:rPr>
          <w:lang w:val="ru-RU"/>
        </w:rPr>
        <w:t>Оффлайн: мини-точка/уголок в помещении с трафиком (например, рядом с бьюти-услугами/магазинами) или выдача заказов по адресу.</w:t>
      </w:r>
    </w:p>
    <w:p w14:paraId="21509DF3" w14:textId="77777777" w:rsidR="00CD0AFF" w:rsidRPr="00B414D4" w:rsidRDefault="00B414D4">
      <w:pPr>
        <w:pStyle w:val="a0"/>
        <w:rPr>
          <w:lang w:val="ru-RU"/>
        </w:rPr>
      </w:pPr>
      <w:r w:rsidRPr="00B414D4">
        <w:rPr>
          <w:lang w:val="ru-RU"/>
        </w:rPr>
        <w:t>Онлайн: прием заказов через ВК/</w:t>
      </w:r>
      <w:r>
        <w:t>Telegram</w:t>
      </w:r>
      <w:r w:rsidRPr="00B414D4">
        <w:rPr>
          <w:lang w:val="ru-RU"/>
        </w:rPr>
        <w:t>/</w:t>
      </w:r>
      <w:r>
        <w:t>Instagram</w:t>
      </w:r>
      <w:r w:rsidRPr="00B414D4">
        <w:rPr>
          <w:lang w:val="ru-RU"/>
        </w:rPr>
        <w:t xml:space="preserve">*, </w:t>
      </w:r>
      <w:proofErr w:type="spellStart"/>
      <w:r w:rsidRPr="00B414D4">
        <w:rPr>
          <w:lang w:val="ru-RU"/>
        </w:rPr>
        <w:t>Авито</w:t>
      </w:r>
      <w:proofErr w:type="spellEnd"/>
      <w:r w:rsidRPr="00B414D4">
        <w:rPr>
          <w:lang w:val="ru-RU"/>
        </w:rPr>
        <w:t>, объявления; при необходимости — продажи через маркетплейсы.</w:t>
      </w:r>
    </w:p>
    <w:p w14:paraId="2CC82448" w14:textId="77777777" w:rsidR="00CD0AFF" w:rsidRPr="00B414D4" w:rsidRDefault="00B414D4">
      <w:pPr>
        <w:pStyle w:val="a0"/>
        <w:rPr>
          <w:lang w:val="ru-RU"/>
        </w:rPr>
      </w:pPr>
      <w:r w:rsidRPr="00B414D4">
        <w:rPr>
          <w:lang w:val="ru-RU"/>
        </w:rPr>
        <w:t>Склад: небольшой запас ходовых позиций + предзаказ редких товаров.</w:t>
      </w:r>
    </w:p>
    <w:p w14:paraId="1524B00E" w14:textId="77777777" w:rsidR="00CD0AFF" w:rsidRPr="00B414D4" w:rsidRDefault="00CD0AFF">
      <w:pPr>
        <w:rPr>
          <w:lang w:val="ru-RU"/>
        </w:rPr>
      </w:pPr>
    </w:p>
    <w:p w14:paraId="3B82D105" w14:textId="77777777" w:rsidR="00CD0AFF" w:rsidRPr="00B414D4" w:rsidRDefault="00B414D4">
      <w:pPr>
        <w:pStyle w:val="31"/>
        <w:rPr>
          <w:lang w:val="ru-RU"/>
        </w:rPr>
      </w:pPr>
      <w:r w:rsidRPr="00B414D4">
        <w:rPr>
          <w:lang w:val="ru-RU"/>
        </w:rPr>
        <w:t>5.2. Поставщики и закупки</w:t>
      </w:r>
    </w:p>
    <w:p w14:paraId="24996EAE" w14:textId="77777777" w:rsidR="00CD0AFF" w:rsidRDefault="00B414D4">
      <w:r w:rsidRPr="00B414D4">
        <w:rPr>
          <w:lang w:val="ru-RU"/>
        </w:rPr>
        <w:t xml:space="preserve">Закупки осуществляются у официальных поставщиков/дистрибьюторов корейской косметики на территории РФ (или у оптовых компаний с подтверждением легальности). </w:t>
      </w:r>
      <w:proofErr w:type="spellStart"/>
      <w:r>
        <w:t>Цель</w:t>
      </w:r>
      <w:proofErr w:type="spellEnd"/>
      <w:r>
        <w:t xml:space="preserve"> — </w:t>
      </w:r>
      <w:proofErr w:type="spellStart"/>
      <w:r>
        <w:t>минимизировать</w:t>
      </w:r>
      <w:proofErr w:type="spellEnd"/>
      <w:r>
        <w:t xml:space="preserve"> </w:t>
      </w:r>
      <w:proofErr w:type="spellStart"/>
      <w:r>
        <w:t>риск</w:t>
      </w:r>
      <w:proofErr w:type="spellEnd"/>
      <w:r>
        <w:t xml:space="preserve"> контрафакта и обеспечить документы.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3318"/>
        <w:gridCol w:w="3323"/>
        <w:gridCol w:w="3322"/>
      </w:tblGrid>
      <w:tr w:rsidR="00CD0AFF" w14:paraId="66CB9FC6" w14:textId="77777777">
        <w:tc>
          <w:tcPr>
            <w:tcW w:w="3324" w:type="dxa"/>
          </w:tcPr>
          <w:p w14:paraId="2D37D617" w14:textId="77777777" w:rsidR="00CD0AFF" w:rsidRDefault="00B414D4">
            <w:r>
              <w:t>Шаг</w:t>
            </w:r>
          </w:p>
        </w:tc>
        <w:tc>
          <w:tcPr>
            <w:tcW w:w="3324" w:type="dxa"/>
          </w:tcPr>
          <w:p w14:paraId="521CF1C4" w14:textId="77777777" w:rsidR="00CD0AFF" w:rsidRDefault="00B414D4">
            <w:r>
              <w:t>Что делаем</w:t>
            </w:r>
          </w:p>
        </w:tc>
        <w:tc>
          <w:tcPr>
            <w:tcW w:w="3324" w:type="dxa"/>
          </w:tcPr>
          <w:p w14:paraId="3B73DBFF" w14:textId="77777777" w:rsidR="00CD0AFF" w:rsidRDefault="00B414D4">
            <w:r>
              <w:t>Документ/подтверждение</w:t>
            </w:r>
          </w:p>
        </w:tc>
      </w:tr>
      <w:tr w:rsidR="00CD0AFF" w14:paraId="307EF4C7" w14:textId="77777777">
        <w:tc>
          <w:tcPr>
            <w:tcW w:w="3324" w:type="dxa"/>
          </w:tcPr>
          <w:p w14:paraId="2CBD5C7A" w14:textId="77777777" w:rsidR="00CD0AFF" w:rsidRDefault="00B414D4">
            <w:r>
              <w:t>Выбор поставщика</w:t>
            </w:r>
          </w:p>
        </w:tc>
        <w:tc>
          <w:tcPr>
            <w:tcW w:w="3324" w:type="dxa"/>
          </w:tcPr>
          <w:p w14:paraId="77917D39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сравнить 2–3 поставщика по цене/доставке/ассортименту</w:t>
            </w:r>
          </w:p>
        </w:tc>
        <w:tc>
          <w:tcPr>
            <w:tcW w:w="3324" w:type="dxa"/>
          </w:tcPr>
          <w:p w14:paraId="237DE9CC" w14:textId="77777777" w:rsidR="00CD0AFF" w:rsidRDefault="00B414D4">
            <w:proofErr w:type="spellStart"/>
            <w:r>
              <w:t>прайс-листы</w:t>
            </w:r>
            <w:proofErr w:type="spellEnd"/>
            <w:r>
              <w:t xml:space="preserve">, </w:t>
            </w:r>
            <w:proofErr w:type="spellStart"/>
            <w:r>
              <w:t>договор</w:t>
            </w:r>
            <w:proofErr w:type="spellEnd"/>
          </w:p>
        </w:tc>
      </w:tr>
      <w:tr w:rsidR="00CD0AFF" w14:paraId="7B869757" w14:textId="77777777">
        <w:tc>
          <w:tcPr>
            <w:tcW w:w="3324" w:type="dxa"/>
          </w:tcPr>
          <w:p w14:paraId="11813C94" w14:textId="77777777" w:rsidR="00CD0AFF" w:rsidRDefault="00B414D4">
            <w:r>
              <w:t>Проверка легальности</w:t>
            </w:r>
          </w:p>
        </w:tc>
        <w:tc>
          <w:tcPr>
            <w:tcW w:w="3324" w:type="dxa"/>
          </w:tcPr>
          <w:p w14:paraId="25FDBBC8" w14:textId="77777777" w:rsidR="00CD0AFF" w:rsidRDefault="00B414D4">
            <w:r>
              <w:t>сертификаты/декларации, реквизиты, отзывы</w:t>
            </w:r>
          </w:p>
        </w:tc>
        <w:tc>
          <w:tcPr>
            <w:tcW w:w="3324" w:type="dxa"/>
          </w:tcPr>
          <w:p w14:paraId="12199C1C" w14:textId="77777777" w:rsidR="00CD0AFF" w:rsidRDefault="00B414D4">
            <w:r>
              <w:t>сертификаты, накладные</w:t>
            </w:r>
          </w:p>
        </w:tc>
      </w:tr>
      <w:tr w:rsidR="00CD0AFF" w14:paraId="09DAA4EC" w14:textId="77777777">
        <w:tc>
          <w:tcPr>
            <w:tcW w:w="3324" w:type="dxa"/>
          </w:tcPr>
          <w:p w14:paraId="7568D525" w14:textId="77777777" w:rsidR="00CD0AFF" w:rsidRDefault="00B414D4">
            <w:r>
              <w:t>Закупка</w:t>
            </w:r>
          </w:p>
        </w:tc>
        <w:tc>
          <w:tcPr>
            <w:tcW w:w="3324" w:type="dxa"/>
          </w:tcPr>
          <w:p w14:paraId="51C5E60D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первая партия — хиты, мини-наборы, маски</w:t>
            </w:r>
          </w:p>
        </w:tc>
        <w:tc>
          <w:tcPr>
            <w:tcW w:w="3324" w:type="dxa"/>
          </w:tcPr>
          <w:p w14:paraId="30175312" w14:textId="77777777" w:rsidR="00CD0AFF" w:rsidRDefault="00B414D4">
            <w:proofErr w:type="spellStart"/>
            <w:r>
              <w:t>счет</w:t>
            </w:r>
            <w:proofErr w:type="spellEnd"/>
            <w:r>
              <w:t>/</w:t>
            </w:r>
            <w:proofErr w:type="spellStart"/>
            <w:r>
              <w:t>накладная</w:t>
            </w:r>
            <w:proofErr w:type="spellEnd"/>
            <w:r>
              <w:t>/</w:t>
            </w:r>
            <w:proofErr w:type="spellStart"/>
            <w:r>
              <w:t>кассовый</w:t>
            </w:r>
            <w:proofErr w:type="spellEnd"/>
            <w:r>
              <w:t xml:space="preserve"> </w:t>
            </w:r>
            <w:proofErr w:type="spellStart"/>
            <w:r>
              <w:t>чек</w:t>
            </w:r>
            <w:proofErr w:type="spellEnd"/>
          </w:p>
        </w:tc>
      </w:tr>
      <w:tr w:rsidR="00CD0AFF" w14:paraId="5F6A69AC" w14:textId="77777777">
        <w:tc>
          <w:tcPr>
            <w:tcW w:w="3324" w:type="dxa"/>
          </w:tcPr>
          <w:p w14:paraId="23F59ADF" w14:textId="77777777" w:rsidR="00CD0AFF" w:rsidRDefault="00B414D4">
            <w:r>
              <w:t>Приемка</w:t>
            </w:r>
          </w:p>
        </w:tc>
        <w:tc>
          <w:tcPr>
            <w:tcW w:w="3324" w:type="dxa"/>
          </w:tcPr>
          <w:p w14:paraId="20432C23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контроль сроков годности, целостности упаковки</w:t>
            </w:r>
          </w:p>
        </w:tc>
        <w:tc>
          <w:tcPr>
            <w:tcW w:w="3324" w:type="dxa"/>
          </w:tcPr>
          <w:p w14:paraId="4C010D5C" w14:textId="77777777" w:rsidR="00CD0AFF" w:rsidRDefault="00B414D4">
            <w:proofErr w:type="spellStart"/>
            <w:r>
              <w:t>акт</w:t>
            </w:r>
            <w:proofErr w:type="spellEnd"/>
            <w:r>
              <w:t xml:space="preserve"> </w:t>
            </w:r>
            <w:proofErr w:type="spellStart"/>
            <w:r>
              <w:t>приемки</w:t>
            </w:r>
            <w:proofErr w:type="spellEnd"/>
            <w:r>
              <w:t xml:space="preserve"> (</w:t>
            </w:r>
            <w:proofErr w:type="spellStart"/>
            <w:r>
              <w:t>внутренний</w:t>
            </w:r>
            <w:proofErr w:type="spellEnd"/>
            <w:r>
              <w:t>)</w:t>
            </w:r>
          </w:p>
        </w:tc>
      </w:tr>
      <w:tr w:rsidR="00CD0AFF" w14:paraId="659F2D72" w14:textId="77777777">
        <w:tc>
          <w:tcPr>
            <w:tcW w:w="3324" w:type="dxa"/>
          </w:tcPr>
          <w:p w14:paraId="1064D0DE" w14:textId="77777777" w:rsidR="00CD0AFF" w:rsidRDefault="00B414D4">
            <w:r>
              <w:t>Пополнение</w:t>
            </w:r>
          </w:p>
        </w:tc>
        <w:tc>
          <w:tcPr>
            <w:tcW w:w="3324" w:type="dxa"/>
          </w:tcPr>
          <w:p w14:paraId="06AD7EE9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раз в 1–2 недели по оборачиваемости</w:t>
            </w:r>
          </w:p>
        </w:tc>
        <w:tc>
          <w:tcPr>
            <w:tcW w:w="3324" w:type="dxa"/>
          </w:tcPr>
          <w:p w14:paraId="48EA7534" w14:textId="77777777" w:rsidR="00CD0AFF" w:rsidRDefault="00B414D4">
            <w:proofErr w:type="spellStart"/>
            <w:r>
              <w:t>новые</w:t>
            </w:r>
            <w:proofErr w:type="spellEnd"/>
            <w:r>
              <w:t xml:space="preserve"> </w:t>
            </w:r>
            <w:proofErr w:type="spellStart"/>
            <w:r>
              <w:t>накладные</w:t>
            </w:r>
            <w:proofErr w:type="spellEnd"/>
          </w:p>
        </w:tc>
      </w:tr>
    </w:tbl>
    <w:p w14:paraId="269F5B49" w14:textId="77777777" w:rsidR="00CD0AFF" w:rsidRDefault="00CD0AFF"/>
    <w:p w14:paraId="4A7DD670" w14:textId="77777777" w:rsidR="00CD0AFF" w:rsidRDefault="00B414D4">
      <w:pPr>
        <w:pStyle w:val="31"/>
      </w:pPr>
      <w:r>
        <w:t>5.3. Учет и контроль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3320"/>
        <w:gridCol w:w="3324"/>
        <w:gridCol w:w="3319"/>
      </w:tblGrid>
      <w:tr w:rsidR="00CD0AFF" w14:paraId="0A85F76C" w14:textId="77777777">
        <w:tc>
          <w:tcPr>
            <w:tcW w:w="3324" w:type="dxa"/>
          </w:tcPr>
          <w:p w14:paraId="58985523" w14:textId="77777777" w:rsidR="00CD0AFF" w:rsidRDefault="00B414D4">
            <w:r>
              <w:t>Что контролируем</w:t>
            </w:r>
          </w:p>
        </w:tc>
        <w:tc>
          <w:tcPr>
            <w:tcW w:w="3324" w:type="dxa"/>
          </w:tcPr>
          <w:p w14:paraId="6707005F" w14:textId="77777777" w:rsidR="00CD0AFF" w:rsidRDefault="00B414D4">
            <w:r>
              <w:t>Как</w:t>
            </w:r>
          </w:p>
        </w:tc>
        <w:tc>
          <w:tcPr>
            <w:tcW w:w="3324" w:type="dxa"/>
          </w:tcPr>
          <w:p w14:paraId="12A6227E" w14:textId="77777777" w:rsidR="00CD0AFF" w:rsidRDefault="00B414D4">
            <w:r>
              <w:t>Зачем</w:t>
            </w:r>
          </w:p>
        </w:tc>
      </w:tr>
      <w:tr w:rsidR="00CD0AFF" w:rsidRPr="006B3D94" w14:paraId="756B152A" w14:textId="77777777">
        <w:tc>
          <w:tcPr>
            <w:tcW w:w="3324" w:type="dxa"/>
          </w:tcPr>
          <w:p w14:paraId="50718DD3" w14:textId="77777777" w:rsidR="00CD0AFF" w:rsidRDefault="00B414D4">
            <w:r>
              <w:t>Остатки товара</w:t>
            </w:r>
          </w:p>
        </w:tc>
        <w:tc>
          <w:tcPr>
            <w:tcW w:w="3324" w:type="dxa"/>
          </w:tcPr>
          <w:p w14:paraId="2F5ABC35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простая таблица (</w:t>
            </w:r>
            <w:r>
              <w:t>SKU</w:t>
            </w:r>
            <w:r w:rsidRPr="00B414D4">
              <w:rPr>
                <w:lang w:val="ru-RU"/>
              </w:rPr>
              <w:t>/приход/расход/остаток)</w:t>
            </w:r>
          </w:p>
        </w:tc>
        <w:tc>
          <w:tcPr>
            <w:tcW w:w="3324" w:type="dxa"/>
          </w:tcPr>
          <w:p w14:paraId="46F30DF4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не допускать дефицита и излишков</w:t>
            </w:r>
          </w:p>
        </w:tc>
      </w:tr>
      <w:tr w:rsidR="00CD0AFF" w14:paraId="49387D87" w14:textId="77777777">
        <w:tc>
          <w:tcPr>
            <w:tcW w:w="3324" w:type="dxa"/>
          </w:tcPr>
          <w:p w14:paraId="2817F00F" w14:textId="77777777" w:rsidR="00CD0AFF" w:rsidRDefault="00B414D4">
            <w:proofErr w:type="spellStart"/>
            <w:r>
              <w:t>Сроки</w:t>
            </w:r>
            <w:proofErr w:type="spellEnd"/>
            <w:r>
              <w:t xml:space="preserve"> </w:t>
            </w:r>
            <w:proofErr w:type="spellStart"/>
            <w:r>
              <w:t>годности</w:t>
            </w:r>
            <w:proofErr w:type="spellEnd"/>
          </w:p>
        </w:tc>
        <w:tc>
          <w:tcPr>
            <w:tcW w:w="3324" w:type="dxa"/>
          </w:tcPr>
          <w:p w14:paraId="39613668" w14:textId="77777777" w:rsidR="00CD0AFF" w:rsidRDefault="00B414D4">
            <w:r>
              <w:t>маркировка полок, принцип FIFO</w:t>
            </w:r>
          </w:p>
        </w:tc>
        <w:tc>
          <w:tcPr>
            <w:tcW w:w="3324" w:type="dxa"/>
          </w:tcPr>
          <w:p w14:paraId="61710E25" w14:textId="77777777" w:rsidR="00CD0AFF" w:rsidRDefault="00B414D4">
            <w:r>
              <w:t>исключить списания</w:t>
            </w:r>
          </w:p>
        </w:tc>
      </w:tr>
      <w:tr w:rsidR="00CD0AFF" w14:paraId="34E4298D" w14:textId="77777777">
        <w:tc>
          <w:tcPr>
            <w:tcW w:w="3324" w:type="dxa"/>
          </w:tcPr>
          <w:p w14:paraId="173486F3" w14:textId="77777777" w:rsidR="00CD0AFF" w:rsidRDefault="00B414D4">
            <w:r>
              <w:t>Маржинальность</w:t>
            </w:r>
          </w:p>
        </w:tc>
        <w:tc>
          <w:tcPr>
            <w:tcW w:w="3324" w:type="dxa"/>
          </w:tcPr>
          <w:p w14:paraId="5529E920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учет закупки и цены продажи</w:t>
            </w:r>
          </w:p>
        </w:tc>
        <w:tc>
          <w:tcPr>
            <w:tcW w:w="3324" w:type="dxa"/>
          </w:tcPr>
          <w:p w14:paraId="43E14A17" w14:textId="77777777" w:rsidR="00CD0AFF" w:rsidRDefault="00B414D4">
            <w:proofErr w:type="spellStart"/>
            <w:r>
              <w:t>держать</w:t>
            </w:r>
            <w:proofErr w:type="spellEnd"/>
            <w:r>
              <w:t xml:space="preserve"> </w:t>
            </w:r>
            <w:proofErr w:type="spellStart"/>
            <w:r>
              <w:t>прибыльность</w:t>
            </w:r>
            <w:proofErr w:type="spellEnd"/>
          </w:p>
        </w:tc>
      </w:tr>
      <w:tr w:rsidR="00CD0AFF" w14:paraId="117FFAA5" w14:textId="77777777">
        <w:tc>
          <w:tcPr>
            <w:tcW w:w="3324" w:type="dxa"/>
          </w:tcPr>
          <w:p w14:paraId="301ACDDB" w14:textId="77777777" w:rsidR="00CD0AFF" w:rsidRDefault="00B414D4">
            <w:r>
              <w:t>Отзывы и повторные покупки</w:t>
            </w:r>
          </w:p>
        </w:tc>
        <w:tc>
          <w:tcPr>
            <w:tcW w:w="3324" w:type="dxa"/>
          </w:tcPr>
          <w:p w14:paraId="0F5816EA" w14:textId="77777777" w:rsidR="00CD0AFF" w:rsidRDefault="00B414D4">
            <w:r>
              <w:t>база клиентов, напоминания</w:t>
            </w:r>
          </w:p>
        </w:tc>
        <w:tc>
          <w:tcPr>
            <w:tcW w:w="3324" w:type="dxa"/>
          </w:tcPr>
          <w:p w14:paraId="4173C601" w14:textId="77777777" w:rsidR="00CD0AFF" w:rsidRDefault="00B414D4">
            <w:r>
              <w:t>увеличить LTV</w:t>
            </w:r>
          </w:p>
        </w:tc>
      </w:tr>
    </w:tbl>
    <w:p w14:paraId="75BF3D17" w14:textId="77777777" w:rsidR="00CD0AFF" w:rsidRDefault="00CD0AFF"/>
    <w:p w14:paraId="4497A18D" w14:textId="77777777" w:rsidR="00CD0AFF" w:rsidRDefault="00CD0AFF"/>
    <w:p w14:paraId="081D845B" w14:textId="7685577A" w:rsidR="00CD0AFF" w:rsidRPr="00B414D4" w:rsidRDefault="006B3D94">
      <w:pPr>
        <w:pStyle w:val="21"/>
        <w:rPr>
          <w:lang w:val="ru-RU"/>
        </w:rPr>
      </w:pPr>
      <w:r>
        <w:rPr>
          <w:lang w:val="ru-RU"/>
        </w:rPr>
        <w:lastRenderedPageBreak/>
        <w:t xml:space="preserve">5.4. </w:t>
      </w:r>
      <w:r w:rsidR="00B414D4" w:rsidRPr="00B414D4">
        <w:rPr>
          <w:lang w:val="ru-RU"/>
        </w:rPr>
        <w:t>Требования к помещению и торговому месту (минимальные)</w:t>
      </w:r>
    </w:p>
    <w:p w14:paraId="6F6B3A46" w14:textId="77777777" w:rsidR="00CD0AFF" w:rsidRPr="00B414D4" w:rsidRDefault="00B414D4">
      <w:pPr>
        <w:rPr>
          <w:lang w:val="ru-RU"/>
        </w:rPr>
      </w:pPr>
      <w:r w:rsidRPr="00B414D4">
        <w:rPr>
          <w:lang w:val="ru-RU"/>
        </w:rPr>
        <w:t>Для запуска мини-точки достаточно небольшого места 3–8 м² (уголок/остров/стойка) или кабинета-склада с выдачей заказов. Ключевое: безопасность хранения (сухо, не жарко), доступ к электросети для освещения/кассы и возможность размещения вывески/таблички.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3321"/>
        <w:gridCol w:w="3321"/>
        <w:gridCol w:w="3321"/>
      </w:tblGrid>
      <w:tr w:rsidR="00CD0AFF" w14:paraId="7F7C023B" w14:textId="77777777">
        <w:tc>
          <w:tcPr>
            <w:tcW w:w="3324" w:type="dxa"/>
          </w:tcPr>
          <w:p w14:paraId="7FA77780" w14:textId="77777777" w:rsidR="00CD0AFF" w:rsidRDefault="00B414D4">
            <w:proofErr w:type="spellStart"/>
            <w:r>
              <w:t>Параметр</w:t>
            </w:r>
            <w:proofErr w:type="spellEnd"/>
          </w:p>
        </w:tc>
        <w:tc>
          <w:tcPr>
            <w:tcW w:w="3324" w:type="dxa"/>
          </w:tcPr>
          <w:p w14:paraId="56A0753D" w14:textId="77777777" w:rsidR="00CD0AFF" w:rsidRDefault="00B414D4">
            <w:r>
              <w:t>Минимальное требование</w:t>
            </w:r>
          </w:p>
        </w:tc>
        <w:tc>
          <w:tcPr>
            <w:tcW w:w="3324" w:type="dxa"/>
          </w:tcPr>
          <w:p w14:paraId="64BE9C38" w14:textId="77777777" w:rsidR="00CD0AFF" w:rsidRDefault="00B414D4">
            <w:r>
              <w:t>Комментарий</w:t>
            </w:r>
          </w:p>
        </w:tc>
      </w:tr>
      <w:tr w:rsidR="00CD0AFF" w:rsidRPr="006B3D94" w14:paraId="130BDF69" w14:textId="77777777">
        <w:tc>
          <w:tcPr>
            <w:tcW w:w="3324" w:type="dxa"/>
          </w:tcPr>
          <w:p w14:paraId="536E953B" w14:textId="77777777" w:rsidR="00CD0AFF" w:rsidRDefault="00B414D4">
            <w:r>
              <w:t>Площадь</w:t>
            </w:r>
          </w:p>
        </w:tc>
        <w:tc>
          <w:tcPr>
            <w:tcW w:w="3324" w:type="dxa"/>
          </w:tcPr>
          <w:p w14:paraId="545FE5C1" w14:textId="77777777" w:rsidR="00CD0AFF" w:rsidRDefault="00B414D4">
            <w:r>
              <w:t>3–8 м²</w:t>
            </w:r>
          </w:p>
        </w:tc>
        <w:tc>
          <w:tcPr>
            <w:tcW w:w="3324" w:type="dxa"/>
          </w:tcPr>
          <w:p w14:paraId="7DFDF779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достаточно для стеллажей и стойки</w:t>
            </w:r>
          </w:p>
        </w:tc>
      </w:tr>
      <w:tr w:rsidR="00CD0AFF" w14:paraId="4EC4E971" w14:textId="77777777">
        <w:tc>
          <w:tcPr>
            <w:tcW w:w="3324" w:type="dxa"/>
          </w:tcPr>
          <w:p w14:paraId="49867BC3" w14:textId="77777777" w:rsidR="00CD0AFF" w:rsidRDefault="00B414D4">
            <w:proofErr w:type="spellStart"/>
            <w:r>
              <w:t>Электроснабжение</w:t>
            </w:r>
            <w:proofErr w:type="spellEnd"/>
          </w:p>
        </w:tc>
        <w:tc>
          <w:tcPr>
            <w:tcW w:w="3324" w:type="dxa"/>
          </w:tcPr>
          <w:p w14:paraId="4746BFA8" w14:textId="77777777" w:rsidR="00CD0AFF" w:rsidRDefault="00B414D4">
            <w:r>
              <w:t>220В</w:t>
            </w:r>
          </w:p>
        </w:tc>
        <w:tc>
          <w:tcPr>
            <w:tcW w:w="3324" w:type="dxa"/>
          </w:tcPr>
          <w:p w14:paraId="00336561" w14:textId="77777777" w:rsidR="00CD0AFF" w:rsidRDefault="00B414D4">
            <w:r>
              <w:t>подсветка витрин, касса/терминал</w:t>
            </w:r>
          </w:p>
        </w:tc>
      </w:tr>
      <w:tr w:rsidR="00CD0AFF" w14:paraId="201E7927" w14:textId="77777777">
        <w:tc>
          <w:tcPr>
            <w:tcW w:w="3324" w:type="dxa"/>
          </w:tcPr>
          <w:p w14:paraId="733C7E86" w14:textId="77777777" w:rsidR="00CD0AFF" w:rsidRDefault="00B414D4">
            <w:r>
              <w:t>Хранение</w:t>
            </w:r>
          </w:p>
        </w:tc>
        <w:tc>
          <w:tcPr>
            <w:tcW w:w="3324" w:type="dxa"/>
          </w:tcPr>
          <w:p w14:paraId="72CEC72C" w14:textId="77777777" w:rsidR="00CD0AFF" w:rsidRDefault="00B414D4">
            <w:r>
              <w:t>сухое, без прямого солнца</w:t>
            </w:r>
          </w:p>
        </w:tc>
        <w:tc>
          <w:tcPr>
            <w:tcW w:w="3324" w:type="dxa"/>
          </w:tcPr>
          <w:p w14:paraId="01BBE3CA" w14:textId="77777777" w:rsidR="00CD0AFF" w:rsidRDefault="00B414D4">
            <w:r>
              <w:t>сохранность упаковок и состава</w:t>
            </w:r>
          </w:p>
        </w:tc>
      </w:tr>
      <w:tr w:rsidR="00CD0AFF" w:rsidRPr="006B3D94" w14:paraId="16087380" w14:textId="77777777">
        <w:tc>
          <w:tcPr>
            <w:tcW w:w="3324" w:type="dxa"/>
          </w:tcPr>
          <w:p w14:paraId="4C1A8C8F" w14:textId="77777777" w:rsidR="00CD0AFF" w:rsidRDefault="00B414D4">
            <w:r>
              <w:t>Безопасность</w:t>
            </w:r>
          </w:p>
        </w:tc>
        <w:tc>
          <w:tcPr>
            <w:tcW w:w="3324" w:type="dxa"/>
          </w:tcPr>
          <w:p w14:paraId="318F2E0E" w14:textId="77777777" w:rsidR="00CD0AFF" w:rsidRDefault="00B414D4">
            <w:r>
              <w:t>закрываемый шкаф/тумба</w:t>
            </w:r>
          </w:p>
        </w:tc>
        <w:tc>
          <w:tcPr>
            <w:tcW w:w="3324" w:type="dxa"/>
          </w:tcPr>
          <w:p w14:paraId="5CE69C56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дорогие позиции, защита от краж</w:t>
            </w:r>
          </w:p>
        </w:tc>
      </w:tr>
      <w:tr w:rsidR="00CD0AFF" w:rsidRPr="006B3D94" w14:paraId="3DEE7C22" w14:textId="77777777">
        <w:tc>
          <w:tcPr>
            <w:tcW w:w="3324" w:type="dxa"/>
          </w:tcPr>
          <w:p w14:paraId="5D43AA53" w14:textId="77777777" w:rsidR="00CD0AFF" w:rsidRDefault="00B414D4">
            <w:proofErr w:type="spellStart"/>
            <w:r>
              <w:t>Поток</w:t>
            </w:r>
            <w:proofErr w:type="spellEnd"/>
          </w:p>
        </w:tc>
        <w:tc>
          <w:tcPr>
            <w:tcW w:w="3324" w:type="dxa"/>
          </w:tcPr>
          <w:p w14:paraId="07EA0E2B" w14:textId="77777777" w:rsidR="00CD0AFF" w:rsidRDefault="00B414D4">
            <w:r>
              <w:t>средний/высокий</w:t>
            </w:r>
          </w:p>
        </w:tc>
        <w:tc>
          <w:tcPr>
            <w:tcW w:w="3324" w:type="dxa"/>
          </w:tcPr>
          <w:p w14:paraId="392E3D32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район с трафиком, рядом с бьюти-точками</w:t>
            </w:r>
          </w:p>
        </w:tc>
      </w:tr>
    </w:tbl>
    <w:p w14:paraId="011CFD72" w14:textId="77777777" w:rsidR="00CD0AFF" w:rsidRPr="00B414D4" w:rsidRDefault="00CD0AFF">
      <w:pPr>
        <w:rPr>
          <w:lang w:val="ru-RU"/>
        </w:rPr>
      </w:pPr>
    </w:p>
    <w:p w14:paraId="5033B0C4" w14:textId="77777777" w:rsidR="00CD0AFF" w:rsidRPr="00B414D4" w:rsidRDefault="00CD0AFF">
      <w:pPr>
        <w:rPr>
          <w:lang w:val="ru-RU"/>
        </w:rPr>
      </w:pPr>
    </w:p>
    <w:p w14:paraId="6A112B70" w14:textId="01CFCC3A" w:rsidR="00CD0AFF" w:rsidRDefault="006B3D94">
      <w:pPr>
        <w:pStyle w:val="21"/>
      </w:pPr>
      <w:r>
        <w:rPr>
          <w:lang w:val="ru-RU"/>
        </w:rPr>
        <w:t>6</w:t>
      </w:r>
      <w:r w:rsidR="00B414D4">
        <w:t>. Календарный план запуска проекта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2491"/>
        <w:gridCol w:w="2489"/>
        <w:gridCol w:w="2491"/>
        <w:gridCol w:w="2492"/>
      </w:tblGrid>
      <w:tr w:rsidR="00CD0AFF" w14:paraId="5CC61CA6" w14:textId="77777777">
        <w:tc>
          <w:tcPr>
            <w:tcW w:w="2493" w:type="dxa"/>
          </w:tcPr>
          <w:p w14:paraId="2FBC63FF" w14:textId="77777777" w:rsidR="00CD0AFF" w:rsidRDefault="00B414D4">
            <w:r>
              <w:t>Этап</w:t>
            </w:r>
          </w:p>
        </w:tc>
        <w:tc>
          <w:tcPr>
            <w:tcW w:w="2493" w:type="dxa"/>
          </w:tcPr>
          <w:p w14:paraId="6954EE39" w14:textId="77777777" w:rsidR="00CD0AFF" w:rsidRDefault="00B414D4">
            <w:r>
              <w:t>Срок</w:t>
            </w:r>
          </w:p>
        </w:tc>
        <w:tc>
          <w:tcPr>
            <w:tcW w:w="2493" w:type="dxa"/>
          </w:tcPr>
          <w:p w14:paraId="7A43F092" w14:textId="77777777" w:rsidR="00CD0AFF" w:rsidRDefault="00B414D4">
            <w:r>
              <w:t>Действия</w:t>
            </w:r>
          </w:p>
        </w:tc>
        <w:tc>
          <w:tcPr>
            <w:tcW w:w="2493" w:type="dxa"/>
          </w:tcPr>
          <w:p w14:paraId="1B711883" w14:textId="77777777" w:rsidR="00CD0AFF" w:rsidRDefault="00B414D4">
            <w:r>
              <w:t>Результат</w:t>
            </w:r>
          </w:p>
        </w:tc>
      </w:tr>
      <w:tr w:rsidR="00CD0AFF" w14:paraId="37F2E649" w14:textId="77777777">
        <w:tc>
          <w:tcPr>
            <w:tcW w:w="2493" w:type="dxa"/>
          </w:tcPr>
          <w:p w14:paraId="3745FBF3" w14:textId="77777777" w:rsidR="00CD0AFF" w:rsidRDefault="00B414D4">
            <w:r>
              <w:t>1) Регистрация НПД</w:t>
            </w:r>
          </w:p>
        </w:tc>
        <w:tc>
          <w:tcPr>
            <w:tcW w:w="2493" w:type="dxa"/>
          </w:tcPr>
          <w:p w14:paraId="12DF657C" w14:textId="77777777" w:rsidR="00CD0AFF" w:rsidRDefault="00B414D4">
            <w:r>
              <w:t>1–2 дня</w:t>
            </w:r>
          </w:p>
        </w:tc>
        <w:tc>
          <w:tcPr>
            <w:tcW w:w="2493" w:type="dxa"/>
          </w:tcPr>
          <w:p w14:paraId="1F44EF1C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оформление самозанятости, настройка «Мой налог»</w:t>
            </w:r>
          </w:p>
        </w:tc>
        <w:tc>
          <w:tcPr>
            <w:tcW w:w="2493" w:type="dxa"/>
          </w:tcPr>
          <w:p w14:paraId="3295CD54" w14:textId="77777777" w:rsidR="00CD0AFF" w:rsidRDefault="00B414D4">
            <w:proofErr w:type="spellStart"/>
            <w:r>
              <w:t>легальный</w:t>
            </w:r>
            <w:proofErr w:type="spellEnd"/>
            <w:r>
              <w:t xml:space="preserve"> </w:t>
            </w:r>
            <w:proofErr w:type="spellStart"/>
            <w:r>
              <w:t>статус</w:t>
            </w:r>
            <w:proofErr w:type="spellEnd"/>
          </w:p>
        </w:tc>
      </w:tr>
      <w:tr w:rsidR="00CD0AFF" w14:paraId="2B161B17" w14:textId="77777777">
        <w:tc>
          <w:tcPr>
            <w:tcW w:w="2493" w:type="dxa"/>
          </w:tcPr>
          <w:p w14:paraId="7C793F08" w14:textId="77777777" w:rsidR="00CD0AFF" w:rsidRDefault="00B414D4">
            <w:r>
              <w:t>2) Подбор места (если аренда)</w:t>
            </w:r>
          </w:p>
        </w:tc>
        <w:tc>
          <w:tcPr>
            <w:tcW w:w="2493" w:type="dxa"/>
          </w:tcPr>
          <w:p w14:paraId="5273FECE" w14:textId="77777777" w:rsidR="00CD0AFF" w:rsidRDefault="00B414D4">
            <w:r>
              <w:t>3–10 дней</w:t>
            </w:r>
          </w:p>
        </w:tc>
        <w:tc>
          <w:tcPr>
            <w:tcW w:w="2493" w:type="dxa"/>
          </w:tcPr>
          <w:p w14:paraId="47030A10" w14:textId="77777777" w:rsidR="00CD0AFF" w:rsidRDefault="00B414D4">
            <w:r>
              <w:t>выбор 2–3 вариантов, согласование условий</w:t>
            </w:r>
          </w:p>
        </w:tc>
        <w:tc>
          <w:tcPr>
            <w:tcW w:w="2493" w:type="dxa"/>
          </w:tcPr>
          <w:p w14:paraId="5AA5F0DC" w14:textId="77777777" w:rsidR="00CD0AFF" w:rsidRDefault="00B414D4">
            <w:r>
              <w:t>подписан договор/согласие</w:t>
            </w:r>
          </w:p>
        </w:tc>
      </w:tr>
      <w:tr w:rsidR="00CD0AFF" w14:paraId="369520E9" w14:textId="77777777">
        <w:tc>
          <w:tcPr>
            <w:tcW w:w="2493" w:type="dxa"/>
          </w:tcPr>
          <w:p w14:paraId="0A19FBCE" w14:textId="77777777" w:rsidR="00CD0AFF" w:rsidRDefault="00B414D4">
            <w:r>
              <w:t>3) Закупка оборудования</w:t>
            </w:r>
          </w:p>
        </w:tc>
        <w:tc>
          <w:tcPr>
            <w:tcW w:w="2493" w:type="dxa"/>
          </w:tcPr>
          <w:p w14:paraId="21DDB507" w14:textId="77777777" w:rsidR="00CD0AFF" w:rsidRDefault="00B414D4">
            <w:r>
              <w:t>1–2 недели</w:t>
            </w:r>
          </w:p>
        </w:tc>
        <w:tc>
          <w:tcPr>
            <w:tcW w:w="2493" w:type="dxa"/>
          </w:tcPr>
          <w:p w14:paraId="517680F1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стеллажи, витрины, освещение, касса/терминал при необходимости</w:t>
            </w:r>
          </w:p>
        </w:tc>
        <w:tc>
          <w:tcPr>
            <w:tcW w:w="2493" w:type="dxa"/>
          </w:tcPr>
          <w:p w14:paraId="4A3D8E9E" w14:textId="77777777" w:rsidR="00CD0AFF" w:rsidRDefault="00B414D4">
            <w:proofErr w:type="spellStart"/>
            <w:r>
              <w:t>точка</w:t>
            </w:r>
            <w:proofErr w:type="spellEnd"/>
            <w:r>
              <w:t xml:space="preserve"> </w:t>
            </w:r>
            <w:proofErr w:type="spellStart"/>
            <w:r>
              <w:t>укомплектована</w:t>
            </w:r>
            <w:proofErr w:type="spellEnd"/>
          </w:p>
        </w:tc>
      </w:tr>
      <w:tr w:rsidR="00CD0AFF" w14:paraId="1EE9A0E5" w14:textId="77777777">
        <w:tc>
          <w:tcPr>
            <w:tcW w:w="2493" w:type="dxa"/>
          </w:tcPr>
          <w:p w14:paraId="121C5880" w14:textId="77777777" w:rsidR="00CD0AFF" w:rsidRDefault="00B414D4">
            <w:r>
              <w:t>4) Закупка товара</w:t>
            </w:r>
          </w:p>
        </w:tc>
        <w:tc>
          <w:tcPr>
            <w:tcW w:w="2493" w:type="dxa"/>
          </w:tcPr>
          <w:p w14:paraId="647BCF69" w14:textId="77777777" w:rsidR="00CD0AFF" w:rsidRDefault="00B414D4">
            <w:r>
              <w:t>1–2 недели</w:t>
            </w:r>
          </w:p>
        </w:tc>
        <w:tc>
          <w:tcPr>
            <w:tcW w:w="2493" w:type="dxa"/>
          </w:tcPr>
          <w:p w14:paraId="7CD0CFB9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стартовая матрица хитов, мини-наборы</w:t>
            </w:r>
          </w:p>
        </w:tc>
        <w:tc>
          <w:tcPr>
            <w:tcW w:w="2493" w:type="dxa"/>
          </w:tcPr>
          <w:p w14:paraId="71BDF194" w14:textId="77777777" w:rsidR="00CD0AFF" w:rsidRDefault="00B414D4">
            <w:proofErr w:type="spellStart"/>
            <w:r>
              <w:t>остаток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складе</w:t>
            </w:r>
            <w:proofErr w:type="spellEnd"/>
          </w:p>
        </w:tc>
      </w:tr>
      <w:tr w:rsidR="00CD0AFF" w14:paraId="493A1087" w14:textId="77777777">
        <w:tc>
          <w:tcPr>
            <w:tcW w:w="2493" w:type="dxa"/>
          </w:tcPr>
          <w:p w14:paraId="03CE3ADA" w14:textId="77777777" w:rsidR="00CD0AFF" w:rsidRDefault="00B414D4">
            <w:r>
              <w:t>5) Подготовка онлайн-каналов</w:t>
            </w:r>
          </w:p>
        </w:tc>
        <w:tc>
          <w:tcPr>
            <w:tcW w:w="2493" w:type="dxa"/>
          </w:tcPr>
          <w:p w14:paraId="19B45F84" w14:textId="77777777" w:rsidR="00CD0AFF" w:rsidRDefault="00B414D4">
            <w:r>
              <w:t>3–7 дней</w:t>
            </w:r>
          </w:p>
        </w:tc>
        <w:tc>
          <w:tcPr>
            <w:tcW w:w="2493" w:type="dxa"/>
          </w:tcPr>
          <w:p w14:paraId="37C105C6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оформление страниц, прайс, фото, правила заказа</w:t>
            </w:r>
          </w:p>
        </w:tc>
        <w:tc>
          <w:tcPr>
            <w:tcW w:w="2493" w:type="dxa"/>
          </w:tcPr>
          <w:p w14:paraId="030746F6" w14:textId="77777777" w:rsidR="00CD0AFF" w:rsidRDefault="00B414D4">
            <w:proofErr w:type="spellStart"/>
            <w:r>
              <w:t>готовый</w:t>
            </w:r>
            <w:proofErr w:type="spellEnd"/>
            <w:r>
              <w:t xml:space="preserve"> </w:t>
            </w:r>
            <w:proofErr w:type="spellStart"/>
            <w:r>
              <w:t>канал</w:t>
            </w:r>
            <w:proofErr w:type="spellEnd"/>
            <w:r>
              <w:t xml:space="preserve"> </w:t>
            </w:r>
            <w:proofErr w:type="spellStart"/>
            <w:r>
              <w:t>продаж</w:t>
            </w:r>
            <w:proofErr w:type="spellEnd"/>
          </w:p>
        </w:tc>
      </w:tr>
      <w:tr w:rsidR="00CD0AFF" w14:paraId="00CD5F26" w14:textId="77777777">
        <w:tc>
          <w:tcPr>
            <w:tcW w:w="2493" w:type="dxa"/>
          </w:tcPr>
          <w:p w14:paraId="5398D79F" w14:textId="77777777" w:rsidR="00CD0AFF" w:rsidRDefault="00B414D4">
            <w:r>
              <w:t>6) Запуск продаж</w:t>
            </w:r>
          </w:p>
        </w:tc>
        <w:tc>
          <w:tcPr>
            <w:tcW w:w="2493" w:type="dxa"/>
          </w:tcPr>
          <w:p w14:paraId="2994D1AB" w14:textId="77777777" w:rsidR="00CD0AFF" w:rsidRDefault="00B414D4">
            <w:r>
              <w:t>1 неделя</w:t>
            </w:r>
          </w:p>
        </w:tc>
        <w:tc>
          <w:tcPr>
            <w:tcW w:w="2493" w:type="dxa"/>
          </w:tcPr>
          <w:p w14:paraId="4D3C5DF8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акции на старт, сбор отзывов</w:t>
            </w:r>
          </w:p>
        </w:tc>
        <w:tc>
          <w:tcPr>
            <w:tcW w:w="2493" w:type="dxa"/>
          </w:tcPr>
          <w:p w14:paraId="1FEDCC8F" w14:textId="77777777" w:rsidR="00CD0AFF" w:rsidRDefault="00B414D4">
            <w:proofErr w:type="spellStart"/>
            <w:r>
              <w:t>первые</w:t>
            </w:r>
            <w:proofErr w:type="spellEnd"/>
            <w:r>
              <w:t xml:space="preserve"> </w:t>
            </w:r>
            <w:proofErr w:type="spellStart"/>
            <w:r>
              <w:t>продажи</w:t>
            </w:r>
            <w:proofErr w:type="spellEnd"/>
          </w:p>
        </w:tc>
      </w:tr>
      <w:tr w:rsidR="00CD0AFF" w14:paraId="6D66C415" w14:textId="77777777">
        <w:tc>
          <w:tcPr>
            <w:tcW w:w="2493" w:type="dxa"/>
          </w:tcPr>
          <w:p w14:paraId="61C7D612" w14:textId="77777777" w:rsidR="00CD0AFF" w:rsidRDefault="00B414D4">
            <w:r>
              <w:t>7) Выход на плановый режим</w:t>
            </w:r>
          </w:p>
        </w:tc>
        <w:tc>
          <w:tcPr>
            <w:tcW w:w="2493" w:type="dxa"/>
          </w:tcPr>
          <w:p w14:paraId="4A6C6341" w14:textId="77777777" w:rsidR="00CD0AFF" w:rsidRDefault="00B414D4">
            <w:r>
              <w:t>1–2 месяца</w:t>
            </w:r>
          </w:p>
        </w:tc>
        <w:tc>
          <w:tcPr>
            <w:tcW w:w="2493" w:type="dxa"/>
          </w:tcPr>
          <w:p w14:paraId="3B289D70" w14:textId="77777777" w:rsidR="00CD0AFF" w:rsidRDefault="00B414D4">
            <w:r>
              <w:t>повторные покупки, расширение ассортимента</w:t>
            </w:r>
          </w:p>
        </w:tc>
        <w:tc>
          <w:tcPr>
            <w:tcW w:w="2493" w:type="dxa"/>
          </w:tcPr>
          <w:p w14:paraId="202CAFF3" w14:textId="77777777" w:rsidR="00CD0AFF" w:rsidRDefault="00B414D4">
            <w:r>
              <w:t>стабильная выручка</w:t>
            </w:r>
          </w:p>
        </w:tc>
      </w:tr>
    </w:tbl>
    <w:p w14:paraId="1A7D4C6C" w14:textId="77777777" w:rsidR="00CD0AFF" w:rsidRDefault="00CD0AFF"/>
    <w:p w14:paraId="53E98933" w14:textId="62836E59" w:rsidR="00CD0AFF" w:rsidRPr="00B414D4" w:rsidRDefault="00375003">
      <w:pPr>
        <w:pStyle w:val="21"/>
        <w:rPr>
          <w:lang w:val="ru-RU"/>
        </w:rPr>
      </w:pPr>
      <w:r>
        <w:rPr>
          <w:lang w:val="ru-RU"/>
        </w:rPr>
        <w:lastRenderedPageBreak/>
        <w:t>7</w:t>
      </w:r>
      <w:r w:rsidR="00B414D4" w:rsidRPr="00B414D4">
        <w:rPr>
          <w:lang w:val="ru-RU"/>
        </w:rPr>
        <w:t xml:space="preserve">. </w:t>
      </w:r>
      <w:r w:rsidR="006B3D94">
        <w:rPr>
          <w:lang w:val="ru-RU"/>
        </w:rPr>
        <w:t>И</w:t>
      </w:r>
      <w:r w:rsidR="00B414D4" w:rsidRPr="00B414D4">
        <w:rPr>
          <w:lang w:val="ru-RU"/>
        </w:rPr>
        <w:t>сточники финансирования</w:t>
      </w:r>
      <w:r w:rsidR="006B3D94" w:rsidRPr="006B3D94">
        <w:rPr>
          <w:lang w:val="ru-RU"/>
        </w:rPr>
        <w:t xml:space="preserve"> </w:t>
      </w:r>
      <w:r w:rsidR="006B3D94">
        <w:rPr>
          <w:lang w:val="ru-RU"/>
        </w:rPr>
        <w:t>и с</w:t>
      </w:r>
      <w:r w:rsidR="006B3D94" w:rsidRPr="00B414D4">
        <w:rPr>
          <w:lang w:val="ru-RU"/>
        </w:rPr>
        <w:t>мета расходов и</w:t>
      </w:r>
      <w:r w:rsidR="00B414D4" w:rsidRPr="00B414D4">
        <w:rPr>
          <w:lang w:val="ru-RU"/>
        </w:rPr>
        <w:t xml:space="preserve"> (350 000 руб.)</w:t>
      </w:r>
    </w:p>
    <w:p w14:paraId="41414BAF" w14:textId="77777777" w:rsidR="00CD0AFF" w:rsidRDefault="00B414D4">
      <w:r w:rsidRPr="00B414D4">
        <w:rPr>
          <w:lang w:val="ru-RU"/>
        </w:rPr>
        <w:t xml:space="preserve">Смета составлена в пределах 350 000 рублей (лимит социального контракта) и направлена на оснащение торгового места, закупку стартовой партии товара, упаковку, учет/кассу и продвижение. </w:t>
      </w:r>
      <w:proofErr w:type="spellStart"/>
      <w:r>
        <w:t>Все</w:t>
      </w:r>
      <w:proofErr w:type="spellEnd"/>
      <w:r>
        <w:t xml:space="preserve"> </w:t>
      </w:r>
      <w:proofErr w:type="spellStart"/>
      <w:r>
        <w:t>расходы</w:t>
      </w:r>
      <w:proofErr w:type="spellEnd"/>
      <w:r>
        <w:t xml:space="preserve"> </w:t>
      </w:r>
      <w:proofErr w:type="spellStart"/>
      <w:r>
        <w:t>подтверждаются</w:t>
      </w:r>
      <w:proofErr w:type="spellEnd"/>
      <w:r>
        <w:t xml:space="preserve"> </w:t>
      </w:r>
      <w:proofErr w:type="spellStart"/>
      <w:r>
        <w:t>чеками</w:t>
      </w:r>
      <w:proofErr w:type="spellEnd"/>
      <w:r>
        <w:t>/</w:t>
      </w:r>
      <w:proofErr w:type="spellStart"/>
      <w:r>
        <w:t>накладными</w:t>
      </w:r>
      <w:proofErr w:type="spellEnd"/>
      <w:r>
        <w:t>.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982"/>
        <w:gridCol w:w="4981"/>
      </w:tblGrid>
      <w:tr w:rsidR="00CD0AFF" w14:paraId="75A5C2F1" w14:textId="77777777">
        <w:tc>
          <w:tcPr>
            <w:tcW w:w="4986" w:type="dxa"/>
          </w:tcPr>
          <w:p w14:paraId="01015078" w14:textId="77777777" w:rsidR="00CD0AFF" w:rsidRDefault="00B414D4">
            <w:r>
              <w:t>Источник финансирования</w:t>
            </w:r>
          </w:p>
        </w:tc>
        <w:tc>
          <w:tcPr>
            <w:tcW w:w="4986" w:type="dxa"/>
          </w:tcPr>
          <w:p w14:paraId="2A78C18B" w14:textId="77777777" w:rsidR="00CD0AFF" w:rsidRDefault="00B414D4">
            <w:r>
              <w:t>Сумма, руб.</w:t>
            </w:r>
          </w:p>
        </w:tc>
      </w:tr>
      <w:tr w:rsidR="00CD0AFF" w14:paraId="76FE3BCB" w14:textId="77777777">
        <w:tc>
          <w:tcPr>
            <w:tcW w:w="4986" w:type="dxa"/>
          </w:tcPr>
          <w:p w14:paraId="73348DE6" w14:textId="77777777" w:rsidR="00CD0AFF" w:rsidRDefault="00B414D4">
            <w:r>
              <w:t>Социальный контракт</w:t>
            </w:r>
          </w:p>
        </w:tc>
        <w:tc>
          <w:tcPr>
            <w:tcW w:w="4986" w:type="dxa"/>
          </w:tcPr>
          <w:p w14:paraId="423499D4" w14:textId="77777777" w:rsidR="00CD0AFF" w:rsidRDefault="00B414D4">
            <w:r>
              <w:t>350 000</w:t>
            </w:r>
          </w:p>
        </w:tc>
      </w:tr>
      <w:tr w:rsidR="00CD0AFF" w14:paraId="20C18C5F" w14:textId="77777777">
        <w:tc>
          <w:tcPr>
            <w:tcW w:w="4986" w:type="dxa"/>
          </w:tcPr>
          <w:p w14:paraId="1248DC86" w14:textId="77777777" w:rsidR="00CD0AFF" w:rsidRDefault="00B414D4">
            <w:r>
              <w:t>ИТОГО</w:t>
            </w:r>
          </w:p>
        </w:tc>
        <w:tc>
          <w:tcPr>
            <w:tcW w:w="4986" w:type="dxa"/>
          </w:tcPr>
          <w:p w14:paraId="1040CB3D" w14:textId="77777777" w:rsidR="00CD0AFF" w:rsidRDefault="00B414D4">
            <w:r>
              <w:t>350 000</w:t>
            </w:r>
          </w:p>
        </w:tc>
      </w:tr>
    </w:tbl>
    <w:p w14:paraId="3C32EE9B" w14:textId="77777777" w:rsidR="00CD0AFF" w:rsidRDefault="00CD0AFF"/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1476"/>
        <w:gridCol w:w="3617"/>
        <w:gridCol w:w="1631"/>
        <w:gridCol w:w="1590"/>
        <w:gridCol w:w="1649"/>
      </w:tblGrid>
      <w:tr w:rsidR="00CD0AFF" w14:paraId="086A4B51" w14:textId="77777777">
        <w:tc>
          <w:tcPr>
            <w:tcW w:w="1995" w:type="dxa"/>
          </w:tcPr>
          <w:p w14:paraId="08F87ED6" w14:textId="77777777" w:rsidR="00CD0AFF" w:rsidRDefault="00B414D4">
            <w:r>
              <w:t>№</w:t>
            </w:r>
          </w:p>
        </w:tc>
        <w:tc>
          <w:tcPr>
            <w:tcW w:w="1995" w:type="dxa"/>
          </w:tcPr>
          <w:p w14:paraId="40269901" w14:textId="77777777" w:rsidR="00CD0AFF" w:rsidRDefault="00B414D4">
            <w:r>
              <w:t>Наименование</w:t>
            </w:r>
          </w:p>
        </w:tc>
        <w:tc>
          <w:tcPr>
            <w:tcW w:w="1995" w:type="dxa"/>
          </w:tcPr>
          <w:p w14:paraId="23C89D39" w14:textId="77777777" w:rsidR="00CD0AFF" w:rsidRDefault="00B414D4">
            <w:r>
              <w:t>Кол-во</w:t>
            </w:r>
          </w:p>
        </w:tc>
        <w:tc>
          <w:tcPr>
            <w:tcW w:w="1995" w:type="dxa"/>
          </w:tcPr>
          <w:p w14:paraId="62444FB9" w14:textId="77777777" w:rsidR="00CD0AFF" w:rsidRDefault="00B414D4">
            <w:r>
              <w:t>Цена, руб.</w:t>
            </w:r>
          </w:p>
        </w:tc>
        <w:tc>
          <w:tcPr>
            <w:tcW w:w="1995" w:type="dxa"/>
          </w:tcPr>
          <w:p w14:paraId="71B35900" w14:textId="77777777" w:rsidR="00CD0AFF" w:rsidRDefault="00B414D4">
            <w:r>
              <w:t>Сумма, руб.</w:t>
            </w:r>
          </w:p>
        </w:tc>
      </w:tr>
      <w:tr w:rsidR="00CD0AFF" w14:paraId="6FC528FD" w14:textId="77777777">
        <w:tc>
          <w:tcPr>
            <w:tcW w:w="1995" w:type="dxa"/>
          </w:tcPr>
          <w:p w14:paraId="70D80EB5" w14:textId="77777777" w:rsidR="00CD0AFF" w:rsidRDefault="00B414D4">
            <w:r>
              <w:t>1</w:t>
            </w:r>
          </w:p>
        </w:tc>
        <w:tc>
          <w:tcPr>
            <w:tcW w:w="1995" w:type="dxa"/>
          </w:tcPr>
          <w:p w14:paraId="2BB91D02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Торговое оборудование: стеллажи/витрины/полки (комплект)</w:t>
            </w:r>
          </w:p>
        </w:tc>
        <w:tc>
          <w:tcPr>
            <w:tcW w:w="1995" w:type="dxa"/>
          </w:tcPr>
          <w:p w14:paraId="779A94E3" w14:textId="77777777" w:rsidR="00CD0AFF" w:rsidRDefault="00B414D4">
            <w:r>
              <w:t>1</w:t>
            </w:r>
          </w:p>
        </w:tc>
        <w:tc>
          <w:tcPr>
            <w:tcW w:w="1995" w:type="dxa"/>
          </w:tcPr>
          <w:p w14:paraId="004ECD64" w14:textId="4FDCD9C1" w:rsidR="00CD0AFF" w:rsidRDefault="00375003">
            <w:r>
              <w:rPr>
                <w:lang w:val="ru-RU"/>
              </w:rPr>
              <w:t>132</w:t>
            </w:r>
            <w:r w:rsidR="00B414D4">
              <w:t xml:space="preserve"> 000</w:t>
            </w:r>
          </w:p>
        </w:tc>
        <w:tc>
          <w:tcPr>
            <w:tcW w:w="1995" w:type="dxa"/>
          </w:tcPr>
          <w:p w14:paraId="6A2A31CB" w14:textId="2B637F9A" w:rsidR="00CD0AFF" w:rsidRDefault="00375003">
            <w:r>
              <w:rPr>
                <w:lang w:val="ru-RU"/>
              </w:rPr>
              <w:t>132</w:t>
            </w:r>
            <w:r w:rsidR="00B414D4">
              <w:t xml:space="preserve"> 000</w:t>
            </w:r>
          </w:p>
        </w:tc>
      </w:tr>
      <w:tr w:rsidR="00CD0AFF" w14:paraId="7CF57CC2" w14:textId="77777777">
        <w:tc>
          <w:tcPr>
            <w:tcW w:w="1995" w:type="dxa"/>
          </w:tcPr>
          <w:p w14:paraId="79C25DE1" w14:textId="77777777" w:rsidR="00CD0AFF" w:rsidRDefault="00B414D4">
            <w:r>
              <w:t>2</w:t>
            </w:r>
          </w:p>
        </w:tc>
        <w:tc>
          <w:tcPr>
            <w:tcW w:w="1995" w:type="dxa"/>
          </w:tcPr>
          <w:p w14:paraId="30987734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Стойка/прилавок + тумба под хранение</w:t>
            </w:r>
          </w:p>
        </w:tc>
        <w:tc>
          <w:tcPr>
            <w:tcW w:w="1995" w:type="dxa"/>
          </w:tcPr>
          <w:p w14:paraId="6421C01C" w14:textId="77777777" w:rsidR="00CD0AFF" w:rsidRDefault="00B414D4">
            <w:r>
              <w:t>1</w:t>
            </w:r>
          </w:p>
        </w:tc>
        <w:tc>
          <w:tcPr>
            <w:tcW w:w="1995" w:type="dxa"/>
          </w:tcPr>
          <w:p w14:paraId="7DD3D12D" w14:textId="77777777" w:rsidR="00CD0AFF" w:rsidRDefault="00B414D4">
            <w:r>
              <w:t>18 000</w:t>
            </w:r>
          </w:p>
        </w:tc>
        <w:tc>
          <w:tcPr>
            <w:tcW w:w="1995" w:type="dxa"/>
          </w:tcPr>
          <w:p w14:paraId="420CB7D7" w14:textId="77777777" w:rsidR="00CD0AFF" w:rsidRDefault="00B414D4">
            <w:r>
              <w:t>18 000</w:t>
            </w:r>
          </w:p>
        </w:tc>
      </w:tr>
      <w:tr w:rsidR="00CD0AFF" w14:paraId="2B184988" w14:textId="77777777">
        <w:tc>
          <w:tcPr>
            <w:tcW w:w="1995" w:type="dxa"/>
          </w:tcPr>
          <w:p w14:paraId="70C00D85" w14:textId="77777777" w:rsidR="00CD0AFF" w:rsidRDefault="00B414D4">
            <w:r>
              <w:t>3</w:t>
            </w:r>
          </w:p>
        </w:tc>
        <w:tc>
          <w:tcPr>
            <w:tcW w:w="1995" w:type="dxa"/>
          </w:tcPr>
          <w:p w14:paraId="12D388A7" w14:textId="77777777" w:rsidR="00CD0AFF" w:rsidRDefault="00B414D4">
            <w:r>
              <w:t>Освещение и подсветка витрин</w:t>
            </w:r>
          </w:p>
        </w:tc>
        <w:tc>
          <w:tcPr>
            <w:tcW w:w="1995" w:type="dxa"/>
          </w:tcPr>
          <w:p w14:paraId="582E2058" w14:textId="77777777" w:rsidR="00CD0AFF" w:rsidRDefault="00B414D4">
            <w:r>
              <w:t>1 компл.</w:t>
            </w:r>
          </w:p>
        </w:tc>
        <w:tc>
          <w:tcPr>
            <w:tcW w:w="1995" w:type="dxa"/>
          </w:tcPr>
          <w:p w14:paraId="7C9BBA37" w14:textId="77777777" w:rsidR="00CD0AFF" w:rsidRDefault="00B414D4">
            <w:r>
              <w:t>8 000</w:t>
            </w:r>
          </w:p>
        </w:tc>
        <w:tc>
          <w:tcPr>
            <w:tcW w:w="1995" w:type="dxa"/>
          </w:tcPr>
          <w:p w14:paraId="7D43BF8C" w14:textId="77777777" w:rsidR="00CD0AFF" w:rsidRDefault="00B414D4">
            <w:r>
              <w:t>8 000</w:t>
            </w:r>
          </w:p>
        </w:tc>
      </w:tr>
      <w:tr w:rsidR="00CD0AFF" w14:paraId="5821D064" w14:textId="77777777">
        <w:tc>
          <w:tcPr>
            <w:tcW w:w="1995" w:type="dxa"/>
          </w:tcPr>
          <w:p w14:paraId="5DC9C0FE" w14:textId="77777777" w:rsidR="00CD0AFF" w:rsidRDefault="00B414D4">
            <w:r>
              <w:t>4</w:t>
            </w:r>
          </w:p>
        </w:tc>
        <w:tc>
          <w:tcPr>
            <w:tcW w:w="1995" w:type="dxa"/>
          </w:tcPr>
          <w:p w14:paraId="1FFDC145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Зеркало/зона тестеров (организация демонстрации)</w:t>
            </w:r>
          </w:p>
        </w:tc>
        <w:tc>
          <w:tcPr>
            <w:tcW w:w="1995" w:type="dxa"/>
          </w:tcPr>
          <w:p w14:paraId="64EC243E" w14:textId="77777777" w:rsidR="00CD0AFF" w:rsidRDefault="00B414D4">
            <w:r>
              <w:t>1</w:t>
            </w:r>
          </w:p>
        </w:tc>
        <w:tc>
          <w:tcPr>
            <w:tcW w:w="1995" w:type="dxa"/>
          </w:tcPr>
          <w:p w14:paraId="523756DC" w14:textId="77777777" w:rsidR="00CD0AFF" w:rsidRDefault="00B414D4">
            <w:r>
              <w:t>6 000</w:t>
            </w:r>
          </w:p>
        </w:tc>
        <w:tc>
          <w:tcPr>
            <w:tcW w:w="1995" w:type="dxa"/>
          </w:tcPr>
          <w:p w14:paraId="300C04D3" w14:textId="77777777" w:rsidR="00CD0AFF" w:rsidRDefault="00B414D4">
            <w:r>
              <w:t>6 000</w:t>
            </w:r>
          </w:p>
        </w:tc>
      </w:tr>
      <w:tr w:rsidR="00CD0AFF" w14:paraId="3FA07085" w14:textId="77777777">
        <w:tc>
          <w:tcPr>
            <w:tcW w:w="1995" w:type="dxa"/>
          </w:tcPr>
          <w:p w14:paraId="24447FF2" w14:textId="77777777" w:rsidR="00CD0AFF" w:rsidRDefault="00B414D4">
            <w:r>
              <w:t>5</w:t>
            </w:r>
          </w:p>
        </w:tc>
        <w:tc>
          <w:tcPr>
            <w:tcW w:w="1995" w:type="dxa"/>
          </w:tcPr>
          <w:p w14:paraId="72ED24CD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Маркировка/ценники/держатели, офисные мелочи</w:t>
            </w:r>
          </w:p>
        </w:tc>
        <w:tc>
          <w:tcPr>
            <w:tcW w:w="1995" w:type="dxa"/>
          </w:tcPr>
          <w:p w14:paraId="0EA9CE07" w14:textId="77777777" w:rsidR="00CD0AFF" w:rsidRDefault="00B414D4">
            <w:r>
              <w:t xml:space="preserve">1 </w:t>
            </w:r>
            <w:proofErr w:type="spellStart"/>
            <w:r>
              <w:t>компл</w:t>
            </w:r>
            <w:proofErr w:type="spellEnd"/>
            <w:r>
              <w:t>.</w:t>
            </w:r>
          </w:p>
        </w:tc>
        <w:tc>
          <w:tcPr>
            <w:tcW w:w="1995" w:type="dxa"/>
          </w:tcPr>
          <w:p w14:paraId="23519845" w14:textId="77777777" w:rsidR="00CD0AFF" w:rsidRDefault="00B414D4">
            <w:r>
              <w:t>5 000</w:t>
            </w:r>
          </w:p>
        </w:tc>
        <w:tc>
          <w:tcPr>
            <w:tcW w:w="1995" w:type="dxa"/>
          </w:tcPr>
          <w:p w14:paraId="0C4B4B9D" w14:textId="77777777" w:rsidR="00CD0AFF" w:rsidRDefault="00B414D4">
            <w:r>
              <w:t>5 000</w:t>
            </w:r>
          </w:p>
        </w:tc>
      </w:tr>
      <w:tr w:rsidR="00CD0AFF" w14:paraId="188E4382" w14:textId="77777777">
        <w:tc>
          <w:tcPr>
            <w:tcW w:w="1995" w:type="dxa"/>
          </w:tcPr>
          <w:p w14:paraId="090977C9" w14:textId="77777777" w:rsidR="00CD0AFF" w:rsidRDefault="00B414D4">
            <w:r>
              <w:t>6</w:t>
            </w:r>
          </w:p>
        </w:tc>
        <w:tc>
          <w:tcPr>
            <w:tcW w:w="1995" w:type="dxa"/>
          </w:tcPr>
          <w:p w14:paraId="4B4508D9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Онлайн-касса/приложение для учета (по необходимости)</w:t>
            </w:r>
          </w:p>
        </w:tc>
        <w:tc>
          <w:tcPr>
            <w:tcW w:w="1995" w:type="dxa"/>
          </w:tcPr>
          <w:p w14:paraId="32715AD4" w14:textId="77777777" w:rsidR="00CD0AFF" w:rsidRDefault="00B414D4">
            <w:r>
              <w:t>1</w:t>
            </w:r>
          </w:p>
        </w:tc>
        <w:tc>
          <w:tcPr>
            <w:tcW w:w="1995" w:type="dxa"/>
          </w:tcPr>
          <w:p w14:paraId="41B6435E" w14:textId="77777777" w:rsidR="00CD0AFF" w:rsidRDefault="00B414D4">
            <w:r>
              <w:t>22 000</w:t>
            </w:r>
          </w:p>
        </w:tc>
        <w:tc>
          <w:tcPr>
            <w:tcW w:w="1995" w:type="dxa"/>
          </w:tcPr>
          <w:p w14:paraId="08434A83" w14:textId="77777777" w:rsidR="00CD0AFF" w:rsidRDefault="00B414D4">
            <w:r>
              <w:t>22 000</w:t>
            </w:r>
          </w:p>
        </w:tc>
      </w:tr>
      <w:tr w:rsidR="00CD0AFF" w14:paraId="15BDD28C" w14:textId="77777777">
        <w:tc>
          <w:tcPr>
            <w:tcW w:w="1995" w:type="dxa"/>
          </w:tcPr>
          <w:p w14:paraId="24C08362" w14:textId="77777777" w:rsidR="00CD0AFF" w:rsidRDefault="00B414D4">
            <w:r>
              <w:t>7</w:t>
            </w:r>
          </w:p>
        </w:tc>
        <w:tc>
          <w:tcPr>
            <w:tcW w:w="1995" w:type="dxa"/>
          </w:tcPr>
          <w:p w14:paraId="087D0013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Терминал/эквайринг (по необходимости) / подключение сервисов</w:t>
            </w:r>
          </w:p>
        </w:tc>
        <w:tc>
          <w:tcPr>
            <w:tcW w:w="1995" w:type="dxa"/>
          </w:tcPr>
          <w:p w14:paraId="3E789898" w14:textId="77777777" w:rsidR="00CD0AFF" w:rsidRDefault="00B414D4">
            <w:r>
              <w:t>1</w:t>
            </w:r>
          </w:p>
        </w:tc>
        <w:tc>
          <w:tcPr>
            <w:tcW w:w="1995" w:type="dxa"/>
          </w:tcPr>
          <w:p w14:paraId="3382C1D5" w14:textId="77777777" w:rsidR="00CD0AFF" w:rsidRDefault="00B414D4">
            <w:r>
              <w:t>8 000</w:t>
            </w:r>
          </w:p>
        </w:tc>
        <w:tc>
          <w:tcPr>
            <w:tcW w:w="1995" w:type="dxa"/>
          </w:tcPr>
          <w:p w14:paraId="3A52CE36" w14:textId="77777777" w:rsidR="00CD0AFF" w:rsidRDefault="00B414D4">
            <w:r>
              <w:t>8 000</w:t>
            </w:r>
          </w:p>
        </w:tc>
      </w:tr>
      <w:tr w:rsidR="00CD0AFF" w14:paraId="0132A989" w14:textId="77777777">
        <w:tc>
          <w:tcPr>
            <w:tcW w:w="1995" w:type="dxa"/>
          </w:tcPr>
          <w:p w14:paraId="2E431209" w14:textId="77777777" w:rsidR="00CD0AFF" w:rsidRDefault="00B414D4">
            <w:r>
              <w:t>8</w:t>
            </w:r>
          </w:p>
        </w:tc>
        <w:tc>
          <w:tcPr>
            <w:tcW w:w="1995" w:type="dxa"/>
          </w:tcPr>
          <w:p w14:paraId="5E17C08E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Упаковка (пакеты, коробки, наполнитель, наклейки) — старт</w:t>
            </w:r>
          </w:p>
        </w:tc>
        <w:tc>
          <w:tcPr>
            <w:tcW w:w="1995" w:type="dxa"/>
          </w:tcPr>
          <w:p w14:paraId="5042E6E5" w14:textId="77777777" w:rsidR="00CD0AFF" w:rsidRDefault="00B414D4">
            <w:r>
              <w:t xml:space="preserve">1 </w:t>
            </w:r>
            <w:proofErr w:type="spellStart"/>
            <w:r>
              <w:t>компл</w:t>
            </w:r>
            <w:proofErr w:type="spellEnd"/>
            <w:r>
              <w:t>.</w:t>
            </w:r>
          </w:p>
        </w:tc>
        <w:tc>
          <w:tcPr>
            <w:tcW w:w="1995" w:type="dxa"/>
          </w:tcPr>
          <w:p w14:paraId="31A0BAD4" w14:textId="77777777" w:rsidR="00CD0AFF" w:rsidRDefault="00B414D4">
            <w:r>
              <w:t>15 000</w:t>
            </w:r>
          </w:p>
        </w:tc>
        <w:tc>
          <w:tcPr>
            <w:tcW w:w="1995" w:type="dxa"/>
          </w:tcPr>
          <w:p w14:paraId="7E2C3679" w14:textId="77777777" w:rsidR="00CD0AFF" w:rsidRDefault="00B414D4">
            <w:r>
              <w:t>15 000</w:t>
            </w:r>
          </w:p>
        </w:tc>
      </w:tr>
      <w:tr w:rsidR="00CD0AFF" w14:paraId="0E86FC95" w14:textId="77777777">
        <w:tc>
          <w:tcPr>
            <w:tcW w:w="1995" w:type="dxa"/>
          </w:tcPr>
          <w:p w14:paraId="0F9E9DB3" w14:textId="77777777" w:rsidR="00CD0AFF" w:rsidRDefault="00B414D4">
            <w:r>
              <w:t>9</w:t>
            </w:r>
          </w:p>
        </w:tc>
        <w:tc>
          <w:tcPr>
            <w:tcW w:w="1995" w:type="dxa"/>
          </w:tcPr>
          <w:p w14:paraId="5314A6F5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Стартовая закупка товара (матрица хитов)</w:t>
            </w:r>
          </w:p>
        </w:tc>
        <w:tc>
          <w:tcPr>
            <w:tcW w:w="1995" w:type="dxa"/>
          </w:tcPr>
          <w:p w14:paraId="5A55DC8E" w14:textId="77777777" w:rsidR="00CD0AFF" w:rsidRDefault="00B414D4">
            <w:r>
              <w:t>1</w:t>
            </w:r>
          </w:p>
        </w:tc>
        <w:tc>
          <w:tcPr>
            <w:tcW w:w="1995" w:type="dxa"/>
          </w:tcPr>
          <w:p w14:paraId="2AFB2A20" w14:textId="30577D8F" w:rsidR="00CD0AFF" w:rsidRPr="006B3D94" w:rsidRDefault="006B3D94">
            <w:pPr>
              <w:rPr>
                <w:lang w:val="ru-RU"/>
              </w:rPr>
            </w:pPr>
            <w:r>
              <w:rPr>
                <w:lang w:val="ru-RU"/>
              </w:rPr>
              <w:t>70 000</w:t>
            </w:r>
          </w:p>
        </w:tc>
        <w:tc>
          <w:tcPr>
            <w:tcW w:w="1995" w:type="dxa"/>
          </w:tcPr>
          <w:p w14:paraId="008BCEBE" w14:textId="24879C4E" w:rsidR="00CD0AFF" w:rsidRPr="006B3D94" w:rsidRDefault="006B3D94">
            <w:pPr>
              <w:rPr>
                <w:lang w:val="ru-RU"/>
              </w:rPr>
            </w:pPr>
            <w:r>
              <w:rPr>
                <w:lang w:val="ru-RU"/>
              </w:rPr>
              <w:t>70 000</w:t>
            </w:r>
          </w:p>
        </w:tc>
      </w:tr>
      <w:tr w:rsidR="00CD0AFF" w14:paraId="553A45DC" w14:textId="77777777">
        <w:tc>
          <w:tcPr>
            <w:tcW w:w="1995" w:type="dxa"/>
          </w:tcPr>
          <w:p w14:paraId="6B94A463" w14:textId="77777777" w:rsidR="00CD0AFF" w:rsidRDefault="00B414D4">
            <w:r>
              <w:t>10</w:t>
            </w:r>
          </w:p>
        </w:tc>
        <w:tc>
          <w:tcPr>
            <w:tcW w:w="1995" w:type="dxa"/>
          </w:tcPr>
          <w:p w14:paraId="40736183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Продвижение: фото-контент, оформление, реклама, карты</w:t>
            </w:r>
          </w:p>
        </w:tc>
        <w:tc>
          <w:tcPr>
            <w:tcW w:w="1995" w:type="dxa"/>
          </w:tcPr>
          <w:p w14:paraId="2570C445" w14:textId="77777777" w:rsidR="00CD0AFF" w:rsidRDefault="00B414D4">
            <w:r>
              <w:t>1</w:t>
            </w:r>
          </w:p>
        </w:tc>
        <w:tc>
          <w:tcPr>
            <w:tcW w:w="1995" w:type="dxa"/>
          </w:tcPr>
          <w:p w14:paraId="72265132" w14:textId="77777777" w:rsidR="00CD0AFF" w:rsidRDefault="00B414D4">
            <w:r>
              <w:t>16 000</w:t>
            </w:r>
          </w:p>
        </w:tc>
        <w:tc>
          <w:tcPr>
            <w:tcW w:w="1995" w:type="dxa"/>
          </w:tcPr>
          <w:p w14:paraId="4305EBF7" w14:textId="77777777" w:rsidR="00CD0AFF" w:rsidRDefault="00B414D4">
            <w:r>
              <w:t>16 000</w:t>
            </w:r>
          </w:p>
        </w:tc>
      </w:tr>
      <w:tr w:rsidR="00CD0AFF" w14:paraId="3DA0A5A8" w14:textId="77777777">
        <w:tc>
          <w:tcPr>
            <w:tcW w:w="1995" w:type="dxa"/>
          </w:tcPr>
          <w:p w14:paraId="3796EEAD" w14:textId="77777777" w:rsidR="00CD0AFF" w:rsidRDefault="00B414D4">
            <w:r>
              <w:t>11</w:t>
            </w:r>
          </w:p>
        </w:tc>
        <w:tc>
          <w:tcPr>
            <w:tcW w:w="1995" w:type="dxa"/>
          </w:tcPr>
          <w:p w14:paraId="344F2FF3" w14:textId="65BA43A7" w:rsidR="00CD0AFF" w:rsidRPr="00B414D4" w:rsidRDefault="006B3D94">
            <w:pPr>
              <w:rPr>
                <w:lang w:val="ru-RU"/>
              </w:rPr>
            </w:pPr>
            <w:r>
              <w:rPr>
                <w:lang w:val="ru-RU"/>
              </w:rPr>
              <w:t xml:space="preserve">Аренда </w:t>
            </w:r>
          </w:p>
        </w:tc>
        <w:tc>
          <w:tcPr>
            <w:tcW w:w="1995" w:type="dxa"/>
          </w:tcPr>
          <w:p w14:paraId="5CEF5398" w14:textId="77777777" w:rsidR="00CD0AFF" w:rsidRDefault="00B414D4">
            <w:r>
              <w:t>1</w:t>
            </w:r>
          </w:p>
        </w:tc>
        <w:tc>
          <w:tcPr>
            <w:tcW w:w="1995" w:type="dxa"/>
          </w:tcPr>
          <w:p w14:paraId="6466D1A6" w14:textId="5DA07B68" w:rsidR="00CD0AFF" w:rsidRPr="006B3D94" w:rsidRDefault="006B3D94">
            <w:pPr>
              <w:rPr>
                <w:lang w:val="ru-RU"/>
              </w:rPr>
            </w:pPr>
            <w:r>
              <w:rPr>
                <w:lang w:val="ru-RU"/>
              </w:rPr>
              <w:t>50 000</w:t>
            </w:r>
          </w:p>
        </w:tc>
        <w:tc>
          <w:tcPr>
            <w:tcW w:w="1995" w:type="dxa"/>
          </w:tcPr>
          <w:p w14:paraId="5785A891" w14:textId="288AA46E" w:rsidR="00CD0AFF" w:rsidRPr="006B3D94" w:rsidRDefault="006B3D94">
            <w:pPr>
              <w:rPr>
                <w:lang w:val="ru-RU"/>
              </w:rPr>
            </w:pPr>
            <w:r>
              <w:rPr>
                <w:lang w:val="ru-RU"/>
              </w:rPr>
              <w:t>50 000</w:t>
            </w:r>
          </w:p>
        </w:tc>
      </w:tr>
      <w:tr w:rsidR="00CD0AFF" w14:paraId="582523FB" w14:textId="77777777">
        <w:tc>
          <w:tcPr>
            <w:tcW w:w="1995" w:type="dxa"/>
          </w:tcPr>
          <w:p w14:paraId="56FFF5D9" w14:textId="77777777" w:rsidR="00CD0AFF" w:rsidRDefault="00CD0AFF"/>
        </w:tc>
        <w:tc>
          <w:tcPr>
            <w:tcW w:w="1995" w:type="dxa"/>
          </w:tcPr>
          <w:p w14:paraId="34875B2D" w14:textId="77777777" w:rsidR="00CD0AFF" w:rsidRDefault="00B414D4">
            <w:r>
              <w:t>ИТОГО</w:t>
            </w:r>
          </w:p>
        </w:tc>
        <w:tc>
          <w:tcPr>
            <w:tcW w:w="1995" w:type="dxa"/>
          </w:tcPr>
          <w:p w14:paraId="47C1A2EA" w14:textId="77777777" w:rsidR="00CD0AFF" w:rsidRDefault="00CD0AFF"/>
        </w:tc>
        <w:tc>
          <w:tcPr>
            <w:tcW w:w="1995" w:type="dxa"/>
          </w:tcPr>
          <w:p w14:paraId="6A93D57B" w14:textId="77777777" w:rsidR="00CD0AFF" w:rsidRDefault="00CD0AFF"/>
        </w:tc>
        <w:tc>
          <w:tcPr>
            <w:tcW w:w="1995" w:type="dxa"/>
          </w:tcPr>
          <w:p w14:paraId="4471ADCB" w14:textId="77777777" w:rsidR="00CD0AFF" w:rsidRDefault="00B414D4">
            <w:r>
              <w:t>350 000</w:t>
            </w:r>
          </w:p>
        </w:tc>
      </w:tr>
    </w:tbl>
    <w:p w14:paraId="23E228DB" w14:textId="77777777" w:rsidR="00CD0AFF" w:rsidRDefault="00CD0AFF"/>
    <w:p w14:paraId="364616C7" w14:textId="77777777" w:rsidR="00CD0AFF" w:rsidRPr="00B414D4" w:rsidRDefault="00B414D4">
      <w:pPr>
        <w:rPr>
          <w:lang w:val="ru-RU"/>
        </w:rPr>
      </w:pPr>
      <w:r w:rsidRPr="00B414D4">
        <w:rPr>
          <w:lang w:val="ru-RU"/>
        </w:rPr>
        <w:t>Примечание: структура сметы адаптирована под социальный контракт. В отличие от инвестиционного проекта на крупный бюджет, здесь используется компактный формат точки и упор на стартовую закупку товара и быстрые продажи.</w:t>
      </w:r>
    </w:p>
    <w:p w14:paraId="39E49321" w14:textId="77777777" w:rsidR="00CD0AFF" w:rsidRPr="00B414D4" w:rsidRDefault="00CD0AFF">
      <w:pPr>
        <w:rPr>
          <w:lang w:val="ru-RU"/>
        </w:rPr>
      </w:pPr>
    </w:p>
    <w:p w14:paraId="10ED33BB" w14:textId="4A4F1575" w:rsidR="00CD0AFF" w:rsidRPr="00B414D4" w:rsidRDefault="00375003">
      <w:pPr>
        <w:pStyle w:val="21"/>
        <w:rPr>
          <w:lang w:val="ru-RU"/>
        </w:rPr>
      </w:pPr>
      <w:r>
        <w:rPr>
          <w:lang w:val="ru-RU"/>
        </w:rPr>
        <w:t>8</w:t>
      </w:r>
      <w:r w:rsidR="00B414D4" w:rsidRPr="00B414D4">
        <w:rPr>
          <w:lang w:val="ru-RU"/>
        </w:rPr>
        <w:t>. План маркетинга и продаж (каналы, акции, воронка)</w:t>
      </w:r>
    </w:p>
    <w:p w14:paraId="76E63F22" w14:textId="77777777" w:rsidR="00CD0AFF" w:rsidRDefault="00B414D4">
      <w:r w:rsidRPr="00B414D4">
        <w:rPr>
          <w:lang w:val="ru-RU"/>
        </w:rPr>
        <w:t xml:space="preserve">Маркетинг для косметики строится на доверии и повторяемости покупок. Клиент часто возвращается за тем же товаром или за следующими шагами ухода. </w:t>
      </w:r>
      <w:proofErr w:type="spellStart"/>
      <w:r>
        <w:t>Задача</w:t>
      </w:r>
      <w:proofErr w:type="spellEnd"/>
      <w:r>
        <w:t xml:space="preserve"> — </w:t>
      </w:r>
      <w:proofErr w:type="spellStart"/>
      <w:r>
        <w:t>сформировать</w:t>
      </w:r>
      <w:proofErr w:type="spellEnd"/>
      <w:r>
        <w:t xml:space="preserve"> </w:t>
      </w:r>
      <w:proofErr w:type="spellStart"/>
      <w:r>
        <w:t>базу</w:t>
      </w:r>
      <w:proofErr w:type="spellEnd"/>
      <w:r>
        <w:t xml:space="preserve"> постоянных клиентов и стабильный поток заказов.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2492"/>
        <w:gridCol w:w="2490"/>
        <w:gridCol w:w="2490"/>
        <w:gridCol w:w="2491"/>
      </w:tblGrid>
      <w:tr w:rsidR="00CD0AFF" w14:paraId="1AFBDAC5" w14:textId="77777777">
        <w:tc>
          <w:tcPr>
            <w:tcW w:w="2493" w:type="dxa"/>
          </w:tcPr>
          <w:p w14:paraId="7A10F003" w14:textId="77777777" w:rsidR="00CD0AFF" w:rsidRDefault="00B414D4">
            <w:r>
              <w:lastRenderedPageBreak/>
              <w:t>Канал</w:t>
            </w:r>
          </w:p>
        </w:tc>
        <w:tc>
          <w:tcPr>
            <w:tcW w:w="2493" w:type="dxa"/>
          </w:tcPr>
          <w:p w14:paraId="76D49C3F" w14:textId="77777777" w:rsidR="00CD0AFF" w:rsidRDefault="00B414D4">
            <w:r>
              <w:t>Что делаем</w:t>
            </w:r>
          </w:p>
        </w:tc>
        <w:tc>
          <w:tcPr>
            <w:tcW w:w="2493" w:type="dxa"/>
          </w:tcPr>
          <w:p w14:paraId="557B1226" w14:textId="77777777" w:rsidR="00CD0AFF" w:rsidRDefault="00B414D4">
            <w:r>
              <w:t>Периодичность</w:t>
            </w:r>
          </w:p>
        </w:tc>
        <w:tc>
          <w:tcPr>
            <w:tcW w:w="2493" w:type="dxa"/>
          </w:tcPr>
          <w:p w14:paraId="6D741FFB" w14:textId="77777777" w:rsidR="00CD0AFF" w:rsidRDefault="00B414D4">
            <w:r>
              <w:t>KPI/ожидаемый результат</w:t>
            </w:r>
          </w:p>
        </w:tc>
      </w:tr>
      <w:tr w:rsidR="00CD0AFF" w14:paraId="41A7CAAD" w14:textId="77777777">
        <w:tc>
          <w:tcPr>
            <w:tcW w:w="2493" w:type="dxa"/>
          </w:tcPr>
          <w:p w14:paraId="4B047156" w14:textId="77777777" w:rsidR="00CD0AFF" w:rsidRDefault="00B414D4">
            <w:r>
              <w:t>Оффлайн-точка</w:t>
            </w:r>
          </w:p>
        </w:tc>
        <w:tc>
          <w:tcPr>
            <w:tcW w:w="2493" w:type="dxa"/>
          </w:tcPr>
          <w:p w14:paraId="047CCBCF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выкладка хитов, тестеры, консультация, акции «набор ухода»</w:t>
            </w:r>
          </w:p>
        </w:tc>
        <w:tc>
          <w:tcPr>
            <w:tcW w:w="2493" w:type="dxa"/>
          </w:tcPr>
          <w:p w14:paraId="42A37654" w14:textId="77777777" w:rsidR="00CD0AFF" w:rsidRDefault="00B414D4">
            <w:proofErr w:type="spellStart"/>
            <w:r>
              <w:t>ежедневно</w:t>
            </w:r>
            <w:proofErr w:type="spellEnd"/>
          </w:p>
        </w:tc>
        <w:tc>
          <w:tcPr>
            <w:tcW w:w="2493" w:type="dxa"/>
          </w:tcPr>
          <w:p w14:paraId="13FF3BDA" w14:textId="77777777" w:rsidR="00CD0AFF" w:rsidRDefault="00B414D4">
            <w:r>
              <w:t>конверсия 10–20% от заинтересованных</w:t>
            </w:r>
          </w:p>
        </w:tc>
      </w:tr>
      <w:tr w:rsidR="00CD0AFF" w14:paraId="07AD38FC" w14:textId="77777777">
        <w:tc>
          <w:tcPr>
            <w:tcW w:w="2493" w:type="dxa"/>
          </w:tcPr>
          <w:p w14:paraId="5D171654" w14:textId="77777777" w:rsidR="00CD0AFF" w:rsidRDefault="00B414D4">
            <w:r>
              <w:t>ВК/Telegram</w:t>
            </w:r>
          </w:p>
        </w:tc>
        <w:tc>
          <w:tcPr>
            <w:tcW w:w="2493" w:type="dxa"/>
          </w:tcPr>
          <w:p w14:paraId="59C0794B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витрина товаров, подбор, отзывы, «до/после», разбор составов</w:t>
            </w:r>
          </w:p>
        </w:tc>
        <w:tc>
          <w:tcPr>
            <w:tcW w:w="2493" w:type="dxa"/>
          </w:tcPr>
          <w:p w14:paraId="47FA17D9" w14:textId="77777777" w:rsidR="00CD0AFF" w:rsidRDefault="00B414D4">
            <w:r>
              <w:t xml:space="preserve">4–6 </w:t>
            </w:r>
            <w:proofErr w:type="spellStart"/>
            <w:r>
              <w:t>постов</w:t>
            </w:r>
            <w:proofErr w:type="spellEnd"/>
            <w:r>
              <w:t>/</w:t>
            </w:r>
            <w:proofErr w:type="spellStart"/>
            <w:r>
              <w:t>нед</w:t>
            </w:r>
            <w:proofErr w:type="spellEnd"/>
          </w:p>
        </w:tc>
        <w:tc>
          <w:tcPr>
            <w:tcW w:w="2493" w:type="dxa"/>
          </w:tcPr>
          <w:p w14:paraId="6071C55C" w14:textId="77777777" w:rsidR="00CD0AFF" w:rsidRDefault="00B414D4">
            <w:r>
              <w:t>10–25 заявок/нед</w:t>
            </w:r>
          </w:p>
        </w:tc>
      </w:tr>
      <w:tr w:rsidR="00CD0AFF" w14:paraId="04CB0224" w14:textId="77777777">
        <w:tc>
          <w:tcPr>
            <w:tcW w:w="2493" w:type="dxa"/>
          </w:tcPr>
          <w:p w14:paraId="1B6FD7DE" w14:textId="77777777" w:rsidR="00CD0AFF" w:rsidRDefault="00B414D4">
            <w:r>
              <w:t>Авито/объявления</w:t>
            </w:r>
          </w:p>
        </w:tc>
        <w:tc>
          <w:tcPr>
            <w:tcW w:w="2493" w:type="dxa"/>
          </w:tcPr>
          <w:p w14:paraId="2CB91B98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 xml:space="preserve">карточки «хиты», </w:t>
            </w:r>
            <w:r>
              <w:t>SPF</w:t>
            </w:r>
            <w:r w:rsidRPr="00B414D4">
              <w:rPr>
                <w:lang w:val="ru-RU"/>
              </w:rPr>
              <w:t>, патчи, наборы</w:t>
            </w:r>
          </w:p>
        </w:tc>
        <w:tc>
          <w:tcPr>
            <w:tcW w:w="2493" w:type="dxa"/>
          </w:tcPr>
          <w:p w14:paraId="546455AF" w14:textId="77777777" w:rsidR="00CD0AFF" w:rsidRDefault="00B414D4">
            <w:r>
              <w:t xml:space="preserve">1–2 </w:t>
            </w:r>
            <w:proofErr w:type="spellStart"/>
            <w:r>
              <w:t>раза</w:t>
            </w:r>
            <w:proofErr w:type="spellEnd"/>
            <w:r>
              <w:t>/</w:t>
            </w:r>
            <w:proofErr w:type="spellStart"/>
            <w:r>
              <w:t>нед</w:t>
            </w:r>
            <w:proofErr w:type="spellEnd"/>
          </w:p>
        </w:tc>
        <w:tc>
          <w:tcPr>
            <w:tcW w:w="2493" w:type="dxa"/>
          </w:tcPr>
          <w:p w14:paraId="2837EEA5" w14:textId="77777777" w:rsidR="00CD0AFF" w:rsidRDefault="00B414D4">
            <w:r>
              <w:t>5–15 заявок/нед</w:t>
            </w:r>
          </w:p>
        </w:tc>
      </w:tr>
      <w:tr w:rsidR="00CD0AFF" w14:paraId="6BFAA498" w14:textId="77777777">
        <w:tc>
          <w:tcPr>
            <w:tcW w:w="2493" w:type="dxa"/>
          </w:tcPr>
          <w:p w14:paraId="7B1DDC84" w14:textId="77777777" w:rsidR="00CD0AFF" w:rsidRDefault="00B414D4">
            <w:r>
              <w:t>Карты (Яндекс/2ГИС)</w:t>
            </w:r>
          </w:p>
        </w:tc>
        <w:tc>
          <w:tcPr>
            <w:tcW w:w="2493" w:type="dxa"/>
          </w:tcPr>
          <w:p w14:paraId="43A1B20F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точка на карте, фото, прайс, отзывы</w:t>
            </w:r>
          </w:p>
        </w:tc>
        <w:tc>
          <w:tcPr>
            <w:tcW w:w="2493" w:type="dxa"/>
          </w:tcPr>
          <w:p w14:paraId="2D38B7E7" w14:textId="77777777" w:rsidR="00CD0AFF" w:rsidRDefault="00B414D4">
            <w:proofErr w:type="spellStart"/>
            <w:r>
              <w:t>постоянно</w:t>
            </w:r>
            <w:proofErr w:type="spellEnd"/>
          </w:p>
        </w:tc>
        <w:tc>
          <w:tcPr>
            <w:tcW w:w="2493" w:type="dxa"/>
          </w:tcPr>
          <w:p w14:paraId="73F3D336" w14:textId="77777777" w:rsidR="00CD0AFF" w:rsidRDefault="00B414D4">
            <w:r>
              <w:t>тёплые заявки из поиска</w:t>
            </w:r>
          </w:p>
        </w:tc>
      </w:tr>
      <w:tr w:rsidR="00CD0AFF" w14:paraId="0B7A83BD" w14:textId="77777777">
        <w:tc>
          <w:tcPr>
            <w:tcW w:w="2493" w:type="dxa"/>
          </w:tcPr>
          <w:p w14:paraId="09893D4E" w14:textId="77777777" w:rsidR="00CD0AFF" w:rsidRDefault="00B414D4">
            <w:r>
              <w:t>Партнёрства</w:t>
            </w:r>
          </w:p>
        </w:tc>
        <w:tc>
          <w:tcPr>
            <w:tcW w:w="2493" w:type="dxa"/>
          </w:tcPr>
          <w:p w14:paraId="710183F8" w14:textId="77777777" w:rsidR="00CD0AFF" w:rsidRPr="00B414D4" w:rsidRDefault="00B414D4">
            <w:pPr>
              <w:rPr>
                <w:lang w:val="ru-RU"/>
              </w:rPr>
            </w:pPr>
            <w:proofErr w:type="spellStart"/>
            <w:r w:rsidRPr="00B414D4">
              <w:rPr>
                <w:lang w:val="ru-RU"/>
              </w:rPr>
              <w:t>бровисты</w:t>
            </w:r>
            <w:proofErr w:type="spellEnd"/>
            <w:r w:rsidRPr="00B414D4">
              <w:rPr>
                <w:lang w:val="ru-RU"/>
              </w:rPr>
              <w:t>, визажисты, косметологи, фитнес-студии</w:t>
            </w:r>
          </w:p>
        </w:tc>
        <w:tc>
          <w:tcPr>
            <w:tcW w:w="2493" w:type="dxa"/>
          </w:tcPr>
          <w:p w14:paraId="6230A87E" w14:textId="77777777" w:rsidR="00CD0AFF" w:rsidRDefault="00B414D4">
            <w:r>
              <w:t xml:space="preserve">2–4 </w:t>
            </w:r>
            <w:proofErr w:type="spellStart"/>
            <w:r>
              <w:t>контакта</w:t>
            </w:r>
            <w:proofErr w:type="spellEnd"/>
            <w:r>
              <w:t>/</w:t>
            </w:r>
            <w:proofErr w:type="spellStart"/>
            <w:r>
              <w:t>мес</w:t>
            </w:r>
            <w:proofErr w:type="spellEnd"/>
          </w:p>
        </w:tc>
        <w:tc>
          <w:tcPr>
            <w:tcW w:w="2493" w:type="dxa"/>
          </w:tcPr>
          <w:p w14:paraId="7FBCDD16" w14:textId="77777777" w:rsidR="00CD0AFF" w:rsidRDefault="00B414D4">
            <w:r>
              <w:t>поток по рекомендациям</w:t>
            </w:r>
          </w:p>
        </w:tc>
      </w:tr>
      <w:tr w:rsidR="00CD0AFF" w14:paraId="2220699E" w14:textId="77777777">
        <w:tc>
          <w:tcPr>
            <w:tcW w:w="2493" w:type="dxa"/>
          </w:tcPr>
          <w:p w14:paraId="761CAF1E" w14:textId="77777777" w:rsidR="00CD0AFF" w:rsidRDefault="00B414D4">
            <w:r>
              <w:t>Сарафан</w:t>
            </w:r>
          </w:p>
        </w:tc>
        <w:tc>
          <w:tcPr>
            <w:tcW w:w="2493" w:type="dxa"/>
          </w:tcPr>
          <w:p w14:paraId="4576FA59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бонус за рекомендацию, «подарок в заказ»</w:t>
            </w:r>
          </w:p>
        </w:tc>
        <w:tc>
          <w:tcPr>
            <w:tcW w:w="2493" w:type="dxa"/>
          </w:tcPr>
          <w:p w14:paraId="006F0A44" w14:textId="77777777" w:rsidR="00CD0AFF" w:rsidRDefault="00B414D4">
            <w:proofErr w:type="spellStart"/>
            <w:r>
              <w:t>постоянно</w:t>
            </w:r>
            <w:proofErr w:type="spellEnd"/>
          </w:p>
        </w:tc>
        <w:tc>
          <w:tcPr>
            <w:tcW w:w="2493" w:type="dxa"/>
          </w:tcPr>
          <w:p w14:paraId="3EE995B0" w14:textId="77777777" w:rsidR="00CD0AFF" w:rsidRDefault="00B414D4">
            <w:r>
              <w:t>20–35% продаж по рекомендациям</w:t>
            </w:r>
          </w:p>
        </w:tc>
      </w:tr>
    </w:tbl>
    <w:p w14:paraId="508087D2" w14:textId="77777777" w:rsidR="00CD0AFF" w:rsidRDefault="00CD0AFF"/>
    <w:p w14:paraId="6DE770AF" w14:textId="5E36ADE8" w:rsidR="00CD0AFF" w:rsidRDefault="00375003">
      <w:pPr>
        <w:pStyle w:val="31"/>
      </w:pPr>
      <w:r>
        <w:rPr>
          <w:lang w:val="ru-RU"/>
        </w:rPr>
        <w:t>8</w:t>
      </w:r>
      <w:r w:rsidR="00B414D4">
        <w:t>.1. Воронка продаж (пошагово)</w:t>
      </w:r>
    </w:p>
    <w:p w14:paraId="62DACAE7" w14:textId="77777777" w:rsidR="00CD0AFF" w:rsidRPr="00B414D4" w:rsidRDefault="00B414D4">
      <w:pPr>
        <w:pStyle w:val="a"/>
        <w:rPr>
          <w:lang w:val="ru-RU"/>
        </w:rPr>
      </w:pPr>
      <w:r w:rsidRPr="00B414D4">
        <w:rPr>
          <w:lang w:val="ru-RU"/>
        </w:rPr>
        <w:t>Контакт: клиент увидел точку/пост/объявление и заинтересовался.</w:t>
      </w:r>
    </w:p>
    <w:p w14:paraId="7EA6FE52" w14:textId="77777777" w:rsidR="00CD0AFF" w:rsidRPr="00B414D4" w:rsidRDefault="00B414D4">
      <w:pPr>
        <w:pStyle w:val="a"/>
        <w:rPr>
          <w:lang w:val="ru-RU"/>
        </w:rPr>
      </w:pPr>
      <w:r w:rsidRPr="00B414D4">
        <w:rPr>
          <w:lang w:val="ru-RU"/>
        </w:rPr>
        <w:t>Диагностика: уточняем тип кожи, запрос (акне/сухость/пигментация/</w:t>
      </w:r>
      <w:proofErr w:type="spellStart"/>
      <w:r w:rsidRPr="00B414D4">
        <w:rPr>
          <w:lang w:val="ru-RU"/>
        </w:rPr>
        <w:t>антивозраст</w:t>
      </w:r>
      <w:proofErr w:type="spellEnd"/>
      <w:r w:rsidRPr="00B414D4">
        <w:rPr>
          <w:lang w:val="ru-RU"/>
        </w:rPr>
        <w:t>).</w:t>
      </w:r>
    </w:p>
    <w:p w14:paraId="67777A09" w14:textId="77777777" w:rsidR="00CD0AFF" w:rsidRPr="00B414D4" w:rsidRDefault="00B414D4">
      <w:pPr>
        <w:pStyle w:val="a"/>
        <w:rPr>
          <w:lang w:val="ru-RU"/>
        </w:rPr>
      </w:pPr>
      <w:r w:rsidRPr="00B414D4">
        <w:rPr>
          <w:lang w:val="ru-RU"/>
        </w:rPr>
        <w:t>Подбор: предлагаем 2–3 варианта в разном бюджете, объясняем применение.</w:t>
      </w:r>
    </w:p>
    <w:p w14:paraId="6D919AFC" w14:textId="77777777" w:rsidR="00CD0AFF" w:rsidRPr="00B414D4" w:rsidRDefault="00B414D4">
      <w:pPr>
        <w:pStyle w:val="a"/>
        <w:rPr>
          <w:lang w:val="ru-RU"/>
        </w:rPr>
      </w:pPr>
      <w:r w:rsidRPr="00B414D4">
        <w:rPr>
          <w:lang w:val="ru-RU"/>
        </w:rPr>
        <w:t>Первая покупка: часто — набор или «хит + маски/патчи».</w:t>
      </w:r>
    </w:p>
    <w:p w14:paraId="05F3AF16" w14:textId="77777777" w:rsidR="00CD0AFF" w:rsidRPr="00B414D4" w:rsidRDefault="00B414D4">
      <w:pPr>
        <w:pStyle w:val="a"/>
        <w:rPr>
          <w:lang w:val="ru-RU"/>
        </w:rPr>
      </w:pPr>
      <w:r w:rsidRPr="00B414D4">
        <w:rPr>
          <w:lang w:val="ru-RU"/>
        </w:rPr>
        <w:t>Сопровождение: через 7–10 дней спрашиваем результат, даём следующий шаг ухода.</w:t>
      </w:r>
    </w:p>
    <w:p w14:paraId="70908414" w14:textId="77777777" w:rsidR="00CD0AFF" w:rsidRPr="00B414D4" w:rsidRDefault="00B414D4">
      <w:pPr>
        <w:pStyle w:val="a"/>
        <w:rPr>
          <w:lang w:val="ru-RU"/>
        </w:rPr>
      </w:pPr>
      <w:r w:rsidRPr="00B414D4">
        <w:rPr>
          <w:lang w:val="ru-RU"/>
        </w:rPr>
        <w:t>Повтор: через 4–6 недель — повторная покупка/расширение набора.</w:t>
      </w:r>
    </w:p>
    <w:p w14:paraId="7327F018" w14:textId="77777777" w:rsidR="00CD0AFF" w:rsidRPr="00B414D4" w:rsidRDefault="00CD0AFF">
      <w:pPr>
        <w:rPr>
          <w:lang w:val="ru-RU"/>
        </w:rPr>
      </w:pPr>
    </w:p>
    <w:p w14:paraId="5E32BA3C" w14:textId="76E30D25" w:rsidR="00CD0AFF" w:rsidRDefault="00375003">
      <w:pPr>
        <w:pStyle w:val="31"/>
      </w:pPr>
      <w:r>
        <w:rPr>
          <w:lang w:val="ru-RU"/>
        </w:rPr>
        <w:t>8</w:t>
      </w:r>
      <w:r w:rsidR="00B414D4">
        <w:t>.2. Стартовые акции (первые 30 дней)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3321"/>
        <w:gridCol w:w="3321"/>
        <w:gridCol w:w="3321"/>
      </w:tblGrid>
      <w:tr w:rsidR="00CD0AFF" w14:paraId="1A48B740" w14:textId="77777777">
        <w:tc>
          <w:tcPr>
            <w:tcW w:w="3324" w:type="dxa"/>
          </w:tcPr>
          <w:p w14:paraId="5B1F70D4" w14:textId="77777777" w:rsidR="00CD0AFF" w:rsidRDefault="00B414D4">
            <w:r>
              <w:t>Акция</w:t>
            </w:r>
          </w:p>
        </w:tc>
        <w:tc>
          <w:tcPr>
            <w:tcW w:w="3324" w:type="dxa"/>
          </w:tcPr>
          <w:p w14:paraId="60385778" w14:textId="77777777" w:rsidR="00CD0AFF" w:rsidRDefault="00B414D4">
            <w:r>
              <w:t>Условия</w:t>
            </w:r>
          </w:p>
        </w:tc>
        <w:tc>
          <w:tcPr>
            <w:tcW w:w="3324" w:type="dxa"/>
          </w:tcPr>
          <w:p w14:paraId="6C808A5B" w14:textId="77777777" w:rsidR="00CD0AFF" w:rsidRDefault="00B414D4">
            <w:r>
              <w:t>Цель</w:t>
            </w:r>
          </w:p>
        </w:tc>
      </w:tr>
      <w:tr w:rsidR="00CD0AFF" w14:paraId="1783BD24" w14:textId="77777777">
        <w:tc>
          <w:tcPr>
            <w:tcW w:w="3324" w:type="dxa"/>
          </w:tcPr>
          <w:p w14:paraId="72AAE531" w14:textId="77777777" w:rsidR="00CD0AFF" w:rsidRDefault="00B414D4">
            <w:r>
              <w:t>«Набор ухода со скидкой»</w:t>
            </w:r>
          </w:p>
        </w:tc>
        <w:tc>
          <w:tcPr>
            <w:tcW w:w="3324" w:type="dxa"/>
          </w:tcPr>
          <w:p w14:paraId="21278BED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скидка 5–10% при покупке 3 шагов ухода</w:t>
            </w:r>
          </w:p>
        </w:tc>
        <w:tc>
          <w:tcPr>
            <w:tcW w:w="3324" w:type="dxa"/>
          </w:tcPr>
          <w:p w14:paraId="052FD825" w14:textId="77777777" w:rsidR="00CD0AFF" w:rsidRDefault="00B414D4">
            <w:proofErr w:type="spellStart"/>
            <w:r>
              <w:t>увеличить</w:t>
            </w:r>
            <w:proofErr w:type="spellEnd"/>
            <w:r>
              <w:t xml:space="preserve"> </w:t>
            </w:r>
            <w:proofErr w:type="spellStart"/>
            <w:r>
              <w:t>средний</w:t>
            </w:r>
            <w:proofErr w:type="spellEnd"/>
            <w:r>
              <w:t xml:space="preserve"> </w:t>
            </w:r>
            <w:proofErr w:type="spellStart"/>
            <w:r>
              <w:t>чек</w:t>
            </w:r>
            <w:proofErr w:type="spellEnd"/>
          </w:p>
        </w:tc>
      </w:tr>
      <w:tr w:rsidR="00CD0AFF" w14:paraId="527B052E" w14:textId="77777777">
        <w:tc>
          <w:tcPr>
            <w:tcW w:w="3324" w:type="dxa"/>
          </w:tcPr>
          <w:p w14:paraId="33FBBC4F" w14:textId="77777777" w:rsidR="00CD0AFF" w:rsidRDefault="00B414D4">
            <w:r>
              <w:t>«Пробник/маска в подарок»</w:t>
            </w:r>
          </w:p>
        </w:tc>
        <w:tc>
          <w:tcPr>
            <w:tcW w:w="3324" w:type="dxa"/>
          </w:tcPr>
          <w:p w14:paraId="5B73FF4F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подарок при покупке от 1 500 руб.</w:t>
            </w:r>
          </w:p>
        </w:tc>
        <w:tc>
          <w:tcPr>
            <w:tcW w:w="3324" w:type="dxa"/>
          </w:tcPr>
          <w:p w14:paraId="0C166706" w14:textId="77777777" w:rsidR="00CD0AFF" w:rsidRDefault="00B414D4">
            <w:proofErr w:type="spellStart"/>
            <w:r>
              <w:t>стимулировать</w:t>
            </w:r>
            <w:proofErr w:type="spellEnd"/>
            <w:r>
              <w:t xml:space="preserve"> </w:t>
            </w:r>
            <w:proofErr w:type="spellStart"/>
            <w:r>
              <w:t>повтор</w:t>
            </w:r>
            <w:proofErr w:type="spellEnd"/>
          </w:p>
        </w:tc>
      </w:tr>
      <w:tr w:rsidR="00CD0AFF" w14:paraId="4D089770" w14:textId="77777777">
        <w:tc>
          <w:tcPr>
            <w:tcW w:w="3324" w:type="dxa"/>
          </w:tcPr>
          <w:p w14:paraId="548291CC" w14:textId="77777777" w:rsidR="00CD0AFF" w:rsidRDefault="00B414D4">
            <w:r>
              <w:t>«Скидка за отзыв»</w:t>
            </w:r>
          </w:p>
        </w:tc>
        <w:tc>
          <w:tcPr>
            <w:tcW w:w="3324" w:type="dxa"/>
          </w:tcPr>
          <w:p w14:paraId="30202204" w14:textId="77777777" w:rsidR="00CD0AFF" w:rsidRDefault="00B414D4">
            <w:r>
              <w:t>50–100 руб. на следующую покупку</w:t>
            </w:r>
          </w:p>
        </w:tc>
        <w:tc>
          <w:tcPr>
            <w:tcW w:w="3324" w:type="dxa"/>
          </w:tcPr>
          <w:p w14:paraId="5BC5C44D" w14:textId="77777777" w:rsidR="00CD0AFF" w:rsidRDefault="00B414D4">
            <w:r>
              <w:t>быстро собрать отзывы</w:t>
            </w:r>
          </w:p>
        </w:tc>
      </w:tr>
      <w:tr w:rsidR="00CD0AFF" w14:paraId="3A48BAAA" w14:textId="77777777">
        <w:tc>
          <w:tcPr>
            <w:tcW w:w="3324" w:type="dxa"/>
          </w:tcPr>
          <w:p w14:paraId="5DA678E1" w14:textId="77777777" w:rsidR="00CD0AFF" w:rsidRDefault="00B414D4">
            <w:r>
              <w:t>«Партнёрский купон»</w:t>
            </w:r>
          </w:p>
        </w:tc>
        <w:tc>
          <w:tcPr>
            <w:tcW w:w="3324" w:type="dxa"/>
          </w:tcPr>
          <w:p w14:paraId="56783DBB" w14:textId="77777777" w:rsidR="00CD0AFF" w:rsidRDefault="00B414D4">
            <w:r>
              <w:t>купон от бьюти-мастера</w:t>
            </w:r>
          </w:p>
        </w:tc>
        <w:tc>
          <w:tcPr>
            <w:tcW w:w="3324" w:type="dxa"/>
          </w:tcPr>
          <w:p w14:paraId="5DE521A6" w14:textId="77777777" w:rsidR="00CD0AFF" w:rsidRDefault="00B414D4">
            <w:r>
              <w:t>получить трафик от партнёров</w:t>
            </w:r>
          </w:p>
        </w:tc>
      </w:tr>
    </w:tbl>
    <w:p w14:paraId="132DF20A" w14:textId="77777777" w:rsidR="00CD0AFF" w:rsidRDefault="00CD0AFF"/>
    <w:p w14:paraId="64AB1AC9" w14:textId="0F657280" w:rsidR="00CD0AFF" w:rsidRPr="00B414D4" w:rsidRDefault="00375003">
      <w:pPr>
        <w:pStyle w:val="21"/>
        <w:rPr>
          <w:lang w:val="ru-RU"/>
        </w:rPr>
      </w:pPr>
      <w:r>
        <w:rPr>
          <w:lang w:val="ru-RU"/>
        </w:rPr>
        <w:lastRenderedPageBreak/>
        <w:t>9</w:t>
      </w:r>
      <w:r w:rsidR="00B414D4" w:rsidRPr="00B414D4">
        <w:rPr>
          <w:lang w:val="ru-RU"/>
        </w:rPr>
        <w:t>. Финансовый план (доходы, расходы, прибыль)</w:t>
      </w:r>
    </w:p>
    <w:p w14:paraId="132F70DB" w14:textId="12C39225" w:rsidR="00CD0AFF" w:rsidRPr="00B414D4" w:rsidRDefault="00B414D4" w:rsidP="00375003">
      <w:pPr>
        <w:jc w:val="both"/>
        <w:rPr>
          <w:lang w:val="ru-RU"/>
        </w:rPr>
      </w:pPr>
      <w:r w:rsidRPr="00B414D4">
        <w:rPr>
          <w:lang w:val="ru-RU"/>
        </w:rPr>
        <w:t>Финансовый план представлен в упрощённой форме</w:t>
      </w:r>
      <w:r w:rsidR="00375003">
        <w:rPr>
          <w:lang w:val="ru-RU"/>
        </w:rPr>
        <w:t>.</w:t>
      </w:r>
      <w:r w:rsidRPr="00B414D4">
        <w:rPr>
          <w:lang w:val="ru-RU"/>
        </w:rPr>
        <w:t xml:space="preserve"> Основная статья расходов в торговле косметикой — закупка товара (себестоимость). Прибыль формируется за счёт торговой наценки и скорости оборачиваемости.</w:t>
      </w:r>
    </w:p>
    <w:p w14:paraId="1E094140" w14:textId="0015EC96" w:rsidR="00CD0AFF" w:rsidRDefault="00375003">
      <w:pPr>
        <w:pStyle w:val="31"/>
      </w:pPr>
      <w:r>
        <w:rPr>
          <w:lang w:val="ru-RU"/>
        </w:rPr>
        <w:t>9</w:t>
      </w:r>
      <w:r w:rsidR="00B414D4">
        <w:t>.1. Ежемесячные расходы (оценка)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3322"/>
        <w:gridCol w:w="3320"/>
        <w:gridCol w:w="3321"/>
      </w:tblGrid>
      <w:tr w:rsidR="00CD0AFF" w14:paraId="10385B32" w14:textId="77777777" w:rsidTr="00375003">
        <w:tc>
          <w:tcPr>
            <w:tcW w:w="3322" w:type="dxa"/>
          </w:tcPr>
          <w:p w14:paraId="6418F6DC" w14:textId="77777777" w:rsidR="00CD0AFF" w:rsidRDefault="00B414D4">
            <w:r>
              <w:t>Статья</w:t>
            </w:r>
          </w:p>
        </w:tc>
        <w:tc>
          <w:tcPr>
            <w:tcW w:w="3320" w:type="dxa"/>
          </w:tcPr>
          <w:p w14:paraId="2CC3421F" w14:textId="77777777" w:rsidR="00CD0AFF" w:rsidRDefault="00B414D4">
            <w:r>
              <w:t>Сумма, руб./мес.</w:t>
            </w:r>
          </w:p>
        </w:tc>
        <w:tc>
          <w:tcPr>
            <w:tcW w:w="3321" w:type="dxa"/>
          </w:tcPr>
          <w:p w14:paraId="59CC5DD3" w14:textId="77777777" w:rsidR="00CD0AFF" w:rsidRDefault="00B414D4">
            <w:r>
              <w:t>Комментарий</w:t>
            </w:r>
          </w:p>
        </w:tc>
      </w:tr>
      <w:tr w:rsidR="00CD0AFF" w14:paraId="20DC0822" w14:textId="77777777" w:rsidTr="00375003">
        <w:tc>
          <w:tcPr>
            <w:tcW w:w="3322" w:type="dxa"/>
          </w:tcPr>
          <w:p w14:paraId="5D0F4416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Аренда места/уголка (если есть)</w:t>
            </w:r>
          </w:p>
        </w:tc>
        <w:tc>
          <w:tcPr>
            <w:tcW w:w="3320" w:type="dxa"/>
          </w:tcPr>
          <w:p w14:paraId="2DB3DF4D" w14:textId="77777777" w:rsidR="00CD0AFF" w:rsidRDefault="00B414D4">
            <w:r>
              <w:t>10 000–20 000</w:t>
            </w:r>
          </w:p>
        </w:tc>
        <w:tc>
          <w:tcPr>
            <w:tcW w:w="3321" w:type="dxa"/>
          </w:tcPr>
          <w:p w14:paraId="688A689C" w14:textId="77777777" w:rsidR="00CD0AFF" w:rsidRDefault="00B414D4">
            <w:r>
              <w:t>зависит от локации</w:t>
            </w:r>
          </w:p>
        </w:tc>
      </w:tr>
      <w:tr w:rsidR="00CD0AFF" w14:paraId="43F42952" w14:textId="77777777" w:rsidTr="00375003">
        <w:tc>
          <w:tcPr>
            <w:tcW w:w="3322" w:type="dxa"/>
          </w:tcPr>
          <w:p w14:paraId="3430C390" w14:textId="77777777" w:rsidR="00CD0AFF" w:rsidRDefault="00B414D4">
            <w:r>
              <w:t>Коммунальные/связь</w:t>
            </w:r>
          </w:p>
        </w:tc>
        <w:tc>
          <w:tcPr>
            <w:tcW w:w="3320" w:type="dxa"/>
          </w:tcPr>
          <w:p w14:paraId="4DCB4287" w14:textId="77777777" w:rsidR="00CD0AFF" w:rsidRDefault="00B414D4">
            <w:r>
              <w:t>500–1 500</w:t>
            </w:r>
          </w:p>
        </w:tc>
        <w:tc>
          <w:tcPr>
            <w:tcW w:w="3321" w:type="dxa"/>
          </w:tcPr>
          <w:p w14:paraId="09C41F5F" w14:textId="77777777" w:rsidR="00CD0AFF" w:rsidRDefault="00B414D4">
            <w:r>
              <w:t>если включено отдельно</w:t>
            </w:r>
          </w:p>
        </w:tc>
      </w:tr>
      <w:tr w:rsidR="00CD0AFF" w14:paraId="1A4933A7" w14:textId="77777777" w:rsidTr="00375003">
        <w:tc>
          <w:tcPr>
            <w:tcW w:w="3322" w:type="dxa"/>
          </w:tcPr>
          <w:p w14:paraId="08E21645" w14:textId="77777777" w:rsidR="00CD0AFF" w:rsidRDefault="00B414D4">
            <w:r>
              <w:t>Упаковка/расходники</w:t>
            </w:r>
          </w:p>
        </w:tc>
        <w:tc>
          <w:tcPr>
            <w:tcW w:w="3320" w:type="dxa"/>
          </w:tcPr>
          <w:p w14:paraId="647D029F" w14:textId="77777777" w:rsidR="00CD0AFF" w:rsidRDefault="00B414D4">
            <w:r>
              <w:t>1 500–4 000</w:t>
            </w:r>
          </w:p>
        </w:tc>
        <w:tc>
          <w:tcPr>
            <w:tcW w:w="3321" w:type="dxa"/>
          </w:tcPr>
          <w:p w14:paraId="2ADA7863" w14:textId="77777777" w:rsidR="00CD0AFF" w:rsidRDefault="00B414D4">
            <w:r>
              <w:t>пакеты, коробки, наклейки</w:t>
            </w:r>
          </w:p>
        </w:tc>
      </w:tr>
      <w:tr w:rsidR="00CD0AFF" w14:paraId="4BC9819E" w14:textId="77777777" w:rsidTr="00375003">
        <w:tc>
          <w:tcPr>
            <w:tcW w:w="3322" w:type="dxa"/>
          </w:tcPr>
          <w:p w14:paraId="054F3E4D" w14:textId="77777777" w:rsidR="00CD0AFF" w:rsidRDefault="00B414D4">
            <w:r>
              <w:t>Продвижение</w:t>
            </w:r>
          </w:p>
        </w:tc>
        <w:tc>
          <w:tcPr>
            <w:tcW w:w="3320" w:type="dxa"/>
          </w:tcPr>
          <w:p w14:paraId="4C15BF07" w14:textId="77777777" w:rsidR="00CD0AFF" w:rsidRDefault="00B414D4">
            <w:r>
              <w:t>2 000–6 000</w:t>
            </w:r>
          </w:p>
        </w:tc>
        <w:tc>
          <w:tcPr>
            <w:tcW w:w="3321" w:type="dxa"/>
          </w:tcPr>
          <w:p w14:paraId="794E4C14" w14:textId="77777777" w:rsidR="00CD0AFF" w:rsidRDefault="00B414D4">
            <w:r>
              <w:t>объявления, таргет по району</w:t>
            </w:r>
          </w:p>
        </w:tc>
      </w:tr>
      <w:tr w:rsidR="00CD0AFF" w14:paraId="204FE5C5" w14:textId="77777777" w:rsidTr="00375003">
        <w:tc>
          <w:tcPr>
            <w:tcW w:w="3322" w:type="dxa"/>
          </w:tcPr>
          <w:p w14:paraId="0C7E6909" w14:textId="77777777" w:rsidR="00CD0AFF" w:rsidRDefault="00B414D4">
            <w:r>
              <w:t>Закупка товара (себестоимость)</w:t>
            </w:r>
          </w:p>
        </w:tc>
        <w:tc>
          <w:tcPr>
            <w:tcW w:w="3320" w:type="dxa"/>
          </w:tcPr>
          <w:p w14:paraId="6890418E" w14:textId="77777777" w:rsidR="00CD0AFF" w:rsidRDefault="00B414D4">
            <w:r>
              <w:t>55–65% выручки</w:t>
            </w:r>
          </w:p>
        </w:tc>
        <w:tc>
          <w:tcPr>
            <w:tcW w:w="3321" w:type="dxa"/>
          </w:tcPr>
          <w:p w14:paraId="012FC2C6" w14:textId="77777777" w:rsidR="00CD0AFF" w:rsidRDefault="00B414D4">
            <w:r>
              <w:t>основная переменная статья</w:t>
            </w:r>
          </w:p>
        </w:tc>
      </w:tr>
      <w:tr w:rsidR="00CD0AFF" w14:paraId="27E0F2D2" w14:textId="77777777" w:rsidTr="00375003">
        <w:tc>
          <w:tcPr>
            <w:tcW w:w="3322" w:type="dxa"/>
          </w:tcPr>
          <w:p w14:paraId="342E871E" w14:textId="73CA54DE" w:rsidR="00CD0AFF" w:rsidRDefault="00B414D4">
            <w:r>
              <w:t xml:space="preserve">Налог </w:t>
            </w:r>
          </w:p>
        </w:tc>
        <w:tc>
          <w:tcPr>
            <w:tcW w:w="3320" w:type="dxa"/>
          </w:tcPr>
          <w:p w14:paraId="780252FD" w14:textId="4AB145FC" w:rsidR="00CD0AFF" w:rsidRDefault="00CD0AFF"/>
        </w:tc>
        <w:tc>
          <w:tcPr>
            <w:tcW w:w="3321" w:type="dxa"/>
          </w:tcPr>
          <w:p w14:paraId="0C36A83D" w14:textId="3426AC6B" w:rsidR="00CD0AFF" w:rsidRDefault="00CD0AFF"/>
        </w:tc>
      </w:tr>
      <w:tr w:rsidR="00375003" w14:paraId="7C1AD41D" w14:textId="77777777" w:rsidTr="00375003">
        <w:tc>
          <w:tcPr>
            <w:tcW w:w="3322" w:type="dxa"/>
          </w:tcPr>
          <w:p w14:paraId="2EA83BAB" w14:textId="7A1A601A" w:rsidR="00375003" w:rsidRPr="00375003" w:rsidRDefault="00375003">
            <w:pPr>
              <w:rPr>
                <w:lang w:val="ru-RU"/>
              </w:rPr>
            </w:pPr>
            <w:r>
              <w:rPr>
                <w:lang w:val="ru-RU"/>
              </w:rPr>
              <w:t xml:space="preserve">Страховые взносы за ИП </w:t>
            </w:r>
          </w:p>
        </w:tc>
        <w:tc>
          <w:tcPr>
            <w:tcW w:w="3320" w:type="dxa"/>
          </w:tcPr>
          <w:p w14:paraId="0705CC1E" w14:textId="77777777" w:rsidR="00375003" w:rsidRDefault="00375003"/>
        </w:tc>
        <w:tc>
          <w:tcPr>
            <w:tcW w:w="3321" w:type="dxa"/>
          </w:tcPr>
          <w:p w14:paraId="047448D5" w14:textId="77777777" w:rsidR="00375003" w:rsidRDefault="00375003"/>
        </w:tc>
      </w:tr>
    </w:tbl>
    <w:p w14:paraId="7BD020C7" w14:textId="77777777" w:rsidR="00CD0AFF" w:rsidRDefault="00CD0AFF"/>
    <w:p w14:paraId="7A865EDC" w14:textId="5685D14A" w:rsidR="00CD0AFF" w:rsidRDefault="00375003">
      <w:pPr>
        <w:pStyle w:val="31"/>
      </w:pPr>
      <w:r>
        <w:rPr>
          <w:lang w:val="ru-RU"/>
        </w:rPr>
        <w:t>9</w:t>
      </w:r>
      <w:r w:rsidR="00B414D4">
        <w:t>.2. План продаж: сценарии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1943"/>
        <w:gridCol w:w="1636"/>
        <w:gridCol w:w="1564"/>
        <w:gridCol w:w="1653"/>
        <w:gridCol w:w="1604"/>
        <w:gridCol w:w="1563"/>
      </w:tblGrid>
      <w:tr w:rsidR="00CD0AFF" w14:paraId="6C3CCC07" w14:textId="77777777">
        <w:tc>
          <w:tcPr>
            <w:tcW w:w="1662" w:type="dxa"/>
          </w:tcPr>
          <w:p w14:paraId="0FF225C5" w14:textId="77777777" w:rsidR="00CD0AFF" w:rsidRDefault="00B414D4">
            <w:r>
              <w:t>Сценарий</w:t>
            </w:r>
          </w:p>
        </w:tc>
        <w:tc>
          <w:tcPr>
            <w:tcW w:w="1662" w:type="dxa"/>
          </w:tcPr>
          <w:p w14:paraId="579FB62E" w14:textId="77777777" w:rsidR="00CD0AFF" w:rsidRDefault="00B414D4">
            <w:r>
              <w:t>Продаж/мес. (чеков)</w:t>
            </w:r>
          </w:p>
        </w:tc>
        <w:tc>
          <w:tcPr>
            <w:tcW w:w="1662" w:type="dxa"/>
          </w:tcPr>
          <w:p w14:paraId="251CE4B8" w14:textId="77777777" w:rsidR="00CD0AFF" w:rsidRDefault="00B414D4">
            <w:r>
              <w:t>Средний чек</w:t>
            </w:r>
          </w:p>
        </w:tc>
        <w:tc>
          <w:tcPr>
            <w:tcW w:w="1662" w:type="dxa"/>
          </w:tcPr>
          <w:p w14:paraId="607F30CC" w14:textId="77777777" w:rsidR="00CD0AFF" w:rsidRDefault="00B414D4">
            <w:r>
              <w:t>Выручка/мес.</w:t>
            </w:r>
          </w:p>
        </w:tc>
        <w:tc>
          <w:tcPr>
            <w:tcW w:w="1662" w:type="dxa"/>
          </w:tcPr>
          <w:p w14:paraId="0A7FE6AB" w14:textId="77777777" w:rsidR="00CD0AFF" w:rsidRDefault="00B414D4">
            <w:r>
              <w:t>Валовая маржа (ориентир)</w:t>
            </w:r>
          </w:p>
        </w:tc>
        <w:tc>
          <w:tcPr>
            <w:tcW w:w="1662" w:type="dxa"/>
          </w:tcPr>
          <w:p w14:paraId="67C0D874" w14:textId="77777777" w:rsidR="00CD0AFF" w:rsidRDefault="00B414D4">
            <w:r>
              <w:t>Чистая прибыль (оценка)</w:t>
            </w:r>
          </w:p>
        </w:tc>
      </w:tr>
      <w:tr w:rsidR="00CD0AFF" w14:paraId="14A45497" w14:textId="77777777">
        <w:tc>
          <w:tcPr>
            <w:tcW w:w="1662" w:type="dxa"/>
          </w:tcPr>
          <w:p w14:paraId="736C2C57" w14:textId="77777777" w:rsidR="00CD0AFF" w:rsidRDefault="00B414D4">
            <w:r>
              <w:t>Консервативный</w:t>
            </w:r>
          </w:p>
        </w:tc>
        <w:tc>
          <w:tcPr>
            <w:tcW w:w="1662" w:type="dxa"/>
          </w:tcPr>
          <w:p w14:paraId="17EDF2EE" w14:textId="77777777" w:rsidR="00CD0AFF" w:rsidRDefault="00B414D4">
            <w:r>
              <w:t>80</w:t>
            </w:r>
          </w:p>
        </w:tc>
        <w:tc>
          <w:tcPr>
            <w:tcW w:w="1662" w:type="dxa"/>
          </w:tcPr>
          <w:p w14:paraId="1E8D488A" w14:textId="77777777" w:rsidR="00CD0AFF" w:rsidRDefault="00B414D4">
            <w:r>
              <w:t>900</w:t>
            </w:r>
          </w:p>
        </w:tc>
        <w:tc>
          <w:tcPr>
            <w:tcW w:w="1662" w:type="dxa"/>
          </w:tcPr>
          <w:p w14:paraId="2D2492D4" w14:textId="77777777" w:rsidR="00CD0AFF" w:rsidRDefault="00B414D4">
            <w:r>
              <w:t>72 000</w:t>
            </w:r>
          </w:p>
        </w:tc>
        <w:tc>
          <w:tcPr>
            <w:tcW w:w="1662" w:type="dxa"/>
          </w:tcPr>
          <w:p w14:paraId="6F21876F" w14:textId="77777777" w:rsidR="00CD0AFF" w:rsidRDefault="00B414D4">
            <w:r>
              <w:t>≈ 30–38%</w:t>
            </w:r>
          </w:p>
        </w:tc>
        <w:tc>
          <w:tcPr>
            <w:tcW w:w="1662" w:type="dxa"/>
          </w:tcPr>
          <w:p w14:paraId="7455A4E8" w14:textId="77777777" w:rsidR="00CD0AFF" w:rsidRDefault="00B414D4">
            <w:r>
              <w:t>15 000–25 000</w:t>
            </w:r>
          </w:p>
        </w:tc>
      </w:tr>
      <w:tr w:rsidR="00CD0AFF" w14:paraId="25E10278" w14:textId="77777777">
        <w:tc>
          <w:tcPr>
            <w:tcW w:w="1662" w:type="dxa"/>
          </w:tcPr>
          <w:p w14:paraId="7F4DE584" w14:textId="77777777" w:rsidR="00CD0AFF" w:rsidRDefault="00B414D4">
            <w:r>
              <w:t>Базовый</w:t>
            </w:r>
          </w:p>
        </w:tc>
        <w:tc>
          <w:tcPr>
            <w:tcW w:w="1662" w:type="dxa"/>
          </w:tcPr>
          <w:p w14:paraId="6A6AEFCA" w14:textId="77777777" w:rsidR="00CD0AFF" w:rsidRDefault="00B414D4">
            <w:r>
              <w:t>110</w:t>
            </w:r>
          </w:p>
        </w:tc>
        <w:tc>
          <w:tcPr>
            <w:tcW w:w="1662" w:type="dxa"/>
          </w:tcPr>
          <w:p w14:paraId="237DF585" w14:textId="77777777" w:rsidR="00CD0AFF" w:rsidRDefault="00B414D4">
            <w:r>
              <w:t>1 200</w:t>
            </w:r>
          </w:p>
        </w:tc>
        <w:tc>
          <w:tcPr>
            <w:tcW w:w="1662" w:type="dxa"/>
          </w:tcPr>
          <w:p w14:paraId="3240C0B1" w14:textId="77777777" w:rsidR="00CD0AFF" w:rsidRDefault="00B414D4">
            <w:r>
              <w:t>132 000</w:t>
            </w:r>
          </w:p>
        </w:tc>
        <w:tc>
          <w:tcPr>
            <w:tcW w:w="1662" w:type="dxa"/>
          </w:tcPr>
          <w:p w14:paraId="792D03D0" w14:textId="77777777" w:rsidR="00CD0AFF" w:rsidRDefault="00B414D4">
            <w:r>
              <w:t>≈ 30–40%</w:t>
            </w:r>
          </w:p>
        </w:tc>
        <w:tc>
          <w:tcPr>
            <w:tcW w:w="1662" w:type="dxa"/>
          </w:tcPr>
          <w:p w14:paraId="4EF847A2" w14:textId="77777777" w:rsidR="00CD0AFF" w:rsidRDefault="00B414D4">
            <w:r>
              <w:t>30 000–50 000</w:t>
            </w:r>
          </w:p>
        </w:tc>
      </w:tr>
      <w:tr w:rsidR="00CD0AFF" w14:paraId="323C7A8D" w14:textId="77777777">
        <w:tc>
          <w:tcPr>
            <w:tcW w:w="1662" w:type="dxa"/>
          </w:tcPr>
          <w:p w14:paraId="44288FA8" w14:textId="77777777" w:rsidR="00CD0AFF" w:rsidRDefault="00B414D4">
            <w:r>
              <w:t>Оптимистичный</w:t>
            </w:r>
          </w:p>
        </w:tc>
        <w:tc>
          <w:tcPr>
            <w:tcW w:w="1662" w:type="dxa"/>
          </w:tcPr>
          <w:p w14:paraId="631C069B" w14:textId="77777777" w:rsidR="00CD0AFF" w:rsidRDefault="00B414D4">
            <w:r>
              <w:t>140</w:t>
            </w:r>
          </w:p>
        </w:tc>
        <w:tc>
          <w:tcPr>
            <w:tcW w:w="1662" w:type="dxa"/>
          </w:tcPr>
          <w:p w14:paraId="45365BB3" w14:textId="77777777" w:rsidR="00CD0AFF" w:rsidRDefault="00B414D4">
            <w:r>
              <w:t>1 400</w:t>
            </w:r>
          </w:p>
        </w:tc>
        <w:tc>
          <w:tcPr>
            <w:tcW w:w="1662" w:type="dxa"/>
          </w:tcPr>
          <w:p w14:paraId="5168B160" w14:textId="77777777" w:rsidR="00CD0AFF" w:rsidRDefault="00B414D4">
            <w:r>
              <w:t>196 000</w:t>
            </w:r>
          </w:p>
        </w:tc>
        <w:tc>
          <w:tcPr>
            <w:tcW w:w="1662" w:type="dxa"/>
          </w:tcPr>
          <w:p w14:paraId="3869976D" w14:textId="77777777" w:rsidR="00CD0AFF" w:rsidRDefault="00B414D4">
            <w:r>
              <w:t>≈ 30–40%</w:t>
            </w:r>
          </w:p>
        </w:tc>
        <w:tc>
          <w:tcPr>
            <w:tcW w:w="1662" w:type="dxa"/>
          </w:tcPr>
          <w:p w14:paraId="45E30B7C" w14:textId="77777777" w:rsidR="00CD0AFF" w:rsidRDefault="00B414D4">
            <w:r>
              <w:t>45 000–65 000</w:t>
            </w:r>
          </w:p>
        </w:tc>
      </w:tr>
    </w:tbl>
    <w:p w14:paraId="55363948" w14:textId="77777777" w:rsidR="00CD0AFF" w:rsidRDefault="00CD0AFF"/>
    <w:p w14:paraId="1C4052A1" w14:textId="6435631F" w:rsidR="00CD0AFF" w:rsidRDefault="00375003">
      <w:pPr>
        <w:pStyle w:val="31"/>
      </w:pPr>
      <w:r>
        <w:rPr>
          <w:lang w:val="ru-RU"/>
        </w:rPr>
        <w:t>9</w:t>
      </w:r>
      <w:r w:rsidR="00B414D4">
        <w:t>.3. Пример расчёта базового месяца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3321"/>
        <w:gridCol w:w="3321"/>
        <w:gridCol w:w="3321"/>
      </w:tblGrid>
      <w:tr w:rsidR="00CD0AFF" w14:paraId="68A40D84" w14:textId="77777777">
        <w:tc>
          <w:tcPr>
            <w:tcW w:w="3324" w:type="dxa"/>
          </w:tcPr>
          <w:p w14:paraId="6AAEAB4D" w14:textId="77777777" w:rsidR="00CD0AFF" w:rsidRDefault="00B414D4">
            <w:r>
              <w:t>Показатель</w:t>
            </w:r>
          </w:p>
        </w:tc>
        <w:tc>
          <w:tcPr>
            <w:tcW w:w="3324" w:type="dxa"/>
          </w:tcPr>
          <w:p w14:paraId="49EE8762" w14:textId="77777777" w:rsidR="00CD0AFF" w:rsidRDefault="00B414D4">
            <w:r>
              <w:t>Расчёт</w:t>
            </w:r>
          </w:p>
        </w:tc>
        <w:tc>
          <w:tcPr>
            <w:tcW w:w="3324" w:type="dxa"/>
          </w:tcPr>
          <w:p w14:paraId="5ECC8F58" w14:textId="77777777" w:rsidR="00CD0AFF" w:rsidRDefault="00B414D4">
            <w:r>
              <w:t>Сумма, руб.</w:t>
            </w:r>
          </w:p>
        </w:tc>
      </w:tr>
      <w:tr w:rsidR="00CD0AFF" w14:paraId="386897FB" w14:textId="77777777">
        <w:tc>
          <w:tcPr>
            <w:tcW w:w="3324" w:type="dxa"/>
          </w:tcPr>
          <w:p w14:paraId="78A76607" w14:textId="77777777" w:rsidR="00CD0AFF" w:rsidRDefault="00B414D4">
            <w:r>
              <w:t>Выручка</w:t>
            </w:r>
          </w:p>
        </w:tc>
        <w:tc>
          <w:tcPr>
            <w:tcW w:w="3324" w:type="dxa"/>
          </w:tcPr>
          <w:p w14:paraId="49021C05" w14:textId="77777777" w:rsidR="00CD0AFF" w:rsidRDefault="00B414D4">
            <w:r>
              <w:t>110 чеков × 1 200 руб.</w:t>
            </w:r>
          </w:p>
        </w:tc>
        <w:tc>
          <w:tcPr>
            <w:tcW w:w="3324" w:type="dxa"/>
          </w:tcPr>
          <w:p w14:paraId="70F9C0DB" w14:textId="77777777" w:rsidR="00CD0AFF" w:rsidRDefault="00B414D4">
            <w:r>
              <w:t>132 000</w:t>
            </w:r>
          </w:p>
        </w:tc>
      </w:tr>
      <w:tr w:rsidR="00CD0AFF" w14:paraId="4EF737EE" w14:textId="77777777">
        <w:tc>
          <w:tcPr>
            <w:tcW w:w="3324" w:type="dxa"/>
          </w:tcPr>
          <w:p w14:paraId="1F9B4CEE" w14:textId="77777777" w:rsidR="00CD0AFF" w:rsidRDefault="00B414D4">
            <w:r>
              <w:t>Себестоимость товара</w:t>
            </w:r>
          </w:p>
        </w:tc>
        <w:tc>
          <w:tcPr>
            <w:tcW w:w="3324" w:type="dxa"/>
          </w:tcPr>
          <w:p w14:paraId="23E30AA6" w14:textId="77777777" w:rsidR="00CD0AFF" w:rsidRDefault="00B414D4">
            <w:r>
              <w:t>≈ 60% от выручки</w:t>
            </w:r>
          </w:p>
        </w:tc>
        <w:tc>
          <w:tcPr>
            <w:tcW w:w="3324" w:type="dxa"/>
          </w:tcPr>
          <w:p w14:paraId="581C4105" w14:textId="77777777" w:rsidR="00CD0AFF" w:rsidRDefault="00B414D4">
            <w:r>
              <w:t>79 200</w:t>
            </w:r>
          </w:p>
        </w:tc>
      </w:tr>
      <w:tr w:rsidR="00CD0AFF" w14:paraId="68D992DE" w14:textId="77777777">
        <w:tc>
          <w:tcPr>
            <w:tcW w:w="3324" w:type="dxa"/>
          </w:tcPr>
          <w:p w14:paraId="7D297A80" w14:textId="77777777" w:rsidR="00CD0AFF" w:rsidRDefault="00B414D4">
            <w:r>
              <w:t>Валовая прибыль</w:t>
            </w:r>
          </w:p>
        </w:tc>
        <w:tc>
          <w:tcPr>
            <w:tcW w:w="3324" w:type="dxa"/>
          </w:tcPr>
          <w:p w14:paraId="3B4D86EC" w14:textId="77777777" w:rsidR="00CD0AFF" w:rsidRDefault="00B414D4">
            <w:r>
              <w:t>132 000 – 79 200</w:t>
            </w:r>
          </w:p>
        </w:tc>
        <w:tc>
          <w:tcPr>
            <w:tcW w:w="3324" w:type="dxa"/>
          </w:tcPr>
          <w:p w14:paraId="283DE07B" w14:textId="77777777" w:rsidR="00CD0AFF" w:rsidRDefault="00B414D4">
            <w:r>
              <w:t>52 800</w:t>
            </w:r>
          </w:p>
        </w:tc>
      </w:tr>
      <w:tr w:rsidR="00CD0AFF" w14:paraId="3501AC75" w14:textId="77777777">
        <w:tc>
          <w:tcPr>
            <w:tcW w:w="3324" w:type="dxa"/>
          </w:tcPr>
          <w:p w14:paraId="7DE433B9" w14:textId="77777777" w:rsidR="00CD0AFF" w:rsidRDefault="00B414D4">
            <w:r>
              <w:t>Постоянные расходы</w:t>
            </w:r>
          </w:p>
        </w:tc>
        <w:tc>
          <w:tcPr>
            <w:tcW w:w="3324" w:type="dxa"/>
          </w:tcPr>
          <w:p w14:paraId="36A141AF" w14:textId="77777777" w:rsidR="00CD0AFF" w:rsidRDefault="00B414D4">
            <w:r>
              <w:t>аренда 15 000 + реклама 4 000 + упаковка 2 500 + связь 1 000</w:t>
            </w:r>
          </w:p>
        </w:tc>
        <w:tc>
          <w:tcPr>
            <w:tcW w:w="3324" w:type="dxa"/>
          </w:tcPr>
          <w:p w14:paraId="6361AB9E" w14:textId="77777777" w:rsidR="00CD0AFF" w:rsidRDefault="00B414D4">
            <w:r>
              <w:t>22 500</w:t>
            </w:r>
          </w:p>
        </w:tc>
      </w:tr>
      <w:tr w:rsidR="00CD0AFF" w14:paraId="54D56520" w14:textId="77777777">
        <w:tc>
          <w:tcPr>
            <w:tcW w:w="3324" w:type="dxa"/>
          </w:tcPr>
          <w:p w14:paraId="1C41D91A" w14:textId="6B8738B2" w:rsidR="00CD0AFF" w:rsidRPr="00375003" w:rsidRDefault="00375003">
            <w:pPr>
              <w:rPr>
                <w:lang w:val="ru-RU"/>
              </w:rPr>
            </w:pPr>
            <w:r>
              <w:rPr>
                <w:lang w:val="ru-RU"/>
              </w:rPr>
              <w:t xml:space="preserve">Налог </w:t>
            </w:r>
          </w:p>
        </w:tc>
        <w:tc>
          <w:tcPr>
            <w:tcW w:w="3324" w:type="dxa"/>
          </w:tcPr>
          <w:p w14:paraId="253270B2" w14:textId="65F9AFCC" w:rsidR="00CD0AFF" w:rsidRDefault="00CD0AFF"/>
        </w:tc>
        <w:tc>
          <w:tcPr>
            <w:tcW w:w="3324" w:type="dxa"/>
          </w:tcPr>
          <w:p w14:paraId="1B1A23A0" w14:textId="60E5ABB9" w:rsidR="00CD0AFF" w:rsidRDefault="00CD0AFF"/>
        </w:tc>
      </w:tr>
      <w:tr w:rsidR="00CD0AFF" w14:paraId="3CAB4A02" w14:textId="77777777">
        <w:tc>
          <w:tcPr>
            <w:tcW w:w="3324" w:type="dxa"/>
          </w:tcPr>
          <w:p w14:paraId="199558B7" w14:textId="77777777" w:rsidR="00CD0AFF" w:rsidRDefault="00B414D4">
            <w:r>
              <w:t>Чистая прибыль</w:t>
            </w:r>
          </w:p>
        </w:tc>
        <w:tc>
          <w:tcPr>
            <w:tcW w:w="3324" w:type="dxa"/>
          </w:tcPr>
          <w:p w14:paraId="11792107" w14:textId="77777777" w:rsidR="00CD0AFF" w:rsidRDefault="00B414D4">
            <w:r>
              <w:t>52 800 – 22 500 – 5 280</w:t>
            </w:r>
          </w:p>
        </w:tc>
        <w:tc>
          <w:tcPr>
            <w:tcW w:w="3324" w:type="dxa"/>
          </w:tcPr>
          <w:p w14:paraId="6EF4B406" w14:textId="77777777" w:rsidR="00CD0AFF" w:rsidRDefault="00B414D4">
            <w:r>
              <w:t>25 020</w:t>
            </w:r>
          </w:p>
        </w:tc>
      </w:tr>
    </w:tbl>
    <w:p w14:paraId="12430413" w14:textId="77777777" w:rsidR="00CD0AFF" w:rsidRDefault="00CD0AFF"/>
    <w:p w14:paraId="2FFFFC1C" w14:textId="77777777" w:rsidR="00CD0AFF" w:rsidRPr="00B414D4" w:rsidRDefault="00B414D4">
      <w:pPr>
        <w:rPr>
          <w:lang w:val="ru-RU"/>
        </w:rPr>
      </w:pPr>
      <w:r w:rsidRPr="00B414D4">
        <w:rPr>
          <w:lang w:val="ru-RU"/>
        </w:rPr>
        <w:t>В первый месяц прибыль может быть ниже из-за формирования ассортимента и рекламы. Далее, при росте повторных покупок и оптимизации закупок, прибыльность повышается.</w:t>
      </w:r>
    </w:p>
    <w:p w14:paraId="0A778249" w14:textId="77777777" w:rsidR="00CD0AFF" w:rsidRPr="00B414D4" w:rsidRDefault="00CD0AFF">
      <w:pPr>
        <w:rPr>
          <w:lang w:val="ru-RU"/>
        </w:rPr>
      </w:pPr>
    </w:p>
    <w:p w14:paraId="0599E42A" w14:textId="77777777" w:rsidR="00CD0AFF" w:rsidRPr="00B414D4" w:rsidRDefault="00CD0AFF">
      <w:pPr>
        <w:rPr>
          <w:lang w:val="ru-RU"/>
        </w:rPr>
      </w:pPr>
    </w:p>
    <w:p w14:paraId="7BD2DEA5" w14:textId="7EE88DDF" w:rsidR="00CD0AFF" w:rsidRPr="007D36C0" w:rsidRDefault="00B414D4">
      <w:pPr>
        <w:pStyle w:val="21"/>
        <w:rPr>
          <w:lang w:val="ru-RU"/>
        </w:rPr>
      </w:pPr>
      <w:r w:rsidRPr="007D36C0">
        <w:rPr>
          <w:lang w:val="ru-RU"/>
        </w:rPr>
        <w:t>1</w:t>
      </w:r>
      <w:r w:rsidR="00375003">
        <w:rPr>
          <w:lang w:val="ru-RU"/>
        </w:rPr>
        <w:t>0</w:t>
      </w:r>
      <w:r w:rsidRPr="007D36C0">
        <w:rPr>
          <w:lang w:val="ru-RU"/>
        </w:rPr>
        <w:t>. Риски и меры по снижению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3001"/>
        <w:gridCol w:w="2316"/>
        <w:gridCol w:w="2243"/>
        <w:gridCol w:w="2403"/>
      </w:tblGrid>
      <w:tr w:rsidR="00CD0AFF" w14:paraId="44E2FB61" w14:textId="77777777">
        <w:tc>
          <w:tcPr>
            <w:tcW w:w="2493" w:type="dxa"/>
          </w:tcPr>
          <w:p w14:paraId="63B45367" w14:textId="77777777" w:rsidR="00CD0AFF" w:rsidRDefault="00B414D4">
            <w:proofErr w:type="spellStart"/>
            <w:r>
              <w:t>Риск</w:t>
            </w:r>
            <w:proofErr w:type="spellEnd"/>
          </w:p>
        </w:tc>
        <w:tc>
          <w:tcPr>
            <w:tcW w:w="2493" w:type="dxa"/>
          </w:tcPr>
          <w:p w14:paraId="17F0932D" w14:textId="77777777" w:rsidR="00CD0AFF" w:rsidRDefault="00B414D4">
            <w:r>
              <w:t>Вероятность</w:t>
            </w:r>
          </w:p>
        </w:tc>
        <w:tc>
          <w:tcPr>
            <w:tcW w:w="2493" w:type="dxa"/>
          </w:tcPr>
          <w:p w14:paraId="034AE963" w14:textId="77777777" w:rsidR="00CD0AFF" w:rsidRDefault="00B414D4">
            <w:r>
              <w:t>Влияние</w:t>
            </w:r>
          </w:p>
        </w:tc>
        <w:tc>
          <w:tcPr>
            <w:tcW w:w="2493" w:type="dxa"/>
          </w:tcPr>
          <w:p w14:paraId="6BE82BBE" w14:textId="77777777" w:rsidR="00CD0AFF" w:rsidRDefault="00B414D4">
            <w:r>
              <w:t>Меры снижения</w:t>
            </w:r>
          </w:p>
        </w:tc>
      </w:tr>
      <w:tr w:rsidR="00CD0AFF" w:rsidRPr="006B3D94" w14:paraId="328B593F" w14:textId="77777777">
        <w:tc>
          <w:tcPr>
            <w:tcW w:w="2493" w:type="dxa"/>
          </w:tcPr>
          <w:p w14:paraId="52D2A39C" w14:textId="77777777" w:rsidR="00CD0AFF" w:rsidRDefault="00B414D4">
            <w:r>
              <w:t>Контрафакт/сомнительный поставщик</w:t>
            </w:r>
          </w:p>
        </w:tc>
        <w:tc>
          <w:tcPr>
            <w:tcW w:w="2493" w:type="dxa"/>
          </w:tcPr>
          <w:p w14:paraId="75DB7CAC" w14:textId="77777777" w:rsidR="00CD0AFF" w:rsidRDefault="00B414D4">
            <w:r>
              <w:t>средняя</w:t>
            </w:r>
          </w:p>
        </w:tc>
        <w:tc>
          <w:tcPr>
            <w:tcW w:w="2493" w:type="dxa"/>
          </w:tcPr>
          <w:p w14:paraId="004ACCFF" w14:textId="77777777" w:rsidR="00CD0AFF" w:rsidRDefault="00B414D4">
            <w:r>
              <w:t>высокое</w:t>
            </w:r>
          </w:p>
        </w:tc>
        <w:tc>
          <w:tcPr>
            <w:tcW w:w="2493" w:type="dxa"/>
          </w:tcPr>
          <w:p w14:paraId="50A70583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работа только с официальными поставщиками, документы, выбор 2–3 поставщиков</w:t>
            </w:r>
          </w:p>
        </w:tc>
      </w:tr>
      <w:tr w:rsidR="00CD0AFF" w:rsidRPr="006B3D94" w14:paraId="2A26B6B1" w14:textId="77777777">
        <w:tc>
          <w:tcPr>
            <w:tcW w:w="2493" w:type="dxa"/>
          </w:tcPr>
          <w:p w14:paraId="26EB81E8" w14:textId="77777777" w:rsidR="00CD0AFF" w:rsidRDefault="00B414D4">
            <w:proofErr w:type="spellStart"/>
            <w:r>
              <w:t>Низкая</w:t>
            </w:r>
            <w:proofErr w:type="spellEnd"/>
            <w:r>
              <w:t xml:space="preserve"> </w:t>
            </w:r>
            <w:proofErr w:type="spellStart"/>
            <w:r>
              <w:t>оборачиваемость</w:t>
            </w:r>
            <w:proofErr w:type="spellEnd"/>
            <w:r>
              <w:t xml:space="preserve"> </w:t>
            </w:r>
            <w:proofErr w:type="spellStart"/>
            <w:r>
              <w:t>некоторых</w:t>
            </w:r>
            <w:proofErr w:type="spellEnd"/>
            <w:r>
              <w:t xml:space="preserve"> SKU</w:t>
            </w:r>
          </w:p>
        </w:tc>
        <w:tc>
          <w:tcPr>
            <w:tcW w:w="2493" w:type="dxa"/>
          </w:tcPr>
          <w:p w14:paraId="33E367B7" w14:textId="77777777" w:rsidR="00CD0AFF" w:rsidRDefault="00B414D4">
            <w:r>
              <w:t>средняя</w:t>
            </w:r>
          </w:p>
        </w:tc>
        <w:tc>
          <w:tcPr>
            <w:tcW w:w="2493" w:type="dxa"/>
          </w:tcPr>
          <w:p w14:paraId="360EA76E" w14:textId="77777777" w:rsidR="00CD0AFF" w:rsidRDefault="00B414D4">
            <w:r>
              <w:t>среднее</w:t>
            </w:r>
          </w:p>
        </w:tc>
        <w:tc>
          <w:tcPr>
            <w:tcW w:w="2493" w:type="dxa"/>
          </w:tcPr>
          <w:p w14:paraId="6B39F988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матрица хитов, малые закупки, предзаказ редких позиций</w:t>
            </w:r>
          </w:p>
        </w:tc>
      </w:tr>
      <w:tr w:rsidR="00CD0AFF" w:rsidRPr="006B3D94" w14:paraId="6F68B4A6" w14:textId="77777777">
        <w:tc>
          <w:tcPr>
            <w:tcW w:w="2493" w:type="dxa"/>
          </w:tcPr>
          <w:p w14:paraId="2A3B6783" w14:textId="77777777" w:rsidR="00CD0AFF" w:rsidRDefault="00B414D4">
            <w:proofErr w:type="spellStart"/>
            <w:r>
              <w:t>Высокая</w:t>
            </w:r>
            <w:proofErr w:type="spellEnd"/>
            <w:r>
              <w:t xml:space="preserve"> </w:t>
            </w:r>
            <w:proofErr w:type="spellStart"/>
            <w:r>
              <w:t>конкуренция</w:t>
            </w:r>
            <w:proofErr w:type="spellEnd"/>
          </w:p>
        </w:tc>
        <w:tc>
          <w:tcPr>
            <w:tcW w:w="2493" w:type="dxa"/>
          </w:tcPr>
          <w:p w14:paraId="43FEE3CE" w14:textId="77777777" w:rsidR="00CD0AFF" w:rsidRDefault="00B414D4">
            <w:r>
              <w:t>средняя</w:t>
            </w:r>
          </w:p>
        </w:tc>
        <w:tc>
          <w:tcPr>
            <w:tcW w:w="2493" w:type="dxa"/>
          </w:tcPr>
          <w:p w14:paraId="24764029" w14:textId="77777777" w:rsidR="00CD0AFF" w:rsidRDefault="00B414D4">
            <w:r>
              <w:t>среднее</w:t>
            </w:r>
          </w:p>
        </w:tc>
        <w:tc>
          <w:tcPr>
            <w:tcW w:w="2493" w:type="dxa"/>
          </w:tcPr>
          <w:p w14:paraId="67883511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сервис подбора, отзывы, быстрый самовывоз, наборы ухода</w:t>
            </w:r>
          </w:p>
        </w:tc>
      </w:tr>
      <w:tr w:rsidR="00CD0AFF" w:rsidRPr="006B3D94" w14:paraId="5D5114C1" w14:textId="77777777">
        <w:tc>
          <w:tcPr>
            <w:tcW w:w="2493" w:type="dxa"/>
          </w:tcPr>
          <w:p w14:paraId="1EE73E97" w14:textId="77777777" w:rsidR="00CD0AFF" w:rsidRDefault="00B414D4">
            <w:proofErr w:type="spellStart"/>
            <w:r>
              <w:t>Колебания</w:t>
            </w:r>
            <w:proofErr w:type="spellEnd"/>
            <w:r>
              <w:t xml:space="preserve"> </w:t>
            </w:r>
            <w:proofErr w:type="spellStart"/>
            <w:r>
              <w:t>цен</w:t>
            </w:r>
            <w:proofErr w:type="spellEnd"/>
            <w:r>
              <w:t>/</w:t>
            </w:r>
            <w:proofErr w:type="spellStart"/>
            <w:r>
              <w:t>курса</w:t>
            </w:r>
            <w:proofErr w:type="spellEnd"/>
          </w:p>
        </w:tc>
        <w:tc>
          <w:tcPr>
            <w:tcW w:w="2493" w:type="dxa"/>
          </w:tcPr>
          <w:p w14:paraId="2858EB1E" w14:textId="77777777" w:rsidR="00CD0AFF" w:rsidRDefault="00B414D4">
            <w:r>
              <w:t>средняя</w:t>
            </w:r>
          </w:p>
        </w:tc>
        <w:tc>
          <w:tcPr>
            <w:tcW w:w="2493" w:type="dxa"/>
          </w:tcPr>
          <w:p w14:paraId="7640A394" w14:textId="77777777" w:rsidR="00CD0AFF" w:rsidRDefault="00B414D4">
            <w:r>
              <w:t>среднее</w:t>
            </w:r>
          </w:p>
        </w:tc>
        <w:tc>
          <w:tcPr>
            <w:tcW w:w="2493" w:type="dxa"/>
          </w:tcPr>
          <w:p w14:paraId="28D0621F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регулярный мониторинг закупок, корректировка прайса, запас хитов</w:t>
            </w:r>
          </w:p>
        </w:tc>
      </w:tr>
      <w:tr w:rsidR="00CD0AFF" w:rsidRPr="006B3D94" w14:paraId="12602181" w14:textId="77777777">
        <w:tc>
          <w:tcPr>
            <w:tcW w:w="2493" w:type="dxa"/>
          </w:tcPr>
          <w:p w14:paraId="0A96139F" w14:textId="77777777" w:rsidR="00CD0AFF" w:rsidRDefault="00B414D4">
            <w:proofErr w:type="spellStart"/>
            <w:r>
              <w:t>Кражи</w:t>
            </w:r>
            <w:proofErr w:type="spellEnd"/>
            <w:r>
              <w:t>/</w:t>
            </w:r>
            <w:proofErr w:type="spellStart"/>
            <w:r>
              <w:t>порча</w:t>
            </w:r>
            <w:proofErr w:type="spellEnd"/>
            <w:r>
              <w:t xml:space="preserve"> </w:t>
            </w:r>
            <w:proofErr w:type="spellStart"/>
            <w:r>
              <w:t>товара</w:t>
            </w:r>
            <w:proofErr w:type="spellEnd"/>
          </w:p>
        </w:tc>
        <w:tc>
          <w:tcPr>
            <w:tcW w:w="2493" w:type="dxa"/>
          </w:tcPr>
          <w:p w14:paraId="3A7B76A1" w14:textId="77777777" w:rsidR="00CD0AFF" w:rsidRDefault="00B414D4">
            <w:r>
              <w:t>низкая</w:t>
            </w:r>
          </w:p>
        </w:tc>
        <w:tc>
          <w:tcPr>
            <w:tcW w:w="2493" w:type="dxa"/>
          </w:tcPr>
          <w:p w14:paraId="2D82DD59" w14:textId="77777777" w:rsidR="00CD0AFF" w:rsidRDefault="00B414D4">
            <w:r>
              <w:t>среднее</w:t>
            </w:r>
          </w:p>
        </w:tc>
        <w:tc>
          <w:tcPr>
            <w:tcW w:w="2493" w:type="dxa"/>
          </w:tcPr>
          <w:p w14:paraId="10727787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закрываемый шкаф, контроль остатков, камера (по возможности)</w:t>
            </w:r>
          </w:p>
        </w:tc>
      </w:tr>
      <w:tr w:rsidR="00CD0AFF" w:rsidRPr="006B3D94" w14:paraId="39881A25" w14:textId="77777777">
        <w:tc>
          <w:tcPr>
            <w:tcW w:w="2493" w:type="dxa"/>
          </w:tcPr>
          <w:p w14:paraId="0CF212D4" w14:textId="77777777" w:rsidR="00CD0AFF" w:rsidRDefault="00B414D4">
            <w:proofErr w:type="spellStart"/>
            <w:r>
              <w:t>Кассовые</w:t>
            </w:r>
            <w:proofErr w:type="spellEnd"/>
            <w:r>
              <w:t xml:space="preserve"> </w:t>
            </w:r>
            <w:proofErr w:type="spellStart"/>
            <w:r>
              <w:t>разрывы</w:t>
            </w:r>
            <w:proofErr w:type="spellEnd"/>
          </w:p>
        </w:tc>
        <w:tc>
          <w:tcPr>
            <w:tcW w:w="2493" w:type="dxa"/>
          </w:tcPr>
          <w:p w14:paraId="3DC91500" w14:textId="77777777" w:rsidR="00CD0AFF" w:rsidRDefault="00B414D4">
            <w:r>
              <w:t>средняя</w:t>
            </w:r>
          </w:p>
        </w:tc>
        <w:tc>
          <w:tcPr>
            <w:tcW w:w="2493" w:type="dxa"/>
          </w:tcPr>
          <w:p w14:paraId="66376D80" w14:textId="77777777" w:rsidR="00CD0AFF" w:rsidRDefault="00B414D4">
            <w:r>
              <w:t>среднее</w:t>
            </w:r>
          </w:p>
        </w:tc>
        <w:tc>
          <w:tcPr>
            <w:tcW w:w="2493" w:type="dxa"/>
          </w:tcPr>
          <w:p w14:paraId="7770B2CB" w14:textId="77777777" w:rsidR="00CD0AFF" w:rsidRPr="00B414D4" w:rsidRDefault="00B414D4">
            <w:pPr>
              <w:rPr>
                <w:lang w:val="ru-RU"/>
              </w:rPr>
            </w:pPr>
            <w:r w:rsidRPr="00B414D4">
              <w:rPr>
                <w:lang w:val="ru-RU"/>
              </w:rPr>
              <w:t>предзаказы, резерв, план закупок по оборачиваемости</w:t>
            </w:r>
          </w:p>
        </w:tc>
      </w:tr>
    </w:tbl>
    <w:p w14:paraId="355FD5C8" w14:textId="77777777" w:rsidR="00CD0AFF" w:rsidRPr="00B414D4" w:rsidRDefault="00CD0AFF">
      <w:pPr>
        <w:rPr>
          <w:lang w:val="ru-RU"/>
        </w:rPr>
      </w:pPr>
    </w:p>
    <w:p w14:paraId="3899396A" w14:textId="77777777" w:rsidR="00CD0AFF" w:rsidRPr="00B414D4" w:rsidRDefault="00CD0AFF">
      <w:pPr>
        <w:rPr>
          <w:lang w:val="ru-RU"/>
        </w:rPr>
      </w:pPr>
    </w:p>
    <w:p w14:paraId="0BA0351A" w14:textId="77777777" w:rsidR="00CD0AFF" w:rsidRDefault="00CD0AFF">
      <w:pPr>
        <w:rPr>
          <w:lang w:val="ru-RU"/>
        </w:rPr>
      </w:pPr>
    </w:p>
    <w:p w14:paraId="5336682A" w14:textId="77777777" w:rsidR="007D36C0" w:rsidRPr="00B414D4" w:rsidRDefault="007D36C0">
      <w:pPr>
        <w:rPr>
          <w:lang w:val="ru-RU"/>
        </w:rPr>
      </w:pPr>
    </w:p>
    <w:p w14:paraId="1C21E889" w14:textId="77777777" w:rsidR="00CD0AFF" w:rsidRPr="00B414D4" w:rsidRDefault="00B414D4">
      <w:pPr>
        <w:rPr>
          <w:lang w:val="ru-RU"/>
        </w:rPr>
      </w:pPr>
      <w:r w:rsidRPr="00B414D4">
        <w:rPr>
          <w:lang w:val="ru-RU"/>
        </w:rPr>
        <w:t>Подпись заявителя: _____________________________      Дата: ________________</w:t>
      </w:r>
    </w:p>
    <w:p w14:paraId="5BE28B30" w14:textId="77777777" w:rsidR="00CD0AFF" w:rsidRPr="00B414D4" w:rsidRDefault="00B414D4">
      <w:pPr>
        <w:rPr>
          <w:lang w:val="ru-RU"/>
        </w:rPr>
      </w:pPr>
      <w:r w:rsidRPr="00B414D4">
        <w:rPr>
          <w:lang w:val="ru-RU"/>
        </w:rPr>
        <w:br w:type="page"/>
      </w:r>
    </w:p>
    <w:sectPr w:rsidR="00CD0AFF" w:rsidRPr="00B414D4" w:rsidSect="00034616"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18014264">
    <w:abstractNumId w:val="8"/>
  </w:num>
  <w:num w:numId="2" w16cid:durableId="1876117308">
    <w:abstractNumId w:val="6"/>
  </w:num>
  <w:num w:numId="3" w16cid:durableId="589462878">
    <w:abstractNumId w:val="5"/>
  </w:num>
  <w:num w:numId="4" w16cid:durableId="2049406396">
    <w:abstractNumId w:val="4"/>
  </w:num>
  <w:num w:numId="5" w16cid:durableId="2011252513">
    <w:abstractNumId w:val="7"/>
  </w:num>
  <w:num w:numId="6" w16cid:durableId="646396209">
    <w:abstractNumId w:val="3"/>
  </w:num>
  <w:num w:numId="7" w16cid:durableId="1614358617">
    <w:abstractNumId w:val="2"/>
  </w:num>
  <w:num w:numId="8" w16cid:durableId="1629166296">
    <w:abstractNumId w:val="1"/>
  </w:num>
  <w:num w:numId="9" w16cid:durableId="39860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75003"/>
    <w:rsid w:val="0048780C"/>
    <w:rsid w:val="006B3D94"/>
    <w:rsid w:val="007510BB"/>
    <w:rsid w:val="007D36C0"/>
    <w:rsid w:val="008C3134"/>
    <w:rsid w:val="00AA1D8D"/>
    <w:rsid w:val="00B414D4"/>
    <w:rsid w:val="00B47730"/>
    <w:rsid w:val="00CB0664"/>
    <w:rsid w:val="00CD0AF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DFAECE"/>
  <w14:defaultImageDpi w14:val="300"/>
  <w15:docId w15:val="{5A02948B-7D79-4FD9-8FDD-86E4AAA06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4FDE894-F523-4DD3-9790-4FE2524E8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2154</Words>
  <Characters>12278</Characters>
  <Application>Microsoft Office Word</Application>
  <DocSecurity>0</DocSecurity>
  <Lines>102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14404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Олеся Барсукова</cp:lastModifiedBy>
  <cp:revision>2</cp:revision>
  <dcterms:created xsi:type="dcterms:W3CDTF">2026-05-22T10:32:00Z</dcterms:created>
  <dcterms:modified xsi:type="dcterms:W3CDTF">2026-05-22T10:32:00Z</dcterms:modified>
  <cp:category/>
</cp:coreProperties>
</file>