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CB232" w14:textId="2BB0038A" w:rsidR="00AF5A40" w:rsidRPr="00586A90" w:rsidRDefault="00586A90">
      <w:pPr>
        <w:jc w:val="center"/>
        <w:rPr>
          <w:lang w:val="ru-RU"/>
        </w:rPr>
      </w:pPr>
      <w:r w:rsidRPr="00586A90">
        <w:rPr>
          <w:b/>
          <w:lang w:val="ru-RU"/>
        </w:rPr>
        <w:t>БИЗНЕС-ПЛАН</w:t>
      </w:r>
      <w:r w:rsidRPr="00586A90">
        <w:rPr>
          <w:b/>
          <w:lang w:val="ru-RU"/>
        </w:rPr>
        <w:br/>
        <w:t>Открытие швейного ателье</w:t>
      </w:r>
      <w:r w:rsidRPr="00586A90">
        <w:rPr>
          <w:b/>
          <w:lang w:val="ru-RU"/>
        </w:rPr>
        <w:br/>
      </w:r>
    </w:p>
    <w:p w14:paraId="5D1CD9B1" w14:textId="77777777" w:rsidR="00AF5A40" w:rsidRPr="00586A90" w:rsidRDefault="00586A90">
      <w:pPr>
        <w:rPr>
          <w:lang w:val="ru-RU"/>
        </w:rPr>
      </w:pPr>
      <w:r w:rsidRPr="00586A90">
        <w:rPr>
          <w:lang w:val="ru-RU"/>
        </w:rPr>
        <w:t>Автор проекта: ________________________________</w:t>
      </w:r>
    </w:p>
    <w:p w14:paraId="1FDA537C" w14:textId="098345C1" w:rsidR="00AF5A40" w:rsidRDefault="00586A90">
      <w:pPr>
        <w:rPr>
          <w:lang w:val="ru-RU"/>
        </w:rPr>
      </w:pPr>
      <w:r w:rsidRPr="00586A90">
        <w:rPr>
          <w:lang w:val="ru-RU"/>
        </w:rPr>
        <w:t xml:space="preserve">Дата: </w:t>
      </w:r>
    </w:p>
    <w:p w14:paraId="588A6812" w14:textId="77777777" w:rsidR="00B54C7A" w:rsidRDefault="00B54C7A" w:rsidP="00B54C7A">
      <w:pPr>
        <w:pStyle w:val="21"/>
      </w:pPr>
      <w:proofErr w:type="spellStart"/>
      <w:r>
        <w:t>Содержание</w:t>
      </w:r>
      <w:proofErr w:type="spellEnd"/>
    </w:p>
    <w:p w14:paraId="50C7628A" w14:textId="77777777" w:rsidR="00B54C7A" w:rsidRDefault="00B54C7A" w:rsidP="00B54C7A">
      <w:pPr>
        <w:pStyle w:val="a"/>
      </w:pPr>
      <w:proofErr w:type="spellStart"/>
      <w:r>
        <w:t>Резюме</w:t>
      </w:r>
      <w:proofErr w:type="spellEnd"/>
      <w:r>
        <w:t xml:space="preserve"> </w:t>
      </w:r>
      <w:proofErr w:type="spellStart"/>
      <w:r>
        <w:t>проекта</w:t>
      </w:r>
      <w:proofErr w:type="spellEnd"/>
    </w:p>
    <w:p w14:paraId="0C1C2679" w14:textId="77777777" w:rsidR="00B54C7A" w:rsidRPr="001649FD" w:rsidRDefault="00B54C7A" w:rsidP="00B54C7A">
      <w:pPr>
        <w:pStyle w:val="a"/>
        <w:rPr>
          <w:lang w:val="ru-RU"/>
        </w:rPr>
      </w:pPr>
      <w:r w:rsidRPr="001649FD">
        <w:rPr>
          <w:lang w:val="ru-RU"/>
        </w:rPr>
        <w:t>Сведения о заявителе и организационно-правовая форма</w:t>
      </w:r>
    </w:p>
    <w:p w14:paraId="2EFC975F" w14:textId="77777777" w:rsidR="00B54C7A" w:rsidRDefault="00B54C7A" w:rsidP="00B54C7A">
      <w:pPr>
        <w:pStyle w:val="a"/>
      </w:pPr>
      <w:proofErr w:type="spellStart"/>
      <w:r>
        <w:t>Описание</w:t>
      </w:r>
      <w:proofErr w:type="spellEnd"/>
      <w:r>
        <w:t xml:space="preserve"> </w:t>
      </w:r>
      <w:proofErr w:type="spellStart"/>
      <w:r>
        <w:t>продукции</w:t>
      </w:r>
      <w:proofErr w:type="spellEnd"/>
      <w:r>
        <w:t xml:space="preserve"> и </w:t>
      </w:r>
      <w:proofErr w:type="spellStart"/>
      <w:r>
        <w:t>услуг</w:t>
      </w:r>
      <w:proofErr w:type="spellEnd"/>
    </w:p>
    <w:p w14:paraId="2B47DFD2" w14:textId="77777777" w:rsidR="00B54C7A" w:rsidRPr="001649FD" w:rsidRDefault="00B54C7A" w:rsidP="00B54C7A">
      <w:pPr>
        <w:pStyle w:val="a"/>
        <w:rPr>
          <w:lang w:val="ru-RU"/>
        </w:rPr>
      </w:pPr>
      <w:r w:rsidRPr="001649FD">
        <w:rPr>
          <w:lang w:val="ru-RU"/>
        </w:rPr>
        <w:t>Анализ рынка и целевая аудитория</w:t>
      </w:r>
    </w:p>
    <w:p w14:paraId="7F6239A0" w14:textId="4F0FC972" w:rsidR="00B54C7A" w:rsidRPr="001649FD" w:rsidRDefault="00B54C7A" w:rsidP="00B54C7A">
      <w:pPr>
        <w:pStyle w:val="a"/>
        <w:rPr>
          <w:lang w:val="ru-RU"/>
        </w:rPr>
      </w:pPr>
      <w:r w:rsidRPr="001649FD">
        <w:rPr>
          <w:lang w:val="ru-RU"/>
        </w:rPr>
        <w:t>Производственный план (на дому)</w:t>
      </w:r>
      <w:r w:rsidR="00116298">
        <w:rPr>
          <w:lang w:val="ru-RU"/>
        </w:rPr>
        <w:t>.</w:t>
      </w:r>
    </w:p>
    <w:p w14:paraId="7649B41F" w14:textId="77777777" w:rsidR="00B54C7A" w:rsidRDefault="00B54C7A" w:rsidP="00B54C7A">
      <w:pPr>
        <w:pStyle w:val="a"/>
      </w:pPr>
      <w:proofErr w:type="spellStart"/>
      <w:r>
        <w:t>Календарный</w:t>
      </w:r>
      <w:proofErr w:type="spellEnd"/>
      <w:r>
        <w:t xml:space="preserve"> </w:t>
      </w:r>
      <w:proofErr w:type="spellStart"/>
      <w:r>
        <w:t>план</w:t>
      </w:r>
      <w:proofErr w:type="spellEnd"/>
      <w:r>
        <w:t xml:space="preserve"> </w:t>
      </w:r>
      <w:proofErr w:type="spellStart"/>
      <w:r>
        <w:t>запуска</w:t>
      </w:r>
      <w:proofErr w:type="spellEnd"/>
    </w:p>
    <w:p w14:paraId="048FF2FD" w14:textId="77777777" w:rsidR="00B54C7A" w:rsidRPr="001649FD" w:rsidRDefault="00B54C7A" w:rsidP="00B54C7A">
      <w:pPr>
        <w:pStyle w:val="a"/>
        <w:rPr>
          <w:lang w:val="ru-RU"/>
        </w:rPr>
      </w:pPr>
      <w:r w:rsidRPr="001649FD">
        <w:rPr>
          <w:lang w:val="ru-RU"/>
        </w:rPr>
        <w:t>Источники финансирования и смета расходов (350 000 руб.)</w:t>
      </w:r>
    </w:p>
    <w:p w14:paraId="216992C7" w14:textId="77777777" w:rsidR="00B54C7A" w:rsidRDefault="00B54C7A" w:rsidP="00B54C7A">
      <w:pPr>
        <w:pStyle w:val="a"/>
      </w:pPr>
      <w:proofErr w:type="spellStart"/>
      <w:r>
        <w:t>План</w:t>
      </w:r>
      <w:proofErr w:type="spellEnd"/>
      <w:r>
        <w:t xml:space="preserve"> </w:t>
      </w:r>
      <w:proofErr w:type="spellStart"/>
      <w:r>
        <w:t>маркетинга</w:t>
      </w:r>
      <w:proofErr w:type="spellEnd"/>
      <w:r>
        <w:t xml:space="preserve"> и </w:t>
      </w:r>
      <w:proofErr w:type="spellStart"/>
      <w:r>
        <w:t>продаж</w:t>
      </w:r>
      <w:proofErr w:type="spellEnd"/>
    </w:p>
    <w:p w14:paraId="6A309EFA" w14:textId="77777777" w:rsidR="00B54C7A" w:rsidRPr="001649FD" w:rsidRDefault="00B54C7A" w:rsidP="00B54C7A">
      <w:pPr>
        <w:pStyle w:val="a"/>
        <w:rPr>
          <w:lang w:val="ru-RU"/>
        </w:rPr>
      </w:pPr>
      <w:r w:rsidRPr="001649FD">
        <w:rPr>
          <w:lang w:val="ru-RU"/>
        </w:rPr>
        <w:t>Финансовый план (доходы, расходы, прибыль)</w:t>
      </w:r>
    </w:p>
    <w:p w14:paraId="664FCFFC" w14:textId="77777777" w:rsidR="00B54C7A" w:rsidRPr="001649FD" w:rsidRDefault="00B54C7A" w:rsidP="00B54C7A">
      <w:pPr>
        <w:pStyle w:val="a"/>
        <w:rPr>
          <w:lang w:val="ru-RU"/>
        </w:rPr>
      </w:pPr>
      <w:r w:rsidRPr="001649FD">
        <w:rPr>
          <w:lang w:val="ru-RU"/>
        </w:rPr>
        <w:t>Риски и меры по снижению</w:t>
      </w:r>
    </w:p>
    <w:p w14:paraId="4E9F83A6" w14:textId="77777777" w:rsidR="00B54C7A" w:rsidRPr="00586A90" w:rsidRDefault="00B54C7A">
      <w:pPr>
        <w:rPr>
          <w:lang w:val="ru-RU"/>
        </w:rPr>
      </w:pPr>
    </w:p>
    <w:p w14:paraId="3B6CBBFF" w14:textId="77777777" w:rsidR="00AF5A40" w:rsidRPr="00586A90" w:rsidRDefault="00586A90">
      <w:pPr>
        <w:pStyle w:val="21"/>
        <w:rPr>
          <w:lang w:val="ru-RU"/>
        </w:rPr>
      </w:pPr>
      <w:r w:rsidRPr="00586A90">
        <w:rPr>
          <w:lang w:val="ru-RU"/>
        </w:rPr>
        <w:t>1. Резюме проекта</w:t>
      </w:r>
    </w:p>
    <w:p w14:paraId="5574F044" w14:textId="0C17BEE7" w:rsidR="00AF5A40" w:rsidRPr="00586A90" w:rsidRDefault="00586A90" w:rsidP="00586A90">
      <w:pPr>
        <w:jc w:val="both"/>
        <w:rPr>
          <w:lang w:val="ru-RU"/>
        </w:rPr>
      </w:pPr>
      <w:r w:rsidRPr="00586A90">
        <w:rPr>
          <w:lang w:val="ru-RU"/>
        </w:rPr>
        <w:t>Проект направлен на создание устойчивого источника дохода путём открытия швейного ателье, оказывающего бытовые услуги населению: ремонт, подгонка и индивидуальный пошив одежды.</w:t>
      </w:r>
    </w:p>
    <w:p w14:paraId="02323740" w14:textId="2280B02B" w:rsidR="00AF5A40" w:rsidRPr="00586A90" w:rsidRDefault="00586A90" w:rsidP="00586A90">
      <w:pPr>
        <w:jc w:val="both"/>
        <w:rPr>
          <w:lang w:val="ru-RU"/>
        </w:rPr>
      </w:pPr>
      <w:r w:rsidRPr="00586A90">
        <w:rPr>
          <w:lang w:val="ru-RU"/>
        </w:rPr>
        <w:t>Сумма запрашиваемой поддержки: 350 000 рублей (средства социального контракта). Форма ведения деятельности: самозанятый гражданин (НПД). Налоговая ставка: 4% (доходы от физических лиц), учёт и уплата налога через приложение «Мой налог».</w:t>
      </w:r>
    </w:p>
    <w:p w14:paraId="5B7E3DDB" w14:textId="77777777" w:rsidR="00AF5A40" w:rsidRPr="00586A90" w:rsidRDefault="00586A90" w:rsidP="00586A90">
      <w:pPr>
        <w:jc w:val="both"/>
        <w:rPr>
          <w:lang w:val="ru-RU"/>
        </w:rPr>
      </w:pPr>
      <w:r w:rsidRPr="00586A90">
        <w:rPr>
          <w:lang w:val="ru-RU"/>
        </w:rPr>
        <w:t>Ожидаемый результат: получение стабильного ежемесячного дохода, превышающего прожиточный минимум, и выход заявителя из трудной жизненной ситуации.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AF5A40" w:rsidRPr="00B54C7A" w14:paraId="1F917B3E" w14:textId="77777777">
        <w:tc>
          <w:tcPr>
            <w:tcW w:w="4320" w:type="dxa"/>
          </w:tcPr>
          <w:p w14:paraId="1517EFD4" w14:textId="77777777" w:rsidR="00AF5A40" w:rsidRDefault="00586A90">
            <w:proofErr w:type="spellStart"/>
            <w:r>
              <w:t>Наименование</w:t>
            </w:r>
            <w:proofErr w:type="spellEnd"/>
            <w:r>
              <w:t xml:space="preserve"> </w:t>
            </w:r>
            <w:proofErr w:type="spellStart"/>
            <w:r>
              <w:t>проекта</w:t>
            </w:r>
            <w:proofErr w:type="spellEnd"/>
          </w:p>
        </w:tc>
        <w:tc>
          <w:tcPr>
            <w:tcW w:w="4320" w:type="dxa"/>
          </w:tcPr>
          <w:p w14:paraId="52584665" w14:textId="77777777" w:rsidR="00AF5A40" w:rsidRPr="00586A90" w:rsidRDefault="00586A90">
            <w:pPr>
              <w:rPr>
                <w:lang w:val="ru-RU"/>
              </w:rPr>
            </w:pPr>
            <w:r w:rsidRPr="00586A90">
              <w:rPr>
                <w:lang w:val="ru-RU"/>
              </w:rPr>
              <w:t>Открытие и развитие швейного ателье</w:t>
            </w:r>
          </w:p>
        </w:tc>
      </w:tr>
      <w:tr w:rsidR="00AF5A40" w:rsidRPr="00B54C7A" w14:paraId="1CD06D7A" w14:textId="77777777">
        <w:tc>
          <w:tcPr>
            <w:tcW w:w="4320" w:type="dxa"/>
          </w:tcPr>
          <w:p w14:paraId="2B31B83D" w14:textId="77777777" w:rsidR="00AF5A40" w:rsidRDefault="00586A90">
            <w:proofErr w:type="spellStart"/>
            <w:r>
              <w:t>Цель</w:t>
            </w:r>
            <w:proofErr w:type="spellEnd"/>
          </w:p>
        </w:tc>
        <w:tc>
          <w:tcPr>
            <w:tcW w:w="4320" w:type="dxa"/>
          </w:tcPr>
          <w:p w14:paraId="2D75D746" w14:textId="77777777" w:rsidR="00AF5A40" w:rsidRPr="00586A90" w:rsidRDefault="00586A90">
            <w:pPr>
              <w:rPr>
                <w:lang w:val="ru-RU"/>
              </w:rPr>
            </w:pPr>
            <w:r w:rsidRPr="00586A90">
              <w:rPr>
                <w:lang w:val="ru-RU"/>
              </w:rPr>
              <w:t>Оказание услуг ремонта/пошива одежды населению и получение стабильного дохода</w:t>
            </w:r>
          </w:p>
        </w:tc>
      </w:tr>
      <w:tr w:rsidR="00AF5A40" w14:paraId="575051F9" w14:textId="77777777">
        <w:tc>
          <w:tcPr>
            <w:tcW w:w="4320" w:type="dxa"/>
          </w:tcPr>
          <w:p w14:paraId="03049B05" w14:textId="77777777" w:rsidR="00AF5A40" w:rsidRDefault="00586A90">
            <w:proofErr w:type="spellStart"/>
            <w:r>
              <w:t>Сумма</w:t>
            </w:r>
            <w:proofErr w:type="spellEnd"/>
            <w:r>
              <w:t xml:space="preserve"> </w:t>
            </w:r>
            <w:proofErr w:type="spellStart"/>
            <w:r>
              <w:t>социального</w:t>
            </w:r>
            <w:proofErr w:type="spellEnd"/>
            <w:r>
              <w:t xml:space="preserve"> </w:t>
            </w:r>
            <w:proofErr w:type="spellStart"/>
            <w:r>
              <w:t>контракта</w:t>
            </w:r>
            <w:proofErr w:type="spellEnd"/>
          </w:p>
        </w:tc>
        <w:tc>
          <w:tcPr>
            <w:tcW w:w="4320" w:type="dxa"/>
          </w:tcPr>
          <w:p w14:paraId="62BBBD0C" w14:textId="77777777" w:rsidR="00AF5A40" w:rsidRDefault="00586A90">
            <w:r>
              <w:t>350 000 руб.</w:t>
            </w:r>
          </w:p>
        </w:tc>
      </w:tr>
      <w:tr w:rsidR="00AF5A40" w14:paraId="2C203389" w14:textId="77777777">
        <w:tc>
          <w:tcPr>
            <w:tcW w:w="4320" w:type="dxa"/>
          </w:tcPr>
          <w:p w14:paraId="3F659B6B" w14:textId="77777777" w:rsidR="00AF5A40" w:rsidRDefault="00586A90">
            <w:r>
              <w:t>Организационная форма</w:t>
            </w:r>
          </w:p>
        </w:tc>
        <w:tc>
          <w:tcPr>
            <w:tcW w:w="4320" w:type="dxa"/>
          </w:tcPr>
          <w:p w14:paraId="3808292B" w14:textId="77777777" w:rsidR="00AF5A40" w:rsidRDefault="00586A90">
            <w:r>
              <w:t>Самозанятый (НПД)</w:t>
            </w:r>
          </w:p>
        </w:tc>
      </w:tr>
      <w:tr w:rsidR="00AF5A40" w14:paraId="0DF86A1B" w14:textId="77777777">
        <w:tc>
          <w:tcPr>
            <w:tcW w:w="4320" w:type="dxa"/>
          </w:tcPr>
          <w:p w14:paraId="039DD72B" w14:textId="77777777" w:rsidR="00AF5A40" w:rsidRDefault="00586A90">
            <w:proofErr w:type="spellStart"/>
            <w:r>
              <w:t>Плановый</w:t>
            </w:r>
            <w:proofErr w:type="spellEnd"/>
            <w:r>
              <w:t xml:space="preserve"> </w:t>
            </w:r>
            <w:proofErr w:type="spellStart"/>
            <w:r>
              <w:t>срок</w:t>
            </w:r>
            <w:proofErr w:type="spellEnd"/>
            <w:r>
              <w:t xml:space="preserve"> </w:t>
            </w:r>
            <w:proofErr w:type="spellStart"/>
            <w:r>
              <w:t>окупаемости</w:t>
            </w:r>
            <w:proofErr w:type="spellEnd"/>
          </w:p>
        </w:tc>
        <w:tc>
          <w:tcPr>
            <w:tcW w:w="4320" w:type="dxa"/>
          </w:tcPr>
          <w:p w14:paraId="59543169" w14:textId="77777777" w:rsidR="00AF5A40" w:rsidRDefault="00586A90">
            <w:r>
              <w:t>до 10 месяцев</w:t>
            </w:r>
          </w:p>
        </w:tc>
      </w:tr>
    </w:tbl>
    <w:p w14:paraId="0E0B42F0" w14:textId="77777777" w:rsidR="00AF5A40" w:rsidRDefault="00AF5A40"/>
    <w:p w14:paraId="61139C58" w14:textId="77777777" w:rsidR="00AF5A40" w:rsidRPr="00586A90" w:rsidRDefault="00586A90">
      <w:pPr>
        <w:pStyle w:val="21"/>
        <w:rPr>
          <w:lang w:val="ru-RU"/>
        </w:rPr>
      </w:pPr>
      <w:r w:rsidRPr="00586A90">
        <w:rPr>
          <w:lang w:val="ru-RU"/>
        </w:rPr>
        <w:lastRenderedPageBreak/>
        <w:t>2. Сведения о заявителе и организационно-правовая форма</w:t>
      </w:r>
    </w:p>
    <w:p w14:paraId="4861CDC9" w14:textId="77777777" w:rsidR="00AF5A40" w:rsidRPr="00586A90" w:rsidRDefault="00586A90" w:rsidP="00586A90">
      <w:pPr>
        <w:jc w:val="both"/>
        <w:rPr>
          <w:lang w:val="ru-RU"/>
        </w:rPr>
      </w:pPr>
      <w:r w:rsidRPr="00586A90">
        <w:rPr>
          <w:lang w:val="ru-RU"/>
        </w:rPr>
        <w:t>Заявитель планирует осуществлять деятельность самостоятельно, без привлечения наёмных работников. Это соответствует формату социального контракта и снижает постоянные расходы. Регистрация — в статусе самозанятого гражданина с применением налога на профессиональный доход (НПД).</w:t>
      </w:r>
    </w:p>
    <w:p w14:paraId="6B206E7C" w14:textId="77777777" w:rsidR="00AF5A40" w:rsidRPr="00586A90" w:rsidRDefault="00586A90" w:rsidP="00586A90">
      <w:pPr>
        <w:jc w:val="both"/>
        <w:rPr>
          <w:lang w:val="ru-RU"/>
        </w:rPr>
      </w:pPr>
      <w:r w:rsidRPr="00586A90">
        <w:rPr>
          <w:lang w:val="ru-RU"/>
        </w:rPr>
        <w:t>Преимущества выбранной формы: простая регистрация, низкая налоговая ставка, отсутствие обязанности вести сложный бухгалтерский учёт, уплата налога автоматически через приложение «Мой налог».</w:t>
      </w:r>
    </w:p>
    <w:p w14:paraId="563B7C6A" w14:textId="3023AF8B" w:rsidR="00AF5A40" w:rsidRPr="00586A90" w:rsidRDefault="00586A90" w:rsidP="00586A90">
      <w:pPr>
        <w:jc w:val="both"/>
        <w:rPr>
          <w:lang w:val="ru-RU"/>
        </w:rPr>
      </w:pPr>
      <w:r w:rsidRPr="00586A90">
        <w:rPr>
          <w:lang w:val="ru-RU"/>
        </w:rPr>
        <w:t>Планируемые коды ОКВЭД (можно указать при регистрации</w:t>
      </w:r>
      <w:r w:rsidR="00116298">
        <w:rPr>
          <w:lang w:val="ru-RU"/>
        </w:rPr>
        <w:t xml:space="preserve"> ИП </w:t>
      </w:r>
      <w:r w:rsidRPr="00586A90">
        <w:rPr>
          <w:lang w:val="ru-RU"/>
        </w:rPr>
        <w:t>/уточнить):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2875"/>
        <w:gridCol w:w="2877"/>
        <w:gridCol w:w="2878"/>
      </w:tblGrid>
      <w:tr w:rsidR="00AF5A40" w14:paraId="66DD7B16" w14:textId="77777777">
        <w:tc>
          <w:tcPr>
            <w:tcW w:w="2880" w:type="dxa"/>
          </w:tcPr>
          <w:p w14:paraId="4320C19A" w14:textId="77777777" w:rsidR="00AF5A40" w:rsidRDefault="00586A90">
            <w:proofErr w:type="spellStart"/>
            <w:r>
              <w:t>Код</w:t>
            </w:r>
            <w:proofErr w:type="spellEnd"/>
          </w:p>
        </w:tc>
        <w:tc>
          <w:tcPr>
            <w:tcW w:w="2880" w:type="dxa"/>
          </w:tcPr>
          <w:p w14:paraId="5AB01BA4" w14:textId="77777777" w:rsidR="00AF5A40" w:rsidRDefault="00586A90">
            <w:r>
              <w:t>Наименование</w:t>
            </w:r>
          </w:p>
        </w:tc>
        <w:tc>
          <w:tcPr>
            <w:tcW w:w="2880" w:type="dxa"/>
          </w:tcPr>
          <w:p w14:paraId="31215598" w14:textId="77777777" w:rsidR="00AF5A40" w:rsidRDefault="00586A90">
            <w:r>
              <w:t>Комментарий</w:t>
            </w:r>
          </w:p>
        </w:tc>
      </w:tr>
      <w:tr w:rsidR="00AF5A40" w14:paraId="037148A2" w14:textId="77777777">
        <w:tc>
          <w:tcPr>
            <w:tcW w:w="2880" w:type="dxa"/>
          </w:tcPr>
          <w:p w14:paraId="59C7F726" w14:textId="77777777" w:rsidR="00AF5A40" w:rsidRDefault="00586A90">
            <w:r>
              <w:t>95.29</w:t>
            </w:r>
          </w:p>
        </w:tc>
        <w:tc>
          <w:tcPr>
            <w:tcW w:w="2880" w:type="dxa"/>
          </w:tcPr>
          <w:p w14:paraId="676145D1" w14:textId="77777777" w:rsidR="00AF5A40" w:rsidRPr="00586A90" w:rsidRDefault="00586A90">
            <w:pPr>
              <w:rPr>
                <w:lang w:val="ru-RU"/>
              </w:rPr>
            </w:pPr>
            <w:r w:rsidRPr="00586A90">
              <w:rPr>
                <w:lang w:val="ru-RU"/>
              </w:rPr>
              <w:t>Ремонт прочих предметов личного потребления и бытовых товаров</w:t>
            </w:r>
          </w:p>
        </w:tc>
        <w:tc>
          <w:tcPr>
            <w:tcW w:w="2880" w:type="dxa"/>
          </w:tcPr>
          <w:p w14:paraId="19C05B0A" w14:textId="77777777" w:rsidR="00AF5A40" w:rsidRDefault="00586A90">
            <w:proofErr w:type="spellStart"/>
            <w:r>
              <w:t>ремонт</w:t>
            </w:r>
            <w:proofErr w:type="spellEnd"/>
            <w:r>
              <w:t>/</w:t>
            </w:r>
            <w:proofErr w:type="spellStart"/>
            <w:r>
              <w:t>подгонка</w:t>
            </w:r>
            <w:proofErr w:type="spellEnd"/>
            <w:r>
              <w:t xml:space="preserve"> </w:t>
            </w:r>
            <w:proofErr w:type="spellStart"/>
            <w:r>
              <w:t>одежды</w:t>
            </w:r>
            <w:proofErr w:type="spellEnd"/>
          </w:p>
        </w:tc>
      </w:tr>
      <w:tr w:rsidR="00AF5A40" w14:paraId="338DBCAA" w14:textId="77777777">
        <w:tc>
          <w:tcPr>
            <w:tcW w:w="2880" w:type="dxa"/>
          </w:tcPr>
          <w:p w14:paraId="2BFC1298" w14:textId="77777777" w:rsidR="00AF5A40" w:rsidRDefault="00586A90">
            <w:r>
              <w:t>14.19</w:t>
            </w:r>
          </w:p>
        </w:tc>
        <w:tc>
          <w:tcPr>
            <w:tcW w:w="2880" w:type="dxa"/>
          </w:tcPr>
          <w:p w14:paraId="00621D5A" w14:textId="77777777" w:rsidR="00AF5A40" w:rsidRPr="00586A90" w:rsidRDefault="00586A90">
            <w:pPr>
              <w:rPr>
                <w:lang w:val="ru-RU"/>
              </w:rPr>
            </w:pPr>
            <w:r w:rsidRPr="00586A90">
              <w:rPr>
                <w:lang w:val="ru-RU"/>
              </w:rPr>
              <w:t>Производство прочей одежды и аксессуаров одежды</w:t>
            </w:r>
          </w:p>
        </w:tc>
        <w:tc>
          <w:tcPr>
            <w:tcW w:w="2880" w:type="dxa"/>
          </w:tcPr>
          <w:p w14:paraId="4F0CA7C9" w14:textId="77777777" w:rsidR="00AF5A40" w:rsidRDefault="00586A90">
            <w:proofErr w:type="spellStart"/>
            <w:r>
              <w:t>пошив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заказу</w:t>
            </w:r>
            <w:proofErr w:type="spellEnd"/>
          </w:p>
        </w:tc>
      </w:tr>
      <w:tr w:rsidR="00AF5A40" w14:paraId="48973760" w14:textId="77777777">
        <w:tc>
          <w:tcPr>
            <w:tcW w:w="2880" w:type="dxa"/>
          </w:tcPr>
          <w:p w14:paraId="5F8B842C" w14:textId="77777777" w:rsidR="00AF5A40" w:rsidRDefault="00586A90">
            <w:r>
              <w:t>14.13</w:t>
            </w:r>
          </w:p>
        </w:tc>
        <w:tc>
          <w:tcPr>
            <w:tcW w:w="2880" w:type="dxa"/>
          </w:tcPr>
          <w:p w14:paraId="065A7197" w14:textId="77777777" w:rsidR="00AF5A40" w:rsidRDefault="00586A90">
            <w:r>
              <w:t>Производство прочей верхней одежды</w:t>
            </w:r>
          </w:p>
        </w:tc>
        <w:tc>
          <w:tcPr>
            <w:tcW w:w="2880" w:type="dxa"/>
          </w:tcPr>
          <w:p w14:paraId="56C46D05" w14:textId="77777777" w:rsidR="00AF5A40" w:rsidRDefault="00586A90">
            <w:r>
              <w:t>при необходимости расширения</w:t>
            </w:r>
          </w:p>
        </w:tc>
      </w:tr>
    </w:tbl>
    <w:p w14:paraId="6C34408E" w14:textId="77777777" w:rsidR="00AF5A40" w:rsidRDefault="00AF5A40"/>
    <w:p w14:paraId="2B9D69E5" w14:textId="77777777" w:rsidR="00AF5A40" w:rsidRDefault="00586A90">
      <w:pPr>
        <w:pStyle w:val="21"/>
      </w:pPr>
      <w:r>
        <w:t>3. Описание услуг и перечень работ</w:t>
      </w:r>
    </w:p>
    <w:p w14:paraId="50F435A8" w14:textId="77777777" w:rsidR="00AF5A40" w:rsidRDefault="00586A90" w:rsidP="00586A90">
      <w:pPr>
        <w:jc w:val="both"/>
      </w:pPr>
      <w:r w:rsidRPr="00586A90">
        <w:rPr>
          <w:lang w:val="ru-RU"/>
        </w:rPr>
        <w:t xml:space="preserve">Ателье будет оказывать бытовые услуги населению. </w:t>
      </w:r>
      <w:proofErr w:type="spellStart"/>
      <w:r>
        <w:t>Основные</w:t>
      </w:r>
      <w:proofErr w:type="spellEnd"/>
      <w:r>
        <w:t xml:space="preserve"> </w:t>
      </w:r>
      <w:proofErr w:type="spellStart"/>
      <w:r>
        <w:t>направления</w:t>
      </w:r>
      <w:proofErr w:type="spellEnd"/>
      <w:r>
        <w:t xml:space="preserve"> </w:t>
      </w:r>
      <w:proofErr w:type="spellStart"/>
      <w:r>
        <w:t>работы</w:t>
      </w:r>
      <w:proofErr w:type="spellEnd"/>
      <w:r>
        <w:t>:</w:t>
      </w:r>
    </w:p>
    <w:p w14:paraId="43BB421A" w14:textId="77777777" w:rsidR="00AF5A40" w:rsidRPr="00586A90" w:rsidRDefault="00586A90" w:rsidP="00586A90">
      <w:pPr>
        <w:pStyle w:val="a0"/>
        <w:jc w:val="both"/>
        <w:rPr>
          <w:lang w:val="ru-RU"/>
        </w:rPr>
      </w:pPr>
      <w:r w:rsidRPr="00586A90">
        <w:rPr>
          <w:lang w:val="ru-RU"/>
        </w:rPr>
        <w:t>Ремонт одежды: замена молний, подшив низа, ушив/расширение, штопка, установка кнопок и фурнитуры.</w:t>
      </w:r>
    </w:p>
    <w:p w14:paraId="01E3B1A5" w14:textId="77777777" w:rsidR="00AF5A40" w:rsidRPr="00586A90" w:rsidRDefault="00586A90" w:rsidP="00586A90">
      <w:pPr>
        <w:pStyle w:val="a0"/>
        <w:jc w:val="both"/>
        <w:rPr>
          <w:lang w:val="ru-RU"/>
        </w:rPr>
      </w:pPr>
      <w:r w:rsidRPr="00586A90">
        <w:rPr>
          <w:lang w:val="ru-RU"/>
        </w:rPr>
        <w:t>Подгонка по фигуре: корректировка посадки изделий (брюки, юбки, платья, пиджаки).</w:t>
      </w:r>
    </w:p>
    <w:p w14:paraId="1722C463" w14:textId="77777777" w:rsidR="00AF5A40" w:rsidRPr="00586A90" w:rsidRDefault="00586A90" w:rsidP="00586A90">
      <w:pPr>
        <w:pStyle w:val="a0"/>
        <w:jc w:val="both"/>
        <w:rPr>
          <w:lang w:val="ru-RU"/>
        </w:rPr>
      </w:pPr>
      <w:r w:rsidRPr="00586A90">
        <w:rPr>
          <w:lang w:val="ru-RU"/>
        </w:rPr>
        <w:t>Индивидуальный пошив простых изделий: юбки, брюки, платья базовых моделей (по меркам).</w:t>
      </w:r>
    </w:p>
    <w:p w14:paraId="2BD4BB59" w14:textId="77777777" w:rsidR="00AF5A40" w:rsidRPr="00586A90" w:rsidRDefault="00586A90" w:rsidP="00586A90">
      <w:pPr>
        <w:pStyle w:val="a0"/>
        <w:jc w:val="both"/>
        <w:rPr>
          <w:lang w:val="ru-RU"/>
        </w:rPr>
      </w:pPr>
      <w:r w:rsidRPr="00586A90">
        <w:rPr>
          <w:lang w:val="ru-RU"/>
        </w:rPr>
        <w:t>Текстильные изделия: ремонт и пошив простого домашнего текстиля (по запросу клиентов).</w:t>
      </w:r>
    </w:p>
    <w:p w14:paraId="1B240459" w14:textId="77777777" w:rsidR="00AF5A40" w:rsidRPr="00586A90" w:rsidRDefault="00586A90" w:rsidP="00586A90">
      <w:pPr>
        <w:jc w:val="both"/>
        <w:rPr>
          <w:lang w:val="ru-RU"/>
        </w:rPr>
      </w:pPr>
      <w:r w:rsidRPr="00586A90">
        <w:rPr>
          <w:lang w:val="ru-RU"/>
        </w:rPr>
        <w:t>Примерный прайс-лист (ориентировочно, может корректироваться по рынку и сложности):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2877"/>
        <w:gridCol w:w="2875"/>
        <w:gridCol w:w="2878"/>
      </w:tblGrid>
      <w:tr w:rsidR="00AF5A40" w14:paraId="27EF4785" w14:textId="77777777">
        <w:tc>
          <w:tcPr>
            <w:tcW w:w="2880" w:type="dxa"/>
          </w:tcPr>
          <w:p w14:paraId="4FC79AF4" w14:textId="77777777" w:rsidR="00AF5A40" w:rsidRDefault="00586A90">
            <w:proofErr w:type="spellStart"/>
            <w:r>
              <w:t>Услуга</w:t>
            </w:r>
            <w:proofErr w:type="spellEnd"/>
          </w:p>
        </w:tc>
        <w:tc>
          <w:tcPr>
            <w:tcW w:w="2880" w:type="dxa"/>
          </w:tcPr>
          <w:p w14:paraId="37906D90" w14:textId="77777777" w:rsidR="00AF5A40" w:rsidRDefault="00586A90">
            <w:r>
              <w:t>Цена, руб.</w:t>
            </w:r>
          </w:p>
        </w:tc>
        <w:tc>
          <w:tcPr>
            <w:tcW w:w="2880" w:type="dxa"/>
          </w:tcPr>
          <w:p w14:paraId="3AC80EDF" w14:textId="77777777" w:rsidR="00AF5A40" w:rsidRDefault="00586A90">
            <w:r>
              <w:t>Комментарий</w:t>
            </w:r>
          </w:p>
        </w:tc>
      </w:tr>
      <w:tr w:rsidR="00AF5A40" w:rsidRPr="00B54C7A" w14:paraId="1272237A" w14:textId="77777777">
        <w:tc>
          <w:tcPr>
            <w:tcW w:w="2880" w:type="dxa"/>
          </w:tcPr>
          <w:p w14:paraId="2197903C" w14:textId="77777777" w:rsidR="00AF5A40" w:rsidRDefault="00586A90">
            <w:r>
              <w:t>Подшив низа брюк/джинсов</w:t>
            </w:r>
          </w:p>
        </w:tc>
        <w:tc>
          <w:tcPr>
            <w:tcW w:w="2880" w:type="dxa"/>
          </w:tcPr>
          <w:p w14:paraId="4E851C3F" w14:textId="77777777" w:rsidR="00AF5A40" w:rsidRDefault="00586A90">
            <w:r>
              <w:t>400–700</w:t>
            </w:r>
          </w:p>
        </w:tc>
        <w:tc>
          <w:tcPr>
            <w:tcW w:w="2880" w:type="dxa"/>
          </w:tcPr>
          <w:p w14:paraId="63997D8B" w14:textId="77777777" w:rsidR="00AF5A40" w:rsidRPr="00586A90" w:rsidRDefault="00586A90">
            <w:pPr>
              <w:rPr>
                <w:lang w:val="ru-RU"/>
              </w:rPr>
            </w:pPr>
            <w:r w:rsidRPr="00586A90">
              <w:rPr>
                <w:lang w:val="ru-RU"/>
              </w:rPr>
              <w:t>в зависимости от сложности и материала</w:t>
            </w:r>
          </w:p>
        </w:tc>
      </w:tr>
      <w:tr w:rsidR="00AF5A40" w:rsidRPr="00B54C7A" w14:paraId="6E653FD5" w14:textId="77777777">
        <w:tc>
          <w:tcPr>
            <w:tcW w:w="2880" w:type="dxa"/>
          </w:tcPr>
          <w:p w14:paraId="3FC7BAF7" w14:textId="77777777" w:rsidR="00AF5A40" w:rsidRDefault="00586A90">
            <w:proofErr w:type="spellStart"/>
            <w:r>
              <w:t>Замена</w:t>
            </w:r>
            <w:proofErr w:type="spellEnd"/>
            <w:r>
              <w:t xml:space="preserve"> </w:t>
            </w:r>
            <w:proofErr w:type="spellStart"/>
            <w:r>
              <w:t>молнии</w:t>
            </w:r>
            <w:proofErr w:type="spellEnd"/>
          </w:p>
        </w:tc>
        <w:tc>
          <w:tcPr>
            <w:tcW w:w="2880" w:type="dxa"/>
          </w:tcPr>
          <w:p w14:paraId="6C5C5FAF" w14:textId="77777777" w:rsidR="00AF5A40" w:rsidRDefault="00586A90">
            <w:r>
              <w:t>600–1 500</w:t>
            </w:r>
          </w:p>
        </w:tc>
        <w:tc>
          <w:tcPr>
            <w:tcW w:w="2880" w:type="dxa"/>
          </w:tcPr>
          <w:p w14:paraId="2ECFA121" w14:textId="77777777" w:rsidR="00AF5A40" w:rsidRPr="00586A90" w:rsidRDefault="00586A90">
            <w:pPr>
              <w:rPr>
                <w:lang w:val="ru-RU"/>
              </w:rPr>
            </w:pPr>
            <w:r w:rsidRPr="00586A90">
              <w:rPr>
                <w:lang w:val="ru-RU"/>
              </w:rPr>
              <w:t>зависит от длины и вида молнии</w:t>
            </w:r>
          </w:p>
        </w:tc>
      </w:tr>
      <w:tr w:rsidR="00AF5A40" w14:paraId="26F9EF48" w14:textId="77777777">
        <w:tc>
          <w:tcPr>
            <w:tcW w:w="2880" w:type="dxa"/>
          </w:tcPr>
          <w:p w14:paraId="3D4ECE35" w14:textId="77777777" w:rsidR="00AF5A40" w:rsidRDefault="00586A90">
            <w:proofErr w:type="spellStart"/>
            <w:r>
              <w:lastRenderedPageBreak/>
              <w:t>Ушив</w:t>
            </w:r>
            <w:proofErr w:type="spellEnd"/>
            <w:r>
              <w:t>/</w:t>
            </w:r>
            <w:proofErr w:type="spellStart"/>
            <w:r>
              <w:t>подгонка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фигуре</w:t>
            </w:r>
            <w:proofErr w:type="spellEnd"/>
          </w:p>
        </w:tc>
        <w:tc>
          <w:tcPr>
            <w:tcW w:w="2880" w:type="dxa"/>
          </w:tcPr>
          <w:p w14:paraId="13499C9A" w14:textId="77777777" w:rsidR="00AF5A40" w:rsidRDefault="00586A90">
            <w:r>
              <w:t>600–2 000</w:t>
            </w:r>
          </w:p>
        </w:tc>
        <w:tc>
          <w:tcPr>
            <w:tcW w:w="2880" w:type="dxa"/>
          </w:tcPr>
          <w:p w14:paraId="0A096F27" w14:textId="77777777" w:rsidR="00AF5A40" w:rsidRDefault="00586A90">
            <w:r>
              <w:t>по количеству швов/элементов</w:t>
            </w:r>
          </w:p>
        </w:tc>
      </w:tr>
      <w:tr w:rsidR="00AF5A40" w14:paraId="59823A52" w14:textId="77777777">
        <w:tc>
          <w:tcPr>
            <w:tcW w:w="2880" w:type="dxa"/>
          </w:tcPr>
          <w:p w14:paraId="5D5D54E7" w14:textId="77777777" w:rsidR="00AF5A40" w:rsidRDefault="00586A90">
            <w:r>
              <w:t>Пошив юбки (работа)</w:t>
            </w:r>
          </w:p>
        </w:tc>
        <w:tc>
          <w:tcPr>
            <w:tcW w:w="2880" w:type="dxa"/>
          </w:tcPr>
          <w:p w14:paraId="608F0126" w14:textId="77777777" w:rsidR="00AF5A40" w:rsidRDefault="00586A90">
            <w:r>
              <w:t>2 500–4 000</w:t>
            </w:r>
          </w:p>
        </w:tc>
        <w:tc>
          <w:tcPr>
            <w:tcW w:w="2880" w:type="dxa"/>
          </w:tcPr>
          <w:p w14:paraId="692C09D6" w14:textId="77777777" w:rsidR="00AF5A40" w:rsidRDefault="00586A90">
            <w:r>
              <w:t>материал предоставляет клиент</w:t>
            </w:r>
          </w:p>
        </w:tc>
      </w:tr>
      <w:tr w:rsidR="00AF5A40" w14:paraId="47FA292F" w14:textId="77777777">
        <w:tc>
          <w:tcPr>
            <w:tcW w:w="2880" w:type="dxa"/>
          </w:tcPr>
          <w:p w14:paraId="740444FC" w14:textId="77777777" w:rsidR="00AF5A40" w:rsidRDefault="00586A90">
            <w:r>
              <w:t>Пошив платья (работа)</w:t>
            </w:r>
          </w:p>
        </w:tc>
        <w:tc>
          <w:tcPr>
            <w:tcW w:w="2880" w:type="dxa"/>
          </w:tcPr>
          <w:p w14:paraId="62D778A6" w14:textId="77777777" w:rsidR="00AF5A40" w:rsidRDefault="00586A90">
            <w:r>
              <w:t>4 000–8 000</w:t>
            </w:r>
          </w:p>
        </w:tc>
        <w:tc>
          <w:tcPr>
            <w:tcW w:w="2880" w:type="dxa"/>
          </w:tcPr>
          <w:p w14:paraId="7F3C50F1" w14:textId="77777777" w:rsidR="00AF5A40" w:rsidRDefault="00586A90">
            <w:r>
              <w:t>цена по модели/сложности</w:t>
            </w:r>
          </w:p>
        </w:tc>
      </w:tr>
    </w:tbl>
    <w:p w14:paraId="630ABED2" w14:textId="77777777" w:rsidR="00AF5A40" w:rsidRDefault="00AF5A40"/>
    <w:p w14:paraId="2E477AD2" w14:textId="77777777" w:rsidR="00AF5A40" w:rsidRDefault="00586A90">
      <w:pPr>
        <w:pStyle w:val="21"/>
      </w:pPr>
      <w:r>
        <w:t>4. Анализ рынка и целевая аудитория</w:t>
      </w:r>
    </w:p>
    <w:p w14:paraId="073F9FC9" w14:textId="77777777" w:rsidR="00AF5A40" w:rsidRPr="00586A90" w:rsidRDefault="00586A90" w:rsidP="001E3899">
      <w:pPr>
        <w:jc w:val="both"/>
        <w:rPr>
          <w:lang w:val="ru-RU"/>
        </w:rPr>
      </w:pPr>
      <w:r w:rsidRPr="00586A90">
        <w:rPr>
          <w:lang w:val="ru-RU"/>
        </w:rPr>
        <w:t>Услуги ремонта одежды относятся к базовым бытовым услугам и сохраняют устойчивый спрос. Потребность возникает регулярно: сезонная смена одежды, износ изделий, изменение параметров фигуры, необходимость срочного ремонта.</w:t>
      </w:r>
    </w:p>
    <w:p w14:paraId="2EE19F2A" w14:textId="77777777" w:rsidR="00AF5A40" w:rsidRDefault="00586A90" w:rsidP="001E3899">
      <w:pPr>
        <w:jc w:val="both"/>
      </w:pPr>
      <w:proofErr w:type="spellStart"/>
      <w:r>
        <w:t>Целевая</w:t>
      </w:r>
      <w:proofErr w:type="spellEnd"/>
      <w:r>
        <w:t xml:space="preserve"> </w:t>
      </w:r>
      <w:proofErr w:type="spellStart"/>
      <w:r>
        <w:t>аудитория</w:t>
      </w:r>
      <w:proofErr w:type="spellEnd"/>
      <w:r>
        <w:t>:</w:t>
      </w:r>
    </w:p>
    <w:p w14:paraId="20A3CA21" w14:textId="77777777" w:rsidR="00AF5A40" w:rsidRPr="00586A90" w:rsidRDefault="00586A90" w:rsidP="001E3899">
      <w:pPr>
        <w:pStyle w:val="a0"/>
        <w:jc w:val="both"/>
        <w:rPr>
          <w:lang w:val="ru-RU"/>
        </w:rPr>
      </w:pPr>
      <w:r w:rsidRPr="00586A90">
        <w:rPr>
          <w:lang w:val="ru-RU"/>
        </w:rPr>
        <w:t>Жители близлежащих домов и районов (шаговая доступность).</w:t>
      </w:r>
    </w:p>
    <w:p w14:paraId="468E0C7C" w14:textId="77777777" w:rsidR="00AF5A40" w:rsidRPr="00586A90" w:rsidRDefault="00586A90" w:rsidP="001E3899">
      <w:pPr>
        <w:pStyle w:val="a0"/>
        <w:jc w:val="both"/>
        <w:rPr>
          <w:lang w:val="ru-RU"/>
        </w:rPr>
      </w:pPr>
      <w:r w:rsidRPr="00586A90">
        <w:rPr>
          <w:lang w:val="ru-RU"/>
        </w:rPr>
        <w:t>Семьи с детьми (частые ремонты, подгонка школьной/повседневной одежды).</w:t>
      </w:r>
    </w:p>
    <w:p w14:paraId="5281C93D" w14:textId="77777777" w:rsidR="00AF5A40" w:rsidRPr="00586A90" w:rsidRDefault="00586A90" w:rsidP="001E3899">
      <w:pPr>
        <w:pStyle w:val="a0"/>
        <w:jc w:val="both"/>
        <w:rPr>
          <w:lang w:val="ru-RU"/>
        </w:rPr>
      </w:pPr>
      <w:r w:rsidRPr="00586A90">
        <w:rPr>
          <w:lang w:val="ru-RU"/>
        </w:rPr>
        <w:t>Пенсионеры (ремонт и продление срока службы одежды).</w:t>
      </w:r>
    </w:p>
    <w:p w14:paraId="5811FAFB" w14:textId="77777777" w:rsidR="00AF5A40" w:rsidRPr="00586A90" w:rsidRDefault="00586A90" w:rsidP="001E3899">
      <w:pPr>
        <w:pStyle w:val="a0"/>
        <w:jc w:val="both"/>
        <w:rPr>
          <w:lang w:val="ru-RU"/>
        </w:rPr>
      </w:pPr>
      <w:r w:rsidRPr="00586A90">
        <w:rPr>
          <w:lang w:val="ru-RU"/>
        </w:rPr>
        <w:t>Работающие граждане (срочный ремонт, подгонка деловой одежды).</w:t>
      </w:r>
    </w:p>
    <w:p w14:paraId="44D65682" w14:textId="77777777" w:rsidR="00AF5A40" w:rsidRPr="00586A90" w:rsidRDefault="00586A90" w:rsidP="001E3899">
      <w:pPr>
        <w:pStyle w:val="a0"/>
        <w:jc w:val="both"/>
        <w:rPr>
          <w:lang w:val="ru-RU"/>
        </w:rPr>
      </w:pPr>
      <w:r w:rsidRPr="00586A90">
        <w:rPr>
          <w:lang w:val="ru-RU"/>
        </w:rPr>
        <w:t>Клиенты с нестандартной фигурой (подгонка и индивидуальный пошив).</w:t>
      </w:r>
    </w:p>
    <w:p w14:paraId="6DC1A592" w14:textId="77777777" w:rsidR="00AF5A40" w:rsidRPr="00586A90" w:rsidRDefault="00586A90" w:rsidP="001E3899">
      <w:pPr>
        <w:jc w:val="both"/>
        <w:rPr>
          <w:lang w:val="ru-RU"/>
        </w:rPr>
      </w:pPr>
      <w:r w:rsidRPr="00586A90">
        <w:rPr>
          <w:lang w:val="ru-RU"/>
        </w:rPr>
        <w:t>Конкурентные преимущества проекта: качество работ, соблюдение сроков, понятный прайс, индивидуальный подход, удобные каналы связи (телефон/мессенджеры).</w:t>
      </w:r>
    </w:p>
    <w:p w14:paraId="6103BD4A" w14:textId="77777777" w:rsidR="00AF5A40" w:rsidRPr="00586A90" w:rsidRDefault="00586A90">
      <w:pPr>
        <w:pStyle w:val="21"/>
        <w:rPr>
          <w:lang w:val="ru-RU"/>
        </w:rPr>
      </w:pPr>
      <w:r w:rsidRPr="00586A90">
        <w:rPr>
          <w:lang w:val="ru-RU"/>
        </w:rPr>
        <w:t>5. Производственный план (организация работы)</w:t>
      </w:r>
    </w:p>
    <w:p w14:paraId="6781A4E2" w14:textId="77777777" w:rsidR="00AF5A40" w:rsidRPr="00586A90" w:rsidRDefault="00586A90" w:rsidP="00586A90">
      <w:pPr>
        <w:jc w:val="both"/>
        <w:rPr>
          <w:lang w:val="ru-RU"/>
        </w:rPr>
      </w:pPr>
      <w:r w:rsidRPr="00586A90">
        <w:rPr>
          <w:lang w:val="ru-RU"/>
        </w:rPr>
        <w:t>Для ведения деятельности планируется арендовать небольшое помещение. Режим работы может быть установлен исходя из потребностей клиентов (например, 5–6 дней в неделю).</w:t>
      </w:r>
    </w:p>
    <w:p w14:paraId="739F6C9B" w14:textId="77777777" w:rsidR="00AF5A40" w:rsidRDefault="00586A90">
      <w:proofErr w:type="spellStart"/>
      <w:r>
        <w:t>Этапы</w:t>
      </w:r>
      <w:proofErr w:type="spellEnd"/>
      <w:r>
        <w:t xml:space="preserve"> </w:t>
      </w:r>
      <w:proofErr w:type="spellStart"/>
      <w:r>
        <w:t>выполнения</w:t>
      </w:r>
      <w:proofErr w:type="spellEnd"/>
      <w:r>
        <w:t xml:space="preserve"> </w:t>
      </w:r>
      <w:proofErr w:type="spellStart"/>
      <w:r>
        <w:t>заказа</w:t>
      </w:r>
      <w:proofErr w:type="spellEnd"/>
      <w:r>
        <w:t>:</w:t>
      </w:r>
    </w:p>
    <w:p w14:paraId="461675D6" w14:textId="77777777" w:rsidR="00AF5A40" w:rsidRPr="00586A90" w:rsidRDefault="00586A90">
      <w:pPr>
        <w:pStyle w:val="a"/>
        <w:rPr>
          <w:lang w:val="ru-RU"/>
        </w:rPr>
      </w:pPr>
      <w:r w:rsidRPr="00586A90">
        <w:rPr>
          <w:lang w:val="ru-RU"/>
        </w:rPr>
        <w:t>Приём заказа и консультация (уточнение задачи, сроков, стоимости).</w:t>
      </w:r>
    </w:p>
    <w:p w14:paraId="66B37293" w14:textId="77777777" w:rsidR="00AF5A40" w:rsidRDefault="00586A90">
      <w:pPr>
        <w:pStyle w:val="a"/>
      </w:pPr>
      <w:proofErr w:type="spellStart"/>
      <w:r>
        <w:t>Снятие</w:t>
      </w:r>
      <w:proofErr w:type="spellEnd"/>
      <w:r>
        <w:t xml:space="preserve"> </w:t>
      </w:r>
      <w:proofErr w:type="spellStart"/>
      <w:r>
        <w:t>мерок</w:t>
      </w:r>
      <w:proofErr w:type="spellEnd"/>
      <w:r>
        <w:t>/</w:t>
      </w:r>
      <w:proofErr w:type="spellStart"/>
      <w:r>
        <w:t>оценка</w:t>
      </w:r>
      <w:proofErr w:type="spellEnd"/>
      <w:r>
        <w:t xml:space="preserve"> </w:t>
      </w:r>
      <w:proofErr w:type="spellStart"/>
      <w:r>
        <w:t>изделия</w:t>
      </w:r>
      <w:proofErr w:type="spellEnd"/>
      <w:r>
        <w:t>.</w:t>
      </w:r>
    </w:p>
    <w:p w14:paraId="0D3F5775" w14:textId="77777777" w:rsidR="00AF5A40" w:rsidRDefault="00586A90">
      <w:pPr>
        <w:pStyle w:val="a"/>
      </w:pPr>
      <w:r>
        <w:t>Выполнение ремонта/пошива.</w:t>
      </w:r>
    </w:p>
    <w:p w14:paraId="520AE61D" w14:textId="77777777" w:rsidR="00AF5A40" w:rsidRPr="00586A90" w:rsidRDefault="00586A90">
      <w:pPr>
        <w:pStyle w:val="a"/>
        <w:rPr>
          <w:lang w:val="ru-RU"/>
        </w:rPr>
      </w:pPr>
      <w:r w:rsidRPr="00586A90">
        <w:rPr>
          <w:lang w:val="ru-RU"/>
        </w:rPr>
        <w:t>Примерка (при необходимости) и корректировка.</w:t>
      </w:r>
    </w:p>
    <w:p w14:paraId="072AD2BC" w14:textId="77777777" w:rsidR="00AF5A40" w:rsidRPr="00586A90" w:rsidRDefault="00586A90">
      <w:pPr>
        <w:pStyle w:val="a"/>
        <w:rPr>
          <w:lang w:val="ru-RU"/>
        </w:rPr>
      </w:pPr>
      <w:r w:rsidRPr="00586A90">
        <w:rPr>
          <w:lang w:val="ru-RU"/>
        </w:rPr>
        <w:t>Сдача готового изделия, приём оплаты, просьба оставить отзыв/рекомендацию.</w:t>
      </w:r>
    </w:p>
    <w:p w14:paraId="10E334DD" w14:textId="1DFFFAF9" w:rsidR="00AF5A40" w:rsidRPr="00116298" w:rsidRDefault="00116298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ru-RU"/>
        </w:rPr>
      </w:pPr>
      <w: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ru-RU"/>
        </w:rPr>
        <w:t xml:space="preserve">6. </w:t>
      </w:r>
      <w:r w:rsidR="00586A90" w:rsidRPr="00116298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ru-RU"/>
        </w:rPr>
        <w:t>Календарный план запуска (пример):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2159"/>
        <w:gridCol w:w="2155"/>
        <w:gridCol w:w="2158"/>
        <w:gridCol w:w="2158"/>
      </w:tblGrid>
      <w:tr w:rsidR="00AF5A40" w14:paraId="4650215A" w14:textId="77777777">
        <w:tc>
          <w:tcPr>
            <w:tcW w:w="2160" w:type="dxa"/>
          </w:tcPr>
          <w:p w14:paraId="776FCF75" w14:textId="77777777" w:rsidR="00AF5A40" w:rsidRDefault="00586A90">
            <w:r>
              <w:t>Этап</w:t>
            </w:r>
          </w:p>
        </w:tc>
        <w:tc>
          <w:tcPr>
            <w:tcW w:w="2160" w:type="dxa"/>
          </w:tcPr>
          <w:p w14:paraId="1776BF28" w14:textId="77777777" w:rsidR="00AF5A40" w:rsidRDefault="00586A90">
            <w:r>
              <w:t>Срок</w:t>
            </w:r>
          </w:p>
        </w:tc>
        <w:tc>
          <w:tcPr>
            <w:tcW w:w="2160" w:type="dxa"/>
          </w:tcPr>
          <w:p w14:paraId="41901A8D" w14:textId="77777777" w:rsidR="00AF5A40" w:rsidRDefault="00586A90">
            <w:r>
              <w:t>Результат</w:t>
            </w:r>
          </w:p>
        </w:tc>
        <w:tc>
          <w:tcPr>
            <w:tcW w:w="2160" w:type="dxa"/>
          </w:tcPr>
          <w:p w14:paraId="505775D4" w14:textId="77777777" w:rsidR="00AF5A40" w:rsidRDefault="00586A90">
            <w:r>
              <w:t>Комментарий</w:t>
            </w:r>
          </w:p>
        </w:tc>
      </w:tr>
      <w:tr w:rsidR="00AF5A40" w14:paraId="36C580E1" w14:textId="77777777">
        <w:tc>
          <w:tcPr>
            <w:tcW w:w="2160" w:type="dxa"/>
          </w:tcPr>
          <w:p w14:paraId="0B1C63A6" w14:textId="77777777" w:rsidR="00AF5A40" w:rsidRDefault="00586A90">
            <w:r>
              <w:t>Регистрация самозанятости (НПД)</w:t>
            </w:r>
          </w:p>
        </w:tc>
        <w:tc>
          <w:tcPr>
            <w:tcW w:w="2160" w:type="dxa"/>
          </w:tcPr>
          <w:p w14:paraId="5B2784A3" w14:textId="77777777" w:rsidR="00AF5A40" w:rsidRDefault="00586A90">
            <w:r>
              <w:t>1–2 дня</w:t>
            </w:r>
          </w:p>
        </w:tc>
        <w:tc>
          <w:tcPr>
            <w:tcW w:w="2160" w:type="dxa"/>
          </w:tcPr>
          <w:p w14:paraId="161836F0" w14:textId="77777777" w:rsidR="00AF5A40" w:rsidRDefault="00586A90">
            <w:r>
              <w:t>Статус оформлен</w:t>
            </w:r>
          </w:p>
        </w:tc>
        <w:tc>
          <w:tcPr>
            <w:tcW w:w="2160" w:type="dxa"/>
          </w:tcPr>
          <w:p w14:paraId="3A0040DF" w14:textId="77777777" w:rsidR="00AF5A40" w:rsidRDefault="00586A90">
            <w:r>
              <w:t>через приложение «Мой налог»</w:t>
            </w:r>
          </w:p>
        </w:tc>
      </w:tr>
      <w:tr w:rsidR="00AF5A40" w:rsidRPr="00B54C7A" w14:paraId="48C830C9" w14:textId="77777777">
        <w:tc>
          <w:tcPr>
            <w:tcW w:w="2160" w:type="dxa"/>
          </w:tcPr>
          <w:p w14:paraId="51EE17B8" w14:textId="77777777" w:rsidR="00AF5A40" w:rsidRDefault="00586A90">
            <w:r>
              <w:lastRenderedPageBreak/>
              <w:t>Подбор/аренда помещения</w:t>
            </w:r>
          </w:p>
        </w:tc>
        <w:tc>
          <w:tcPr>
            <w:tcW w:w="2160" w:type="dxa"/>
          </w:tcPr>
          <w:p w14:paraId="3610E1D5" w14:textId="77777777" w:rsidR="00AF5A40" w:rsidRDefault="00586A90">
            <w:r>
              <w:t>1–2 недели</w:t>
            </w:r>
          </w:p>
        </w:tc>
        <w:tc>
          <w:tcPr>
            <w:tcW w:w="2160" w:type="dxa"/>
          </w:tcPr>
          <w:p w14:paraId="40B4891D" w14:textId="77777777" w:rsidR="00AF5A40" w:rsidRDefault="00586A90">
            <w:r>
              <w:t>Договор аренды</w:t>
            </w:r>
          </w:p>
        </w:tc>
        <w:tc>
          <w:tcPr>
            <w:tcW w:w="2160" w:type="dxa"/>
          </w:tcPr>
          <w:p w14:paraId="68FCE41E" w14:textId="77777777" w:rsidR="00AF5A40" w:rsidRPr="00586A90" w:rsidRDefault="00586A90">
            <w:pPr>
              <w:rPr>
                <w:lang w:val="ru-RU"/>
              </w:rPr>
            </w:pPr>
            <w:r w:rsidRPr="00586A90">
              <w:rPr>
                <w:lang w:val="ru-RU"/>
              </w:rPr>
              <w:t>по возможности в проходном месте</w:t>
            </w:r>
          </w:p>
        </w:tc>
      </w:tr>
      <w:tr w:rsidR="00AF5A40" w14:paraId="6A9048EC" w14:textId="77777777">
        <w:tc>
          <w:tcPr>
            <w:tcW w:w="2160" w:type="dxa"/>
          </w:tcPr>
          <w:p w14:paraId="43045959" w14:textId="77777777" w:rsidR="00AF5A40" w:rsidRDefault="00586A90">
            <w:proofErr w:type="spellStart"/>
            <w:r>
              <w:t>Закупка</w:t>
            </w:r>
            <w:proofErr w:type="spellEnd"/>
            <w:r>
              <w:t xml:space="preserve"> </w:t>
            </w:r>
            <w:proofErr w:type="spellStart"/>
            <w:r>
              <w:t>оборудования</w:t>
            </w:r>
            <w:proofErr w:type="spellEnd"/>
          </w:p>
        </w:tc>
        <w:tc>
          <w:tcPr>
            <w:tcW w:w="2160" w:type="dxa"/>
          </w:tcPr>
          <w:p w14:paraId="18E48C5E" w14:textId="77777777" w:rsidR="00AF5A40" w:rsidRDefault="00586A90">
            <w:r>
              <w:t>1–3 недели</w:t>
            </w:r>
          </w:p>
        </w:tc>
        <w:tc>
          <w:tcPr>
            <w:tcW w:w="2160" w:type="dxa"/>
          </w:tcPr>
          <w:p w14:paraId="12E9AE3E" w14:textId="77777777" w:rsidR="00AF5A40" w:rsidRDefault="00586A90">
            <w:r>
              <w:t>Оборудование установлено</w:t>
            </w:r>
          </w:p>
        </w:tc>
        <w:tc>
          <w:tcPr>
            <w:tcW w:w="2160" w:type="dxa"/>
          </w:tcPr>
          <w:p w14:paraId="29CE4DED" w14:textId="77777777" w:rsidR="00AF5A40" w:rsidRDefault="00586A90">
            <w:r>
              <w:t>по смете соцконтракта</w:t>
            </w:r>
          </w:p>
        </w:tc>
      </w:tr>
      <w:tr w:rsidR="00AF5A40" w14:paraId="2941D1B0" w14:textId="77777777">
        <w:tc>
          <w:tcPr>
            <w:tcW w:w="2160" w:type="dxa"/>
          </w:tcPr>
          <w:p w14:paraId="3C4A7F0B" w14:textId="77777777" w:rsidR="00AF5A40" w:rsidRDefault="00586A90">
            <w:r>
              <w:t>Запуск рекламы (Авито/2ГИС)</w:t>
            </w:r>
          </w:p>
        </w:tc>
        <w:tc>
          <w:tcPr>
            <w:tcW w:w="2160" w:type="dxa"/>
          </w:tcPr>
          <w:p w14:paraId="10F8A5C3" w14:textId="77777777" w:rsidR="00AF5A40" w:rsidRDefault="00586A90">
            <w:r>
              <w:t>1 неделя</w:t>
            </w:r>
          </w:p>
        </w:tc>
        <w:tc>
          <w:tcPr>
            <w:tcW w:w="2160" w:type="dxa"/>
          </w:tcPr>
          <w:p w14:paraId="2DFBD85F" w14:textId="77777777" w:rsidR="00AF5A40" w:rsidRDefault="00586A90">
            <w:r>
              <w:t>Первые обращения</w:t>
            </w:r>
          </w:p>
        </w:tc>
        <w:tc>
          <w:tcPr>
            <w:tcW w:w="2160" w:type="dxa"/>
          </w:tcPr>
          <w:p w14:paraId="31A886A2" w14:textId="77777777" w:rsidR="00AF5A40" w:rsidRDefault="00586A90">
            <w:r>
              <w:t>создание карточек и объявлений</w:t>
            </w:r>
          </w:p>
        </w:tc>
      </w:tr>
      <w:tr w:rsidR="00AF5A40" w14:paraId="205ABF21" w14:textId="77777777">
        <w:tc>
          <w:tcPr>
            <w:tcW w:w="2160" w:type="dxa"/>
          </w:tcPr>
          <w:p w14:paraId="5D1628CC" w14:textId="77777777" w:rsidR="00AF5A40" w:rsidRDefault="00586A90">
            <w:r>
              <w:t>Выход на плановую загрузку</w:t>
            </w:r>
          </w:p>
        </w:tc>
        <w:tc>
          <w:tcPr>
            <w:tcW w:w="2160" w:type="dxa"/>
          </w:tcPr>
          <w:p w14:paraId="36280E79" w14:textId="77777777" w:rsidR="00AF5A40" w:rsidRDefault="00586A90">
            <w:r>
              <w:t>1–2 месяца</w:t>
            </w:r>
          </w:p>
        </w:tc>
        <w:tc>
          <w:tcPr>
            <w:tcW w:w="2160" w:type="dxa"/>
          </w:tcPr>
          <w:p w14:paraId="39C0152B" w14:textId="77777777" w:rsidR="00AF5A40" w:rsidRDefault="00586A90">
            <w:r>
              <w:t>Стабильные заказы</w:t>
            </w:r>
          </w:p>
        </w:tc>
        <w:tc>
          <w:tcPr>
            <w:tcW w:w="2160" w:type="dxa"/>
          </w:tcPr>
          <w:p w14:paraId="18F8EAF7" w14:textId="77777777" w:rsidR="00AF5A40" w:rsidRDefault="00586A90">
            <w:r>
              <w:t>наращивание базы клиентов</w:t>
            </w:r>
          </w:p>
        </w:tc>
      </w:tr>
    </w:tbl>
    <w:p w14:paraId="54630DB5" w14:textId="77777777" w:rsidR="00AF5A40" w:rsidRDefault="00AF5A40"/>
    <w:p w14:paraId="7711C5D9" w14:textId="7D68894C" w:rsidR="00AF5A40" w:rsidRPr="00116298" w:rsidRDefault="00116298">
      <w:pPr>
        <w:pStyle w:val="21"/>
        <w:rPr>
          <w:lang w:val="ru-RU"/>
        </w:rPr>
      </w:pPr>
      <w:r>
        <w:rPr>
          <w:lang w:val="ru-RU"/>
        </w:rPr>
        <w:t>7</w:t>
      </w:r>
      <w:r w:rsidR="00586A90" w:rsidRPr="00116298">
        <w:rPr>
          <w:lang w:val="ru-RU"/>
        </w:rPr>
        <w:t>. Источники и объём требуемых средств</w:t>
      </w:r>
    </w:p>
    <w:p w14:paraId="7FE001A6" w14:textId="77777777" w:rsidR="00AF5A40" w:rsidRPr="00586A90" w:rsidRDefault="00586A90">
      <w:pPr>
        <w:rPr>
          <w:lang w:val="ru-RU"/>
        </w:rPr>
      </w:pPr>
      <w:r w:rsidRPr="00586A90">
        <w:rPr>
          <w:lang w:val="ru-RU"/>
        </w:rPr>
        <w:t>Финансирование проекта осуществляется полностью за счёт средств социального контракта в размере 350 000 рублей.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AF5A40" w14:paraId="6963C462" w14:textId="77777777">
        <w:tc>
          <w:tcPr>
            <w:tcW w:w="4320" w:type="dxa"/>
          </w:tcPr>
          <w:p w14:paraId="4FAC4C31" w14:textId="77777777" w:rsidR="00AF5A40" w:rsidRDefault="00586A90">
            <w:proofErr w:type="spellStart"/>
            <w:r>
              <w:t>Источник</w:t>
            </w:r>
            <w:proofErr w:type="spellEnd"/>
          </w:p>
        </w:tc>
        <w:tc>
          <w:tcPr>
            <w:tcW w:w="4320" w:type="dxa"/>
          </w:tcPr>
          <w:p w14:paraId="1FF3DCA1" w14:textId="77777777" w:rsidR="00AF5A40" w:rsidRDefault="00586A90">
            <w:r>
              <w:t>Сумма</w:t>
            </w:r>
          </w:p>
        </w:tc>
      </w:tr>
      <w:tr w:rsidR="00AF5A40" w14:paraId="62446F63" w14:textId="77777777">
        <w:tc>
          <w:tcPr>
            <w:tcW w:w="4320" w:type="dxa"/>
          </w:tcPr>
          <w:p w14:paraId="3371D0C6" w14:textId="77777777" w:rsidR="00AF5A40" w:rsidRDefault="00586A90">
            <w:r>
              <w:t>Социальный контракт</w:t>
            </w:r>
          </w:p>
        </w:tc>
        <w:tc>
          <w:tcPr>
            <w:tcW w:w="4320" w:type="dxa"/>
          </w:tcPr>
          <w:p w14:paraId="3063085C" w14:textId="77777777" w:rsidR="00AF5A40" w:rsidRDefault="00586A90">
            <w:r>
              <w:t>350 000 руб.</w:t>
            </w:r>
          </w:p>
        </w:tc>
      </w:tr>
    </w:tbl>
    <w:p w14:paraId="76720B1E" w14:textId="77777777" w:rsidR="00AF5A40" w:rsidRDefault="00AF5A40"/>
    <w:p w14:paraId="10217C28" w14:textId="17A72A45" w:rsidR="00AF5A40" w:rsidRPr="00586A90" w:rsidRDefault="00586A90">
      <w:pPr>
        <w:pStyle w:val="21"/>
        <w:rPr>
          <w:lang w:val="ru-RU"/>
        </w:rPr>
      </w:pPr>
      <w:r w:rsidRPr="00586A90">
        <w:rPr>
          <w:lang w:val="ru-RU"/>
        </w:rPr>
        <w:t xml:space="preserve">Смета расходов (за счёт </w:t>
      </w:r>
      <w:proofErr w:type="spellStart"/>
      <w:r w:rsidRPr="00586A90">
        <w:rPr>
          <w:lang w:val="ru-RU"/>
        </w:rPr>
        <w:t>соцконтракта</w:t>
      </w:r>
      <w:proofErr w:type="spellEnd"/>
      <w:r w:rsidRPr="00586A90">
        <w:rPr>
          <w:lang w:val="ru-RU"/>
        </w:rPr>
        <w:t>)</w:t>
      </w:r>
    </w:p>
    <w:p w14:paraId="6FA4C08D" w14:textId="77777777" w:rsidR="00AF5A40" w:rsidRPr="00586A90" w:rsidRDefault="00586A90">
      <w:pPr>
        <w:rPr>
          <w:lang w:val="ru-RU"/>
        </w:rPr>
      </w:pPr>
      <w:r w:rsidRPr="00586A90">
        <w:rPr>
          <w:lang w:val="ru-RU"/>
        </w:rPr>
        <w:t>Смета составлена в рамках лимита 350 000 рублей. Перечень оборудования и материалов используется исключительно для ведения заявленной деятельности.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1144"/>
        <w:gridCol w:w="3545"/>
        <w:gridCol w:w="1258"/>
        <w:gridCol w:w="1301"/>
        <w:gridCol w:w="1382"/>
      </w:tblGrid>
      <w:tr w:rsidR="00AF5A40" w14:paraId="1516BBB2" w14:textId="77777777">
        <w:tc>
          <w:tcPr>
            <w:tcW w:w="1728" w:type="dxa"/>
          </w:tcPr>
          <w:p w14:paraId="1E7BE001" w14:textId="77777777" w:rsidR="00AF5A40" w:rsidRDefault="00586A90">
            <w:r>
              <w:t>№</w:t>
            </w:r>
          </w:p>
        </w:tc>
        <w:tc>
          <w:tcPr>
            <w:tcW w:w="1728" w:type="dxa"/>
          </w:tcPr>
          <w:p w14:paraId="114D46BB" w14:textId="77777777" w:rsidR="00AF5A40" w:rsidRDefault="00586A90">
            <w:r>
              <w:t>Наименование</w:t>
            </w:r>
          </w:p>
        </w:tc>
        <w:tc>
          <w:tcPr>
            <w:tcW w:w="1728" w:type="dxa"/>
          </w:tcPr>
          <w:p w14:paraId="5C9F2888" w14:textId="77777777" w:rsidR="00AF5A40" w:rsidRDefault="00586A90">
            <w:r>
              <w:t>Кол-во</w:t>
            </w:r>
          </w:p>
        </w:tc>
        <w:tc>
          <w:tcPr>
            <w:tcW w:w="1728" w:type="dxa"/>
          </w:tcPr>
          <w:p w14:paraId="60E2D6E0" w14:textId="77777777" w:rsidR="00AF5A40" w:rsidRDefault="00586A90">
            <w:r>
              <w:t>Цена, руб.</w:t>
            </w:r>
          </w:p>
        </w:tc>
        <w:tc>
          <w:tcPr>
            <w:tcW w:w="1728" w:type="dxa"/>
          </w:tcPr>
          <w:p w14:paraId="795A37AC" w14:textId="77777777" w:rsidR="00AF5A40" w:rsidRDefault="00586A90">
            <w:r>
              <w:t>Сумма, руб.</w:t>
            </w:r>
          </w:p>
        </w:tc>
      </w:tr>
      <w:tr w:rsidR="00AF5A40" w14:paraId="6AC5290E" w14:textId="77777777">
        <w:tc>
          <w:tcPr>
            <w:tcW w:w="1728" w:type="dxa"/>
          </w:tcPr>
          <w:p w14:paraId="242B5908" w14:textId="77777777" w:rsidR="00AF5A40" w:rsidRDefault="00586A90">
            <w:r>
              <w:t>1</w:t>
            </w:r>
          </w:p>
        </w:tc>
        <w:tc>
          <w:tcPr>
            <w:tcW w:w="1728" w:type="dxa"/>
          </w:tcPr>
          <w:p w14:paraId="2E0358AE" w14:textId="77777777" w:rsidR="00AF5A40" w:rsidRDefault="00586A90">
            <w:r>
              <w:t>Швейная машина (универсальная)</w:t>
            </w:r>
          </w:p>
        </w:tc>
        <w:tc>
          <w:tcPr>
            <w:tcW w:w="1728" w:type="dxa"/>
          </w:tcPr>
          <w:p w14:paraId="516DDDB5" w14:textId="77777777" w:rsidR="00AF5A40" w:rsidRDefault="00586A90">
            <w:r>
              <w:t>2</w:t>
            </w:r>
          </w:p>
        </w:tc>
        <w:tc>
          <w:tcPr>
            <w:tcW w:w="1728" w:type="dxa"/>
          </w:tcPr>
          <w:p w14:paraId="7EDF4211" w14:textId="77777777" w:rsidR="00AF5A40" w:rsidRDefault="00586A90">
            <w:r>
              <w:t>60 000</w:t>
            </w:r>
          </w:p>
        </w:tc>
        <w:tc>
          <w:tcPr>
            <w:tcW w:w="1728" w:type="dxa"/>
          </w:tcPr>
          <w:p w14:paraId="55F673CB" w14:textId="77777777" w:rsidR="00AF5A40" w:rsidRDefault="00586A90">
            <w:r>
              <w:t>120 000</w:t>
            </w:r>
          </w:p>
        </w:tc>
      </w:tr>
      <w:tr w:rsidR="00AF5A40" w14:paraId="05480C54" w14:textId="77777777">
        <w:tc>
          <w:tcPr>
            <w:tcW w:w="1728" w:type="dxa"/>
          </w:tcPr>
          <w:p w14:paraId="28C4F706" w14:textId="77777777" w:rsidR="00AF5A40" w:rsidRDefault="00586A90">
            <w:r>
              <w:t>2</w:t>
            </w:r>
          </w:p>
        </w:tc>
        <w:tc>
          <w:tcPr>
            <w:tcW w:w="1728" w:type="dxa"/>
          </w:tcPr>
          <w:p w14:paraId="27455B40" w14:textId="77777777" w:rsidR="00AF5A40" w:rsidRDefault="00586A90">
            <w:r>
              <w:t>Оверлок</w:t>
            </w:r>
          </w:p>
        </w:tc>
        <w:tc>
          <w:tcPr>
            <w:tcW w:w="1728" w:type="dxa"/>
          </w:tcPr>
          <w:p w14:paraId="2ACA7753" w14:textId="77777777" w:rsidR="00AF5A40" w:rsidRDefault="00586A90">
            <w:r>
              <w:t>1</w:t>
            </w:r>
          </w:p>
        </w:tc>
        <w:tc>
          <w:tcPr>
            <w:tcW w:w="1728" w:type="dxa"/>
          </w:tcPr>
          <w:p w14:paraId="34507329" w14:textId="77777777" w:rsidR="00AF5A40" w:rsidRDefault="00586A90">
            <w:r>
              <w:t>45 000</w:t>
            </w:r>
          </w:p>
        </w:tc>
        <w:tc>
          <w:tcPr>
            <w:tcW w:w="1728" w:type="dxa"/>
          </w:tcPr>
          <w:p w14:paraId="0D5EB4BA" w14:textId="77777777" w:rsidR="00AF5A40" w:rsidRDefault="00586A90">
            <w:r>
              <w:t>45 000</w:t>
            </w:r>
          </w:p>
        </w:tc>
      </w:tr>
      <w:tr w:rsidR="00AF5A40" w14:paraId="1E8E3978" w14:textId="77777777">
        <w:tc>
          <w:tcPr>
            <w:tcW w:w="1728" w:type="dxa"/>
          </w:tcPr>
          <w:p w14:paraId="380DB44E" w14:textId="77777777" w:rsidR="00AF5A40" w:rsidRDefault="00586A90">
            <w:r>
              <w:t>3</w:t>
            </w:r>
          </w:p>
        </w:tc>
        <w:tc>
          <w:tcPr>
            <w:tcW w:w="1728" w:type="dxa"/>
          </w:tcPr>
          <w:p w14:paraId="00CADA40" w14:textId="77777777" w:rsidR="00AF5A40" w:rsidRDefault="00586A90">
            <w:r>
              <w:t>Утюг (профессиональный/усиленный)</w:t>
            </w:r>
          </w:p>
        </w:tc>
        <w:tc>
          <w:tcPr>
            <w:tcW w:w="1728" w:type="dxa"/>
          </w:tcPr>
          <w:p w14:paraId="0123686D" w14:textId="77777777" w:rsidR="00AF5A40" w:rsidRDefault="00586A90">
            <w:r>
              <w:t>1</w:t>
            </w:r>
          </w:p>
        </w:tc>
        <w:tc>
          <w:tcPr>
            <w:tcW w:w="1728" w:type="dxa"/>
          </w:tcPr>
          <w:p w14:paraId="4669C04A" w14:textId="77777777" w:rsidR="00AF5A40" w:rsidRDefault="00586A90">
            <w:r>
              <w:t>20 000</w:t>
            </w:r>
          </w:p>
        </w:tc>
        <w:tc>
          <w:tcPr>
            <w:tcW w:w="1728" w:type="dxa"/>
          </w:tcPr>
          <w:p w14:paraId="6202C00A" w14:textId="77777777" w:rsidR="00AF5A40" w:rsidRDefault="00586A90">
            <w:r>
              <w:t>20 000</w:t>
            </w:r>
          </w:p>
        </w:tc>
      </w:tr>
      <w:tr w:rsidR="00AF5A40" w14:paraId="0FDF5705" w14:textId="77777777">
        <w:tc>
          <w:tcPr>
            <w:tcW w:w="1728" w:type="dxa"/>
          </w:tcPr>
          <w:p w14:paraId="513F7168" w14:textId="77777777" w:rsidR="00AF5A40" w:rsidRDefault="00586A90">
            <w:r>
              <w:t>4</w:t>
            </w:r>
          </w:p>
        </w:tc>
        <w:tc>
          <w:tcPr>
            <w:tcW w:w="1728" w:type="dxa"/>
          </w:tcPr>
          <w:p w14:paraId="09EE8132" w14:textId="77777777" w:rsidR="00AF5A40" w:rsidRDefault="00586A90">
            <w:r>
              <w:t>Гладильная доска</w:t>
            </w:r>
          </w:p>
        </w:tc>
        <w:tc>
          <w:tcPr>
            <w:tcW w:w="1728" w:type="dxa"/>
          </w:tcPr>
          <w:p w14:paraId="1DDF098C" w14:textId="77777777" w:rsidR="00AF5A40" w:rsidRDefault="00586A90">
            <w:r>
              <w:t>1</w:t>
            </w:r>
          </w:p>
        </w:tc>
        <w:tc>
          <w:tcPr>
            <w:tcW w:w="1728" w:type="dxa"/>
          </w:tcPr>
          <w:p w14:paraId="107E040C" w14:textId="77777777" w:rsidR="00AF5A40" w:rsidRDefault="00586A90">
            <w:r>
              <w:t>10 000</w:t>
            </w:r>
          </w:p>
        </w:tc>
        <w:tc>
          <w:tcPr>
            <w:tcW w:w="1728" w:type="dxa"/>
          </w:tcPr>
          <w:p w14:paraId="4D6DFF13" w14:textId="77777777" w:rsidR="00AF5A40" w:rsidRDefault="00586A90">
            <w:r>
              <w:t>10 000</w:t>
            </w:r>
          </w:p>
        </w:tc>
      </w:tr>
      <w:tr w:rsidR="00AF5A40" w14:paraId="4E638A6D" w14:textId="77777777">
        <w:tc>
          <w:tcPr>
            <w:tcW w:w="1728" w:type="dxa"/>
          </w:tcPr>
          <w:p w14:paraId="061A0980" w14:textId="77777777" w:rsidR="00AF5A40" w:rsidRDefault="00586A90">
            <w:r>
              <w:t>5</w:t>
            </w:r>
          </w:p>
        </w:tc>
        <w:tc>
          <w:tcPr>
            <w:tcW w:w="1728" w:type="dxa"/>
          </w:tcPr>
          <w:p w14:paraId="2FEB2D32" w14:textId="77777777" w:rsidR="00AF5A40" w:rsidRDefault="00586A90">
            <w:r>
              <w:t>Раскройный стол</w:t>
            </w:r>
          </w:p>
        </w:tc>
        <w:tc>
          <w:tcPr>
            <w:tcW w:w="1728" w:type="dxa"/>
          </w:tcPr>
          <w:p w14:paraId="6C31ABC1" w14:textId="77777777" w:rsidR="00AF5A40" w:rsidRDefault="00586A90">
            <w:r>
              <w:t>1</w:t>
            </w:r>
          </w:p>
        </w:tc>
        <w:tc>
          <w:tcPr>
            <w:tcW w:w="1728" w:type="dxa"/>
          </w:tcPr>
          <w:p w14:paraId="48970E16" w14:textId="523AF2BE" w:rsidR="00AF5A40" w:rsidRDefault="00116298">
            <w:r>
              <w:rPr>
                <w:lang w:val="ru-RU"/>
              </w:rPr>
              <w:t>4</w:t>
            </w:r>
            <w:r w:rsidR="00586A90">
              <w:t>5 000</w:t>
            </w:r>
          </w:p>
        </w:tc>
        <w:tc>
          <w:tcPr>
            <w:tcW w:w="1728" w:type="dxa"/>
          </w:tcPr>
          <w:p w14:paraId="66044F50" w14:textId="414599D1" w:rsidR="00AF5A40" w:rsidRDefault="00116298">
            <w:r>
              <w:rPr>
                <w:lang w:val="ru-RU"/>
              </w:rPr>
              <w:t>4</w:t>
            </w:r>
            <w:r w:rsidR="00586A90">
              <w:t>5 000</w:t>
            </w:r>
          </w:p>
        </w:tc>
      </w:tr>
      <w:tr w:rsidR="00AF5A40" w14:paraId="4A2B70E3" w14:textId="77777777">
        <w:tc>
          <w:tcPr>
            <w:tcW w:w="1728" w:type="dxa"/>
          </w:tcPr>
          <w:p w14:paraId="5BC253AF" w14:textId="77777777" w:rsidR="00AF5A40" w:rsidRDefault="00586A90">
            <w:r>
              <w:t>6</w:t>
            </w:r>
          </w:p>
        </w:tc>
        <w:tc>
          <w:tcPr>
            <w:tcW w:w="1728" w:type="dxa"/>
          </w:tcPr>
          <w:p w14:paraId="4911437B" w14:textId="77777777" w:rsidR="00AF5A40" w:rsidRDefault="00586A90">
            <w:r>
              <w:t>Манекен</w:t>
            </w:r>
          </w:p>
        </w:tc>
        <w:tc>
          <w:tcPr>
            <w:tcW w:w="1728" w:type="dxa"/>
          </w:tcPr>
          <w:p w14:paraId="36569688" w14:textId="77777777" w:rsidR="00AF5A40" w:rsidRDefault="00586A90">
            <w:r>
              <w:t>1</w:t>
            </w:r>
          </w:p>
        </w:tc>
        <w:tc>
          <w:tcPr>
            <w:tcW w:w="1728" w:type="dxa"/>
          </w:tcPr>
          <w:p w14:paraId="32D9B8DF" w14:textId="77777777" w:rsidR="00AF5A40" w:rsidRDefault="00586A90">
            <w:r>
              <w:t>20 000</w:t>
            </w:r>
          </w:p>
        </w:tc>
        <w:tc>
          <w:tcPr>
            <w:tcW w:w="1728" w:type="dxa"/>
          </w:tcPr>
          <w:p w14:paraId="65961834" w14:textId="77777777" w:rsidR="00AF5A40" w:rsidRDefault="00586A90">
            <w:r>
              <w:t>20 000</w:t>
            </w:r>
          </w:p>
        </w:tc>
      </w:tr>
      <w:tr w:rsidR="00AF5A40" w14:paraId="31F49077" w14:textId="77777777">
        <w:tc>
          <w:tcPr>
            <w:tcW w:w="1728" w:type="dxa"/>
          </w:tcPr>
          <w:p w14:paraId="7F9680D0" w14:textId="77777777" w:rsidR="00AF5A40" w:rsidRDefault="00586A90">
            <w:r>
              <w:t>7</w:t>
            </w:r>
          </w:p>
        </w:tc>
        <w:tc>
          <w:tcPr>
            <w:tcW w:w="1728" w:type="dxa"/>
          </w:tcPr>
          <w:p w14:paraId="4BD8AF49" w14:textId="77777777" w:rsidR="00AF5A40" w:rsidRPr="00586A90" w:rsidRDefault="00586A90">
            <w:pPr>
              <w:rPr>
                <w:lang w:val="ru-RU"/>
              </w:rPr>
            </w:pPr>
            <w:r w:rsidRPr="00586A90">
              <w:rPr>
                <w:lang w:val="ru-RU"/>
              </w:rPr>
              <w:t>Инструменты и инвентарь (ножницы, лапки, иглы и пр.)</w:t>
            </w:r>
          </w:p>
        </w:tc>
        <w:tc>
          <w:tcPr>
            <w:tcW w:w="1728" w:type="dxa"/>
          </w:tcPr>
          <w:p w14:paraId="52C969F2" w14:textId="77777777" w:rsidR="00AF5A40" w:rsidRDefault="00586A90">
            <w:r>
              <w:t>1</w:t>
            </w:r>
          </w:p>
        </w:tc>
        <w:tc>
          <w:tcPr>
            <w:tcW w:w="1728" w:type="dxa"/>
          </w:tcPr>
          <w:p w14:paraId="13F24E5F" w14:textId="77777777" w:rsidR="00AF5A40" w:rsidRDefault="00586A90">
            <w:r>
              <w:t>20 000</w:t>
            </w:r>
          </w:p>
        </w:tc>
        <w:tc>
          <w:tcPr>
            <w:tcW w:w="1728" w:type="dxa"/>
          </w:tcPr>
          <w:p w14:paraId="51B543BD" w14:textId="77777777" w:rsidR="00AF5A40" w:rsidRDefault="00586A90">
            <w:r>
              <w:t>20 000</w:t>
            </w:r>
          </w:p>
        </w:tc>
      </w:tr>
      <w:tr w:rsidR="00AF5A40" w14:paraId="3611BA8B" w14:textId="77777777">
        <w:tc>
          <w:tcPr>
            <w:tcW w:w="1728" w:type="dxa"/>
          </w:tcPr>
          <w:p w14:paraId="0E56E0CD" w14:textId="77777777" w:rsidR="00AF5A40" w:rsidRDefault="00586A90">
            <w:r>
              <w:t>8</w:t>
            </w:r>
          </w:p>
        </w:tc>
        <w:tc>
          <w:tcPr>
            <w:tcW w:w="1728" w:type="dxa"/>
          </w:tcPr>
          <w:p w14:paraId="35FADB76" w14:textId="77777777" w:rsidR="00AF5A40" w:rsidRPr="00586A90" w:rsidRDefault="00586A90">
            <w:pPr>
              <w:rPr>
                <w:lang w:val="ru-RU"/>
              </w:rPr>
            </w:pPr>
            <w:r w:rsidRPr="00586A90">
              <w:rPr>
                <w:lang w:val="ru-RU"/>
              </w:rPr>
              <w:t>Расходные материалы (нитки, фурнитура, молнии) — стартовый запас</w:t>
            </w:r>
          </w:p>
        </w:tc>
        <w:tc>
          <w:tcPr>
            <w:tcW w:w="1728" w:type="dxa"/>
          </w:tcPr>
          <w:p w14:paraId="73C2002D" w14:textId="77777777" w:rsidR="00AF5A40" w:rsidRDefault="00586A90">
            <w:r>
              <w:t>1</w:t>
            </w:r>
          </w:p>
        </w:tc>
        <w:tc>
          <w:tcPr>
            <w:tcW w:w="1728" w:type="dxa"/>
          </w:tcPr>
          <w:p w14:paraId="748DB508" w14:textId="33C4D990" w:rsidR="00AF5A40" w:rsidRDefault="00116298">
            <w:r>
              <w:rPr>
                <w:lang w:val="ru-RU"/>
              </w:rPr>
              <w:t>7</w:t>
            </w:r>
            <w:r w:rsidR="00586A90">
              <w:t>0 000</w:t>
            </w:r>
          </w:p>
        </w:tc>
        <w:tc>
          <w:tcPr>
            <w:tcW w:w="1728" w:type="dxa"/>
          </w:tcPr>
          <w:p w14:paraId="7B66E951" w14:textId="6F67C8FC" w:rsidR="00AF5A40" w:rsidRDefault="00116298">
            <w:r>
              <w:rPr>
                <w:lang w:val="ru-RU"/>
              </w:rPr>
              <w:t>7</w:t>
            </w:r>
            <w:r w:rsidR="00586A90">
              <w:t>0 000</w:t>
            </w:r>
          </w:p>
        </w:tc>
      </w:tr>
      <w:tr w:rsidR="00AF5A40" w14:paraId="536095D6" w14:textId="77777777">
        <w:tc>
          <w:tcPr>
            <w:tcW w:w="1728" w:type="dxa"/>
          </w:tcPr>
          <w:p w14:paraId="612E328C" w14:textId="77777777" w:rsidR="00AF5A40" w:rsidRDefault="00AF5A40"/>
        </w:tc>
        <w:tc>
          <w:tcPr>
            <w:tcW w:w="1728" w:type="dxa"/>
          </w:tcPr>
          <w:p w14:paraId="44560CB6" w14:textId="77777777" w:rsidR="00AF5A40" w:rsidRDefault="00586A90">
            <w:r>
              <w:t>ИТОГО</w:t>
            </w:r>
          </w:p>
        </w:tc>
        <w:tc>
          <w:tcPr>
            <w:tcW w:w="1728" w:type="dxa"/>
          </w:tcPr>
          <w:p w14:paraId="34327284" w14:textId="77777777" w:rsidR="00AF5A40" w:rsidRDefault="00AF5A40"/>
        </w:tc>
        <w:tc>
          <w:tcPr>
            <w:tcW w:w="1728" w:type="dxa"/>
          </w:tcPr>
          <w:p w14:paraId="0E6007F9" w14:textId="77777777" w:rsidR="00AF5A40" w:rsidRDefault="00AF5A40"/>
        </w:tc>
        <w:tc>
          <w:tcPr>
            <w:tcW w:w="1728" w:type="dxa"/>
          </w:tcPr>
          <w:p w14:paraId="151EA304" w14:textId="77777777" w:rsidR="00AF5A40" w:rsidRDefault="00586A90">
            <w:r>
              <w:t>350 000</w:t>
            </w:r>
          </w:p>
        </w:tc>
      </w:tr>
    </w:tbl>
    <w:p w14:paraId="3B611439" w14:textId="77777777" w:rsidR="00AF5A40" w:rsidRDefault="00AF5A40"/>
    <w:p w14:paraId="1651B49D" w14:textId="77777777" w:rsidR="00AF5A40" w:rsidRDefault="00586A90">
      <w:pPr>
        <w:pStyle w:val="21"/>
      </w:pPr>
      <w:r>
        <w:t>8. План маркетинга (продвижение услуг)</w:t>
      </w:r>
    </w:p>
    <w:p w14:paraId="578A9FB5" w14:textId="77777777" w:rsidR="00AF5A40" w:rsidRDefault="00586A90">
      <w:r w:rsidRPr="00586A90">
        <w:rPr>
          <w:lang w:val="ru-RU"/>
        </w:rPr>
        <w:t xml:space="preserve">Продвижение будет строиться на недорогих и понятных каналах, подходящих для бытовых услуг. </w:t>
      </w:r>
      <w:proofErr w:type="spellStart"/>
      <w:r>
        <w:t>Основной</w:t>
      </w:r>
      <w:proofErr w:type="spellEnd"/>
      <w:r>
        <w:t xml:space="preserve"> </w:t>
      </w:r>
      <w:proofErr w:type="spellStart"/>
      <w:r>
        <w:t>упор</w:t>
      </w:r>
      <w:proofErr w:type="spellEnd"/>
      <w:r>
        <w:t xml:space="preserve"> — </w:t>
      </w:r>
      <w:proofErr w:type="spellStart"/>
      <w:r>
        <w:t>на</w:t>
      </w:r>
      <w:proofErr w:type="spellEnd"/>
      <w:r>
        <w:t xml:space="preserve"> местное продвижение и рекомендации клиентов.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2520"/>
        <w:gridCol w:w="2029"/>
        <w:gridCol w:w="1977"/>
        <w:gridCol w:w="2104"/>
      </w:tblGrid>
      <w:tr w:rsidR="00AF5A40" w14:paraId="29CD80AD" w14:textId="77777777">
        <w:tc>
          <w:tcPr>
            <w:tcW w:w="2160" w:type="dxa"/>
          </w:tcPr>
          <w:p w14:paraId="7C1DD730" w14:textId="77777777" w:rsidR="00AF5A40" w:rsidRDefault="00586A90">
            <w:r>
              <w:lastRenderedPageBreak/>
              <w:t>Канал</w:t>
            </w:r>
          </w:p>
        </w:tc>
        <w:tc>
          <w:tcPr>
            <w:tcW w:w="2160" w:type="dxa"/>
          </w:tcPr>
          <w:p w14:paraId="1FD556FB" w14:textId="77777777" w:rsidR="00AF5A40" w:rsidRDefault="00586A90">
            <w:r>
              <w:t>Действия</w:t>
            </w:r>
          </w:p>
        </w:tc>
        <w:tc>
          <w:tcPr>
            <w:tcW w:w="2160" w:type="dxa"/>
          </w:tcPr>
          <w:p w14:paraId="5676AF7A" w14:textId="77777777" w:rsidR="00AF5A40" w:rsidRDefault="00586A90">
            <w:r>
              <w:t>Ожидаемый эффект</w:t>
            </w:r>
          </w:p>
        </w:tc>
        <w:tc>
          <w:tcPr>
            <w:tcW w:w="2160" w:type="dxa"/>
          </w:tcPr>
          <w:p w14:paraId="2236C26C" w14:textId="77777777" w:rsidR="00AF5A40" w:rsidRDefault="00586A90">
            <w:r>
              <w:t>Затраты</w:t>
            </w:r>
          </w:p>
        </w:tc>
      </w:tr>
      <w:tr w:rsidR="00AF5A40" w14:paraId="5A01E496" w14:textId="77777777">
        <w:tc>
          <w:tcPr>
            <w:tcW w:w="2160" w:type="dxa"/>
          </w:tcPr>
          <w:p w14:paraId="4BCE45B6" w14:textId="77777777" w:rsidR="00AF5A40" w:rsidRDefault="00586A90">
            <w:r>
              <w:t>Авито</w:t>
            </w:r>
          </w:p>
        </w:tc>
        <w:tc>
          <w:tcPr>
            <w:tcW w:w="2160" w:type="dxa"/>
          </w:tcPr>
          <w:p w14:paraId="4355414A" w14:textId="77777777" w:rsidR="00AF5A40" w:rsidRPr="00586A90" w:rsidRDefault="00586A90">
            <w:pPr>
              <w:rPr>
                <w:lang w:val="ru-RU"/>
              </w:rPr>
            </w:pPr>
            <w:r w:rsidRPr="00586A90">
              <w:rPr>
                <w:lang w:val="ru-RU"/>
              </w:rPr>
              <w:t>Размещение 3–5 объявлений по услугам, регулярное обновление</w:t>
            </w:r>
          </w:p>
        </w:tc>
        <w:tc>
          <w:tcPr>
            <w:tcW w:w="2160" w:type="dxa"/>
          </w:tcPr>
          <w:p w14:paraId="38B69C7C" w14:textId="77777777" w:rsidR="00AF5A40" w:rsidRPr="00586A90" w:rsidRDefault="00586A90">
            <w:pPr>
              <w:rPr>
                <w:lang w:val="ru-RU"/>
              </w:rPr>
            </w:pPr>
            <w:r w:rsidRPr="00586A90">
              <w:rPr>
                <w:lang w:val="ru-RU"/>
              </w:rPr>
              <w:t>Первые заявки уже в первые недели</w:t>
            </w:r>
          </w:p>
        </w:tc>
        <w:tc>
          <w:tcPr>
            <w:tcW w:w="2160" w:type="dxa"/>
          </w:tcPr>
          <w:p w14:paraId="509E0A67" w14:textId="77777777" w:rsidR="00AF5A40" w:rsidRDefault="00586A90">
            <w:proofErr w:type="spellStart"/>
            <w:r>
              <w:t>минимальные</w:t>
            </w:r>
            <w:proofErr w:type="spellEnd"/>
            <w:r>
              <w:t>/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необходимости</w:t>
            </w:r>
            <w:proofErr w:type="spellEnd"/>
          </w:p>
        </w:tc>
      </w:tr>
      <w:tr w:rsidR="00AF5A40" w14:paraId="1735F696" w14:textId="77777777">
        <w:tc>
          <w:tcPr>
            <w:tcW w:w="2160" w:type="dxa"/>
          </w:tcPr>
          <w:p w14:paraId="15AB4029" w14:textId="77777777" w:rsidR="00AF5A40" w:rsidRDefault="00586A90">
            <w:r>
              <w:t>2ГИС</w:t>
            </w:r>
          </w:p>
        </w:tc>
        <w:tc>
          <w:tcPr>
            <w:tcW w:w="2160" w:type="dxa"/>
          </w:tcPr>
          <w:p w14:paraId="65C92D6C" w14:textId="77777777" w:rsidR="00AF5A40" w:rsidRPr="00586A90" w:rsidRDefault="00586A90">
            <w:pPr>
              <w:rPr>
                <w:lang w:val="ru-RU"/>
              </w:rPr>
            </w:pPr>
            <w:r w:rsidRPr="00586A90">
              <w:rPr>
                <w:lang w:val="ru-RU"/>
              </w:rPr>
              <w:t>Добавление точки и контактов, описание услуг</w:t>
            </w:r>
          </w:p>
        </w:tc>
        <w:tc>
          <w:tcPr>
            <w:tcW w:w="2160" w:type="dxa"/>
          </w:tcPr>
          <w:p w14:paraId="71E081D7" w14:textId="77777777" w:rsidR="00AF5A40" w:rsidRDefault="00586A90">
            <w:proofErr w:type="spellStart"/>
            <w:r>
              <w:t>Повышение</w:t>
            </w:r>
            <w:proofErr w:type="spellEnd"/>
            <w:r>
              <w:t xml:space="preserve"> </w:t>
            </w:r>
            <w:proofErr w:type="spellStart"/>
            <w:r>
              <w:t>доверия</w:t>
            </w:r>
            <w:proofErr w:type="spellEnd"/>
            <w:r>
              <w:t xml:space="preserve"> и </w:t>
            </w:r>
            <w:proofErr w:type="spellStart"/>
            <w:r>
              <w:t>видимости</w:t>
            </w:r>
            <w:proofErr w:type="spellEnd"/>
          </w:p>
        </w:tc>
        <w:tc>
          <w:tcPr>
            <w:tcW w:w="2160" w:type="dxa"/>
          </w:tcPr>
          <w:p w14:paraId="4CE20DBD" w14:textId="77777777" w:rsidR="00AF5A40" w:rsidRDefault="00586A90">
            <w:r>
              <w:t>0–по тарифу</w:t>
            </w:r>
          </w:p>
        </w:tc>
      </w:tr>
      <w:tr w:rsidR="00AF5A40" w14:paraId="66DF033F" w14:textId="77777777">
        <w:tc>
          <w:tcPr>
            <w:tcW w:w="2160" w:type="dxa"/>
          </w:tcPr>
          <w:p w14:paraId="0C4193B0" w14:textId="77777777" w:rsidR="00AF5A40" w:rsidRDefault="00586A90">
            <w:r>
              <w:t>Соцсети/мессенджеры</w:t>
            </w:r>
          </w:p>
        </w:tc>
        <w:tc>
          <w:tcPr>
            <w:tcW w:w="2160" w:type="dxa"/>
          </w:tcPr>
          <w:p w14:paraId="4ACB8D72" w14:textId="77777777" w:rsidR="00AF5A40" w:rsidRPr="00586A90" w:rsidRDefault="00586A90">
            <w:pPr>
              <w:rPr>
                <w:lang w:val="ru-RU"/>
              </w:rPr>
            </w:pPr>
            <w:r w:rsidRPr="00586A90">
              <w:rPr>
                <w:lang w:val="ru-RU"/>
              </w:rPr>
              <w:t>Публикация примеров работ «до/после», отзывы</w:t>
            </w:r>
          </w:p>
        </w:tc>
        <w:tc>
          <w:tcPr>
            <w:tcW w:w="2160" w:type="dxa"/>
          </w:tcPr>
          <w:p w14:paraId="7DFE2554" w14:textId="77777777" w:rsidR="00AF5A40" w:rsidRDefault="00586A90">
            <w:proofErr w:type="spellStart"/>
            <w:r>
              <w:t>Рост</w:t>
            </w:r>
            <w:proofErr w:type="spellEnd"/>
            <w:r>
              <w:t xml:space="preserve"> </w:t>
            </w:r>
            <w:proofErr w:type="spellStart"/>
            <w:r>
              <w:t>повторных</w:t>
            </w:r>
            <w:proofErr w:type="spellEnd"/>
            <w:r>
              <w:t xml:space="preserve"> </w:t>
            </w:r>
            <w:proofErr w:type="spellStart"/>
            <w:r>
              <w:t>обращений</w:t>
            </w:r>
            <w:proofErr w:type="spellEnd"/>
          </w:p>
        </w:tc>
        <w:tc>
          <w:tcPr>
            <w:tcW w:w="2160" w:type="dxa"/>
          </w:tcPr>
          <w:p w14:paraId="19EAFC55" w14:textId="77777777" w:rsidR="00AF5A40" w:rsidRDefault="00586A90">
            <w:r>
              <w:t>0</w:t>
            </w:r>
          </w:p>
        </w:tc>
      </w:tr>
      <w:tr w:rsidR="00AF5A40" w14:paraId="00B874A6" w14:textId="77777777">
        <w:tc>
          <w:tcPr>
            <w:tcW w:w="2160" w:type="dxa"/>
          </w:tcPr>
          <w:p w14:paraId="148C74D6" w14:textId="77777777" w:rsidR="00AF5A40" w:rsidRDefault="00586A90">
            <w:r>
              <w:t>Сарафанное радио</w:t>
            </w:r>
          </w:p>
        </w:tc>
        <w:tc>
          <w:tcPr>
            <w:tcW w:w="2160" w:type="dxa"/>
          </w:tcPr>
          <w:p w14:paraId="6B6AED43" w14:textId="77777777" w:rsidR="00AF5A40" w:rsidRPr="00586A90" w:rsidRDefault="00586A90">
            <w:pPr>
              <w:rPr>
                <w:lang w:val="ru-RU"/>
              </w:rPr>
            </w:pPr>
            <w:r w:rsidRPr="00586A90">
              <w:rPr>
                <w:lang w:val="ru-RU"/>
              </w:rPr>
              <w:t>Скидка/бонус постоянным клиентам за рекомендации</w:t>
            </w:r>
          </w:p>
        </w:tc>
        <w:tc>
          <w:tcPr>
            <w:tcW w:w="2160" w:type="dxa"/>
          </w:tcPr>
          <w:p w14:paraId="001D1409" w14:textId="77777777" w:rsidR="00AF5A40" w:rsidRDefault="00586A90">
            <w:proofErr w:type="spellStart"/>
            <w:r>
              <w:t>Стабильный</w:t>
            </w:r>
            <w:proofErr w:type="spellEnd"/>
            <w:r>
              <w:t xml:space="preserve"> </w:t>
            </w:r>
            <w:proofErr w:type="spellStart"/>
            <w:r>
              <w:t>поток</w:t>
            </w:r>
            <w:proofErr w:type="spellEnd"/>
            <w:r>
              <w:t xml:space="preserve"> </w:t>
            </w:r>
            <w:proofErr w:type="spellStart"/>
            <w:r>
              <w:t>заказов</w:t>
            </w:r>
            <w:proofErr w:type="spellEnd"/>
          </w:p>
        </w:tc>
        <w:tc>
          <w:tcPr>
            <w:tcW w:w="2160" w:type="dxa"/>
          </w:tcPr>
          <w:p w14:paraId="769657EF" w14:textId="77777777" w:rsidR="00AF5A40" w:rsidRDefault="00586A90">
            <w:r>
              <w:t>минимальные</w:t>
            </w:r>
          </w:p>
        </w:tc>
      </w:tr>
    </w:tbl>
    <w:p w14:paraId="3F5FB9BB" w14:textId="77777777" w:rsidR="00AF5A40" w:rsidRDefault="00AF5A40"/>
    <w:p w14:paraId="566501F7" w14:textId="77777777" w:rsidR="00AF5A40" w:rsidRPr="00586A90" w:rsidRDefault="00586A90">
      <w:pPr>
        <w:pStyle w:val="21"/>
        <w:rPr>
          <w:lang w:val="ru-RU"/>
        </w:rPr>
      </w:pPr>
      <w:r w:rsidRPr="00586A90">
        <w:rPr>
          <w:lang w:val="ru-RU"/>
        </w:rPr>
        <w:t>9. Финансовый план (ежемесячные расходы и доходы)</w:t>
      </w:r>
    </w:p>
    <w:p w14:paraId="7C094D86" w14:textId="77777777" w:rsidR="00AF5A40" w:rsidRPr="00586A90" w:rsidRDefault="00586A90">
      <w:pPr>
        <w:rPr>
          <w:lang w:val="ru-RU"/>
        </w:rPr>
      </w:pPr>
      <w:r w:rsidRPr="00586A90">
        <w:rPr>
          <w:lang w:val="ru-RU"/>
        </w:rPr>
        <w:t>Финансовый план приведён в упрощённом виде, в логике, принятой для социального контракта. Показатели являются реалистичными для бытовых услуг при личной занятости заявителя.</w:t>
      </w:r>
    </w:p>
    <w:p w14:paraId="0BF003FF" w14:textId="77777777" w:rsidR="00AF5A40" w:rsidRDefault="00586A90">
      <w:r>
        <w:t>9.1. Ежемесячные расходы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2877"/>
        <w:gridCol w:w="2875"/>
        <w:gridCol w:w="2878"/>
      </w:tblGrid>
      <w:tr w:rsidR="00AF5A40" w14:paraId="6A82D5B3" w14:textId="77777777">
        <w:tc>
          <w:tcPr>
            <w:tcW w:w="2880" w:type="dxa"/>
          </w:tcPr>
          <w:p w14:paraId="11D5F9EC" w14:textId="77777777" w:rsidR="00AF5A40" w:rsidRDefault="00586A90">
            <w:r>
              <w:t>Статья затрат</w:t>
            </w:r>
          </w:p>
        </w:tc>
        <w:tc>
          <w:tcPr>
            <w:tcW w:w="2880" w:type="dxa"/>
          </w:tcPr>
          <w:p w14:paraId="58E1939F" w14:textId="77777777" w:rsidR="00AF5A40" w:rsidRDefault="00586A90">
            <w:r>
              <w:t>Сумма в месяц, руб.</w:t>
            </w:r>
          </w:p>
        </w:tc>
        <w:tc>
          <w:tcPr>
            <w:tcW w:w="2880" w:type="dxa"/>
          </w:tcPr>
          <w:p w14:paraId="60E92023" w14:textId="77777777" w:rsidR="00AF5A40" w:rsidRDefault="00586A90">
            <w:r>
              <w:t>Комментарий</w:t>
            </w:r>
          </w:p>
        </w:tc>
      </w:tr>
      <w:tr w:rsidR="00AF5A40" w14:paraId="68755F2A" w14:textId="77777777">
        <w:tc>
          <w:tcPr>
            <w:tcW w:w="2880" w:type="dxa"/>
          </w:tcPr>
          <w:p w14:paraId="384D1EF3" w14:textId="77777777" w:rsidR="00AF5A40" w:rsidRDefault="00586A90">
            <w:r>
              <w:t>Аренда помещения</w:t>
            </w:r>
          </w:p>
        </w:tc>
        <w:tc>
          <w:tcPr>
            <w:tcW w:w="2880" w:type="dxa"/>
          </w:tcPr>
          <w:p w14:paraId="01A931D7" w14:textId="77777777" w:rsidR="00AF5A40" w:rsidRDefault="00586A90">
            <w:r>
              <w:t>20 000</w:t>
            </w:r>
          </w:p>
        </w:tc>
        <w:tc>
          <w:tcPr>
            <w:tcW w:w="2880" w:type="dxa"/>
          </w:tcPr>
          <w:p w14:paraId="52E9A540" w14:textId="77777777" w:rsidR="00AF5A40" w:rsidRDefault="00586A90">
            <w:r>
              <w:t>небольшое помещение</w:t>
            </w:r>
          </w:p>
        </w:tc>
      </w:tr>
      <w:tr w:rsidR="00AF5A40" w14:paraId="0F1EA3FB" w14:textId="77777777">
        <w:tc>
          <w:tcPr>
            <w:tcW w:w="2880" w:type="dxa"/>
          </w:tcPr>
          <w:p w14:paraId="79D0CE88" w14:textId="77777777" w:rsidR="00AF5A40" w:rsidRDefault="00586A90">
            <w:r>
              <w:t>Коммунальные услуги</w:t>
            </w:r>
          </w:p>
        </w:tc>
        <w:tc>
          <w:tcPr>
            <w:tcW w:w="2880" w:type="dxa"/>
          </w:tcPr>
          <w:p w14:paraId="5A903669" w14:textId="77777777" w:rsidR="00AF5A40" w:rsidRDefault="00586A90">
            <w:r>
              <w:t>3 000</w:t>
            </w:r>
          </w:p>
        </w:tc>
        <w:tc>
          <w:tcPr>
            <w:tcW w:w="2880" w:type="dxa"/>
          </w:tcPr>
          <w:p w14:paraId="69842F7C" w14:textId="77777777" w:rsidR="00AF5A40" w:rsidRDefault="00586A90">
            <w:r>
              <w:t>электроэнергия, вода</w:t>
            </w:r>
          </w:p>
        </w:tc>
      </w:tr>
      <w:tr w:rsidR="00AF5A40" w14:paraId="7C3D76E9" w14:textId="77777777">
        <w:tc>
          <w:tcPr>
            <w:tcW w:w="2880" w:type="dxa"/>
          </w:tcPr>
          <w:p w14:paraId="2585984C" w14:textId="77777777" w:rsidR="00AF5A40" w:rsidRDefault="00586A90">
            <w:r>
              <w:t>Расходные материалы</w:t>
            </w:r>
          </w:p>
        </w:tc>
        <w:tc>
          <w:tcPr>
            <w:tcW w:w="2880" w:type="dxa"/>
          </w:tcPr>
          <w:p w14:paraId="1130535C" w14:textId="77777777" w:rsidR="00AF5A40" w:rsidRDefault="00586A90">
            <w:r>
              <w:t>10 000</w:t>
            </w:r>
          </w:p>
        </w:tc>
        <w:tc>
          <w:tcPr>
            <w:tcW w:w="2880" w:type="dxa"/>
          </w:tcPr>
          <w:p w14:paraId="05FAA94C" w14:textId="77777777" w:rsidR="00AF5A40" w:rsidRDefault="00586A90">
            <w:r>
              <w:t>нитки, молнии, фурнитура</w:t>
            </w:r>
          </w:p>
        </w:tc>
      </w:tr>
      <w:tr w:rsidR="00AF5A40" w14:paraId="0E1FD418" w14:textId="77777777">
        <w:tc>
          <w:tcPr>
            <w:tcW w:w="2880" w:type="dxa"/>
          </w:tcPr>
          <w:p w14:paraId="5D07D296" w14:textId="77777777" w:rsidR="00AF5A40" w:rsidRDefault="00586A90">
            <w:r>
              <w:t>Налог НПД (4%)</w:t>
            </w:r>
          </w:p>
        </w:tc>
        <w:tc>
          <w:tcPr>
            <w:tcW w:w="2880" w:type="dxa"/>
          </w:tcPr>
          <w:p w14:paraId="1026ADC5" w14:textId="77777777" w:rsidR="00AF5A40" w:rsidRDefault="00586A90">
            <w:r>
              <w:t>3 000</w:t>
            </w:r>
          </w:p>
        </w:tc>
        <w:tc>
          <w:tcPr>
            <w:tcW w:w="2880" w:type="dxa"/>
          </w:tcPr>
          <w:p w14:paraId="36E519E9" w14:textId="77777777" w:rsidR="00AF5A40" w:rsidRDefault="00586A90">
            <w:r>
              <w:t>примерно при выручке 75 000</w:t>
            </w:r>
          </w:p>
        </w:tc>
      </w:tr>
      <w:tr w:rsidR="00AF5A40" w14:paraId="291C0E3D" w14:textId="77777777">
        <w:tc>
          <w:tcPr>
            <w:tcW w:w="2880" w:type="dxa"/>
          </w:tcPr>
          <w:p w14:paraId="76184507" w14:textId="77777777" w:rsidR="00AF5A40" w:rsidRDefault="00586A90">
            <w:r>
              <w:t>ИТОГО</w:t>
            </w:r>
          </w:p>
        </w:tc>
        <w:tc>
          <w:tcPr>
            <w:tcW w:w="2880" w:type="dxa"/>
          </w:tcPr>
          <w:p w14:paraId="1C1D131C" w14:textId="77777777" w:rsidR="00AF5A40" w:rsidRDefault="00586A90">
            <w:r>
              <w:t>36 000</w:t>
            </w:r>
          </w:p>
        </w:tc>
        <w:tc>
          <w:tcPr>
            <w:tcW w:w="2880" w:type="dxa"/>
          </w:tcPr>
          <w:p w14:paraId="2272CC80" w14:textId="77777777" w:rsidR="00AF5A40" w:rsidRDefault="00AF5A40"/>
        </w:tc>
      </w:tr>
    </w:tbl>
    <w:p w14:paraId="345AF56E" w14:textId="77777777" w:rsidR="00AF5A40" w:rsidRDefault="00AF5A40"/>
    <w:p w14:paraId="20864A70" w14:textId="77777777" w:rsidR="00AF5A40" w:rsidRPr="00586A90" w:rsidRDefault="00586A90">
      <w:pPr>
        <w:rPr>
          <w:lang w:val="ru-RU"/>
        </w:rPr>
      </w:pPr>
      <w:r w:rsidRPr="00586A90">
        <w:rPr>
          <w:lang w:val="ru-RU"/>
        </w:rPr>
        <w:t>9.2. План выручки (пример на месяц)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1590"/>
        <w:gridCol w:w="1556"/>
        <w:gridCol w:w="1489"/>
        <w:gridCol w:w="1585"/>
        <w:gridCol w:w="2410"/>
      </w:tblGrid>
      <w:tr w:rsidR="00AF5A40" w14:paraId="1F9EF899" w14:textId="77777777">
        <w:tc>
          <w:tcPr>
            <w:tcW w:w="1728" w:type="dxa"/>
          </w:tcPr>
          <w:p w14:paraId="5AE27D7B" w14:textId="77777777" w:rsidR="00AF5A40" w:rsidRDefault="00586A90">
            <w:proofErr w:type="spellStart"/>
            <w:r>
              <w:t>Услуга</w:t>
            </w:r>
            <w:proofErr w:type="spellEnd"/>
          </w:p>
        </w:tc>
        <w:tc>
          <w:tcPr>
            <w:tcW w:w="1728" w:type="dxa"/>
          </w:tcPr>
          <w:p w14:paraId="3DF4CCDF" w14:textId="77777777" w:rsidR="00AF5A40" w:rsidRDefault="00586A90">
            <w:r>
              <w:t>Средняя цена, руб.</w:t>
            </w:r>
          </w:p>
        </w:tc>
        <w:tc>
          <w:tcPr>
            <w:tcW w:w="1728" w:type="dxa"/>
          </w:tcPr>
          <w:p w14:paraId="73646425" w14:textId="77777777" w:rsidR="00AF5A40" w:rsidRDefault="00586A90">
            <w:r>
              <w:t>Кол-во в месяц</w:t>
            </w:r>
          </w:p>
        </w:tc>
        <w:tc>
          <w:tcPr>
            <w:tcW w:w="1728" w:type="dxa"/>
          </w:tcPr>
          <w:p w14:paraId="6D62D72D" w14:textId="77777777" w:rsidR="00AF5A40" w:rsidRDefault="00586A90">
            <w:r>
              <w:t>Выручка, руб.</w:t>
            </w:r>
          </w:p>
        </w:tc>
        <w:tc>
          <w:tcPr>
            <w:tcW w:w="1728" w:type="dxa"/>
          </w:tcPr>
          <w:p w14:paraId="03E5BD62" w14:textId="77777777" w:rsidR="00AF5A40" w:rsidRDefault="00586A90">
            <w:r>
              <w:t>Комментарий</w:t>
            </w:r>
          </w:p>
        </w:tc>
      </w:tr>
      <w:tr w:rsidR="00AF5A40" w14:paraId="317C4E0B" w14:textId="77777777">
        <w:tc>
          <w:tcPr>
            <w:tcW w:w="1728" w:type="dxa"/>
          </w:tcPr>
          <w:p w14:paraId="30B3CE90" w14:textId="77777777" w:rsidR="00AF5A40" w:rsidRDefault="00586A90">
            <w:r>
              <w:t>Ремонт одежды</w:t>
            </w:r>
          </w:p>
        </w:tc>
        <w:tc>
          <w:tcPr>
            <w:tcW w:w="1728" w:type="dxa"/>
          </w:tcPr>
          <w:p w14:paraId="7D084100" w14:textId="77777777" w:rsidR="00AF5A40" w:rsidRDefault="00586A90">
            <w:r>
              <w:t>500</w:t>
            </w:r>
          </w:p>
        </w:tc>
        <w:tc>
          <w:tcPr>
            <w:tcW w:w="1728" w:type="dxa"/>
          </w:tcPr>
          <w:p w14:paraId="40B2A346" w14:textId="77777777" w:rsidR="00AF5A40" w:rsidRDefault="00586A90">
            <w:r>
              <w:t>80</w:t>
            </w:r>
          </w:p>
        </w:tc>
        <w:tc>
          <w:tcPr>
            <w:tcW w:w="1728" w:type="dxa"/>
          </w:tcPr>
          <w:p w14:paraId="202E7B17" w14:textId="77777777" w:rsidR="00AF5A40" w:rsidRDefault="00586A90">
            <w:r>
              <w:t>40 000</w:t>
            </w:r>
          </w:p>
        </w:tc>
        <w:tc>
          <w:tcPr>
            <w:tcW w:w="1728" w:type="dxa"/>
          </w:tcPr>
          <w:p w14:paraId="3234DFD9" w14:textId="77777777" w:rsidR="00AF5A40" w:rsidRDefault="00586A90">
            <w:r>
              <w:t>подшив, молнии, мелкий ремонт</w:t>
            </w:r>
          </w:p>
        </w:tc>
      </w:tr>
      <w:tr w:rsidR="00AF5A40" w14:paraId="6773A993" w14:textId="77777777">
        <w:tc>
          <w:tcPr>
            <w:tcW w:w="1728" w:type="dxa"/>
          </w:tcPr>
          <w:p w14:paraId="08CAB70B" w14:textId="77777777" w:rsidR="00AF5A40" w:rsidRDefault="00586A90">
            <w:r>
              <w:t>Подгонка по фигуре</w:t>
            </w:r>
          </w:p>
        </w:tc>
        <w:tc>
          <w:tcPr>
            <w:tcW w:w="1728" w:type="dxa"/>
          </w:tcPr>
          <w:p w14:paraId="63DCD991" w14:textId="77777777" w:rsidR="00AF5A40" w:rsidRDefault="00586A90">
            <w:r>
              <w:t>900</w:t>
            </w:r>
          </w:p>
        </w:tc>
        <w:tc>
          <w:tcPr>
            <w:tcW w:w="1728" w:type="dxa"/>
          </w:tcPr>
          <w:p w14:paraId="2A936ED6" w14:textId="77777777" w:rsidR="00AF5A40" w:rsidRDefault="00586A90">
            <w:r>
              <w:t>15</w:t>
            </w:r>
          </w:p>
        </w:tc>
        <w:tc>
          <w:tcPr>
            <w:tcW w:w="1728" w:type="dxa"/>
          </w:tcPr>
          <w:p w14:paraId="750FD571" w14:textId="77777777" w:rsidR="00AF5A40" w:rsidRDefault="00586A90">
            <w:r>
              <w:t>13 500</w:t>
            </w:r>
          </w:p>
        </w:tc>
        <w:tc>
          <w:tcPr>
            <w:tcW w:w="1728" w:type="dxa"/>
          </w:tcPr>
          <w:p w14:paraId="7B7C37C0" w14:textId="77777777" w:rsidR="00AF5A40" w:rsidRDefault="00586A90">
            <w:r>
              <w:t>ушив/посадка</w:t>
            </w:r>
          </w:p>
        </w:tc>
      </w:tr>
      <w:tr w:rsidR="00AF5A40" w14:paraId="48C732CA" w14:textId="77777777">
        <w:tc>
          <w:tcPr>
            <w:tcW w:w="1728" w:type="dxa"/>
          </w:tcPr>
          <w:p w14:paraId="5B3D4ABC" w14:textId="77777777" w:rsidR="00AF5A40" w:rsidRDefault="00586A90">
            <w:r>
              <w:lastRenderedPageBreak/>
              <w:t>Пошив простых изделий (работа)</w:t>
            </w:r>
          </w:p>
        </w:tc>
        <w:tc>
          <w:tcPr>
            <w:tcW w:w="1728" w:type="dxa"/>
          </w:tcPr>
          <w:p w14:paraId="5969026F" w14:textId="77777777" w:rsidR="00AF5A40" w:rsidRDefault="00586A90">
            <w:r>
              <w:t>3 000</w:t>
            </w:r>
          </w:p>
        </w:tc>
        <w:tc>
          <w:tcPr>
            <w:tcW w:w="1728" w:type="dxa"/>
          </w:tcPr>
          <w:p w14:paraId="2C8F4AFF" w14:textId="77777777" w:rsidR="00AF5A40" w:rsidRDefault="00586A90">
            <w:r>
              <w:t>6</w:t>
            </w:r>
          </w:p>
        </w:tc>
        <w:tc>
          <w:tcPr>
            <w:tcW w:w="1728" w:type="dxa"/>
          </w:tcPr>
          <w:p w14:paraId="103CD6FB" w14:textId="77777777" w:rsidR="00AF5A40" w:rsidRDefault="00586A90">
            <w:r>
              <w:t>18 000</w:t>
            </w:r>
          </w:p>
        </w:tc>
        <w:tc>
          <w:tcPr>
            <w:tcW w:w="1728" w:type="dxa"/>
          </w:tcPr>
          <w:p w14:paraId="09101375" w14:textId="77777777" w:rsidR="00AF5A40" w:rsidRDefault="00586A90">
            <w:r>
              <w:t>юбки/брюки/простые платья</w:t>
            </w:r>
          </w:p>
        </w:tc>
      </w:tr>
      <w:tr w:rsidR="00AF5A40" w14:paraId="3632C359" w14:textId="77777777">
        <w:tc>
          <w:tcPr>
            <w:tcW w:w="1728" w:type="dxa"/>
          </w:tcPr>
          <w:p w14:paraId="1CF44D92" w14:textId="77777777" w:rsidR="00AF5A40" w:rsidRDefault="00586A90">
            <w:r>
              <w:t>ИТОГО</w:t>
            </w:r>
          </w:p>
        </w:tc>
        <w:tc>
          <w:tcPr>
            <w:tcW w:w="1728" w:type="dxa"/>
          </w:tcPr>
          <w:p w14:paraId="635099E0" w14:textId="77777777" w:rsidR="00AF5A40" w:rsidRDefault="00AF5A40"/>
        </w:tc>
        <w:tc>
          <w:tcPr>
            <w:tcW w:w="1728" w:type="dxa"/>
          </w:tcPr>
          <w:p w14:paraId="262C1D4A" w14:textId="77777777" w:rsidR="00AF5A40" w:rsidRDefault="00AF5A40"/>
        </w:tc>
        <w:tc>
          <w:tcPr>
            <w:tcW w:w="1728" w:type="dxa"/>
          </w:tcPr>
          <w:p w14:paraId="056C5D7A" w14:textId="77777777" w:rsidR="00AF5A40" w:rsidRDefault="00586A90">
            <w:r>
              <w:t>71 500</w:t>
            </w:r>
          </w:p>
        </w:tc>
        <w:tc>
          <w:tcPr>
            <w:tcW w:w="1728" w:type="dxa"/>
          </w:tcPr>
          <w:p w14:paraId="294AD0A3" w14:textId="77777777" w:rsidR="00AF5A40" w:rsidRDefault="00AF5A40"/>
        </w:tc>
      </w:tr>
    </w:tbl>
    <w:p w14:paraId="547D07C5" w14:textId="77777777" w:rsidR="00AF5A40" w:rsidRDefault="00AF5A40"/>
    <w:p w14:paraId="5B9FF39F" w14:textId="77777777" w:rsidR="00AF5A40" w:rsidRPr="00586A90" w:rsidRDefault="00586A90">
      <w:pPr>
        <w:rPr>
          <w:lang w:val="ru-RU"/>
        </w:rPr>
      </w:pPr>
      <w:r w:rsidRPr="00586A90">
        <w:rPr>
          <w:lang w:val="ru-RU"/>
        </w:rPr>
        <w:t>9.3. Расчёт чистой прибыли (в среднем)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AF5A40" w14:paraId="38D09893" w14:textId="77777777">
        <w:tc>
          <w:tcPr>
            <w:tcW w:w="4320" w:type="dxa"/>
          </w:tcPr>
          <w:p w14:paraId="2251F98C" w14:textId="77777777" w:rsidR="00AF5A40" w:rsidRDefault="00586A90">
            <w:proofErr w:type="spellStart"/>
            <w:r>
              <w:t>Показатель</w:t>
            </w:r>
            <w:proofErr w:type="spellEnd"/>
          </w:p>
        </w:tc>
        <w:tc>
          <w:tcPr>
            <w:tcW w:w="4320" w:type="dxa"/>
          </w:tcPr>
          <w:p w14:paraId="3DDF4115" w14:textId="77777777" w:rsidR="00AF5A40" w:rsidRDefault="00586A90">
            <w:r>
              <w:t>Сумма, руб.</w:t>
            </w:r>
          </w:p>
        </w:tc>
      </w:tr>
      <w:tr w:rsidR="00AF5A40" w14:paraId="57E5BF66" w14:textId="77777777">
        <w:tc>
          <w:tcPr>
            <w:tcW w:w="4320" w:type="dxa"/>
          </w:tcPr>
          <w:p w14:paraId="3579FFFE" w14:textId="77777777" w:rsidR="00AF5A40" w:rsidRDefault="00586A90">
            <w:r>
              <w:t>Выручка (в месяц)</w:t>
            </w:r>
          </w:p>
        </w:tc>
        <w:tc>
          <w:tcPr>
            <w:tcW w:w="4320" w:type="dxa"/>
          </w:tcPr>
          <w:p w14:paraId="245E7CC8" w14:textId="77777777" w:rsidR="00AF5A40" w:rsidRDefault="00586A90">
            <w:r>
              <w:t>≈ 70 000 – 75 000</w:t>
            </w:r>
          </w:p>
        </w:tc>
      </w:tr>
      <w:tr w:rsidR="00AF5A40" w14:paraId="2174C7EF" w14:textId="77777777">
        <w:tc>
          <w:tcPr>
            <w:tcW w:w="4320" w:type="dxa"/>
          </w:tcPr>
          <w:p w14:paraId="23EC957B" w14:textId="77777777" w:rsidR="00AF5A40" w:rsidRDefault="00586A90">
            <w:r>
              <w:t>Расходы (в месяц)</w:t>
            </w:r>
          </w:p>
        </w:tc>
        <w:tc>
          <w:tcPr>
            <w:tcW w:w="4320" w:type="dxa"/>
          </w:tcPr>
          <w:p w14:paraId="462F58F7" w14:textId="77777777" w:rsidR="00AF5A40" w:rsidRDefault="00586A90">
            <w:r>
              <w:t>≈ 36 000</w:t>
            </w:r>
          </w:p>
        </w:tc>
      </w:tr>
      <w:tr w:rsidR="00AF5A40" w14:paraId="4B64728C" w14:textId="77777777">
        <w:tc>
          <w:tcPr>
            <w:tcW w:w="4320" w:type="dxa"/>
          </w:tcPr>
          <w:p w14:paraId="1826EB40" w14:textId="77777777" w:rsidR="00AF5A40" w:rsidRDefault="00586A90">
            <w:r>
              <w:t>Чистая прибыль (в месяц)</w:t>
            </w:r>
          </w:p>
        </w:tc>
        <w:tc>
          <w:tcPr>
            <w:tcW w:w="4320" w:type="dxa"/>
          </w:tcPr>
          <w:p w14:paraId="281BBE68" w14:textId="77777777" w:rsidR="00AF5A40" w:rsidRDefault="00586A90">
            <w:r>
              <w:t>≈ 30 000 – 35 000</w:t>
            </w:r>
          </w:p>
        </w:tc>
      </w:tr>
    </w:tbl>
    <w:p w14:paraId="678B4BBC" w14:textId="77777777" w:rsidR="00AF5A40" w:rsidRDefault="00AF5A40"/>
    <w:p w14:paraId="7448D060" w14:textId="32EBB709" w:rsidR="00AF5A40" w:rsidRPr="00586A90" w:rsidRDefault="00586A90">
      <w:pPr>
        <w:pStyle w:val="21"/>
        <w:rPr>
          <w:lang w:val="ru-RU"/>
        </w:rPr>
      </w:pPr>
      <w:r w:rsidRPr="00586A90">
        <w:rPr>
          <w:lang w:val="ru-RU"/>
        </w:rPr>
        <w:t>1</w:t>
      </w:r>
      <w:r>
        <w:rPr>
          <w:lang w:val="ru-RU"/>
        </w:rPr>
        <w:t>0</w:t>
      </w:r>
      <w:r w:rsidRPr="00586A90">
        <w:rPr>
          <w:lang w:val="ru-RU"/>
        </w:rPr>
        <w:t>. Оценка рисков и меры снижения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2311"/>
        <w:gridCol w:w="2112"/>
        <w:gridCol w:w="2083"/>
        <w:gridCol w:w="2124"/>
      </w:tblGrid>
      <w:tr w:rsidR="00AF5A40" w14:paraId="152FBC07" w14:textId="77777777">
        <w:tc>
          <w:tcPr>
            <w:tcW w:w="2160" w:type="dxa"/>
          </w:tcPr>
          <w:p w14:paraId="286EE60B" w14:textId="77777777" w:rsidR="00AF5A40" w:rsidRDefault="00586A90">
            <w:proofErr w:type="spellStart"/>
            <w:r>
              <w:t>Риск</w:t>
            </w:r>
            <w:proofErr w:type="spellEnd"/>
          </w:p>
        </w:tc>
        <w:tc>
          <w:tcPr>
            <w:tcW w:w="2160" w:type="dxa"/>
          </w:tcPr>
          <w:p w14:paraId="417BEE84" w14:textId="77777777" w:rsidR="00AF5A40" w:rsidRDefault="00586A90">
            <w:r>
              <w:t>Вероятность</w:t>
            </w:r>
          </w:p>
        </w:tc>
        <w:tc>
          <w:tcPr>
            <w:tcW w:w="2160" w:type="dxa"/>
          </w:tcPr>
          <w:p w14:paraId="4A7A1279" w14:textId="77777777" w:rsidR="00AF5A40" w:rsidRDefault="00586A90">
            <w:r>
              <w:t>Влияние</w:t>
            </w:r>
          </w:p>
        </w:tc>
        <w:tc>
          <w:tcPr>
            <w:tcW w:w="2160" w:type="dxa"/>
          </w:tcPr>
          <w:p w14:paraId="4823819A" w14:textId="77777777" w:rsidR="00AF5A40" w:rsidRDefault="00586A90">
            <w:r>
              <w:t>Меры снижения</w:t>
            </w:r>
          </w:p>
        </w:tc>
      </w:tr>
      <w:tr w:rsidR="00AF5A40" w:rsidRPr="00B54C7A" w14:paraId="3A72D085" w14:textId="77777777">
        <w:tc>
          <w:tcPr>
            <w:tcW w:w="2160" w:type="dxa"/>
          </w:tcPr>
          <w:p w14:paraId="634D0C2B" w14:textId="77777777" w:rsidR="00AF5A40" w:rsidRDefault="00586A90">
            <w:r>
              <w:t>Сезонность спроса</w:t>
            </w:r>
          </w:p>
        </w:tc>
        <w:tc>
          <w:tcPr>
            <w:tcW w:w="2160" w:type="dxa"/>
          </w:tcPr>
          <w:p w14:paraId="1DD8AD3B" w14:textId="77777777" w:rsidR="00AF5A40" w:rsidRDefault="00586A90">
            <w:r>
              <w:t>средняя</w:t>
            </w:r>
          </w:p>
        </w:tc>
        <w:tc>
          <w:tcPr>
            <w:tcW w:w="2160" w:type="dxa"/>
          </w:tcPr>
          <w:p w14:paraId="1C7A8195" w14:textId="77777777" w:rsidR="00AF5A40" w:rsidRDefault="00586A90">
            <w:r>
              <w:t>среднее</w:t>
            </w:r>
          </w:p>
        </w:tc>
        <w:tc>
          <w:tcPr>
            <w:tcW w:w="2160" w:type="dxa"/>
          </w:tcPr>
          <w:p w14:paraId="22CA001B" w14:textId="77777777" w:rsidR="00AF5A40" w:rsidRPr="00586A90" w:rsidRDefault="00586A90">
            <w:pPr>
              <w:rPr>
                <w:lang w:val="ru-RU"/>
              </w:rPr>
            </w:pPr>
            <w:r w:rsidRPr="00586A90">
              <w:rPr>
                <w:lang w:val="ru-RU"/>
              </w:rPr>
              <w:t>расширение перечня услуг, работа с домашним текстилем</w:t>
            </w:r>
          </w:p>
        </w:tc>
      </w:tr>
      <w:tr w:rsidR="00AF5A40" w:rsidRPr="00B54C7A" w14:paraId="568EC411" w14:textId="77777777">
        <w:tc>
          <w:tcPr>
            <w:tcW w:w="2160" w:type="dxa"/>
          </w:tcPr>
          <w:p w14:paraId="61B64772" w14:textId="77777777" w:rsidR="00AF5A40" w:rsidRDefault="00586A90">
            <w:proofErr w:type="spellStart"/>
            <w:r>
              <w:t>Высокая</w:t>
            </w:r>
            <w:proofErr w:type="spellEnd"/>
            <w:r>
              <w:t xml:space="preserve"> </w:t>
            </w:r>
            <w:proofErr w:type="spellStart"/>
            <w:r>
              <w:t>конкуренция</w:t>
            </w:r>
            <w:proofErr w:type="spellEnd"/>
          </w:p>
        </w:tc>
        <w:tc>
          <w:tcPr>
            <w:tcW w:w="2160" w:type="dxa"/>
          </w:tcPr>
          <w:p w14:paraId="28DFC50B" w14:textId="77777777" w:rsidR="00AF5A40" w:rsidRDefault="00586A90">
            <w:r>
              <w:t>средняя</w:t>
            </w:r>
          </w:p>
        </w:tc>
        <w:tc>
          <w:tcPr>
            <w:tcW w:w="2160" w:type="dxa"/>
          </w:tcPr>
          <w:p w14:paraId="2B970EAA" w14:textId="77777777" w:rsidR="00AF5A40" w:rsidRDefault="00586A90">
            <w:r>
              <w:t>среднее</w:t>
            </w:r>
          </w:p>
        </w:tc>
        <w:tc>
          <w:tcPr>
            <w:tcW w:w="2160" w:type="dxa"/>
          </w:tcPr>
          <w:p w14:paraId="5D1A572A" w14:textId="77777777" w:rsidR="00AF5A40" w:rsidRPr="00586A90" w:rsidRDefault="00586A90">
            <w:pPr>
              <w:rPr>
                <w:lang w:val="ru-RU"/>
              </w:rPr>
            </w:pPr>
            <w:r w:rsidRPr="00586A90">
              <w:rPr>
                <w:lang w:val="ru-RU"/>
              </w:rPr>
              <w:t>качество, сроки, отзывы, продвижение в 2ГИС/</w:t>
            </w:r>
            <w:proofErr w:type="spellStart"/>
            <w:r w:rsidRPr="00586A90">
              <w:rPr>
                <w:lang w:val="ru-RU"/>
              </w:rPr>
              <w:t>Авито</w:t>
            </w:r>
            <w:proofErr w:type="spellEnd"/>
          </w:p>
        </w:tc>
      </w:tr>
      <w:tr w:rsidR="00AF5A40" w:rsidRPr="00B54C7A" w14:paraId="3BC00231" w14:textId="77777777">
        <w:tc>
          <w:tcPr>
            <w:tcW w:w="2160" w:type="dxa"/>
          </w:tcPr>
          <w:p w14:paraId="3E04A9E6" w14:textId="77777777" w:rsidR="00AF5A40" w:rsidRDefault="00586A90">
            <w:proofErr w:type="spellStart"/>
            <w:r>
              <w:t>Поломка</w:t>
            </w:r>
            <w:proofErr w:type="spellEnd"/>
            <w:r>
              <w:t xml:space="preserve"> </w:t>
            </w:r>
            <w:proofErr w:type="spellStart"/>
            <w:r>
              <w:t>оборудования</w:t>
            </w:r>
            <w:proofErr w:type="spellEnd"/>
          </w:p>
        </w:tc>
        <w:tc>
          <w:tcPr>
            <w:tcW w:w="2160" w:type="dxa"/>
          </w:tcPr>
          <w:p w14:paraId="53F6C1B5" w14:textId="77777777" w:rsidR="00AF5A40" w:rsidRDefault="00586A90">
            <w:r>
              <w:t>низкая</w:t>
            </w:r>
          </w:p>
        </w:tc>
        <w:tc>
          <w:tcPr>
            <w:tcW w:w="2160" w:type="dxa"/>
          </w:tcPr>
          <w:p w14:paraId="3C721ED6" w14:textId="77777777" w:rsidR="00AF5A40" w:rsidRDefault="00586A90">
            <w:r>
              <w:t>среднее</w:t>
            </w:r>
          </w:p>
        </w:tc>
        <w:tc>
          <w:tcPr>
            <w:tcW w:w="2160" w:type="dxa"/>
          </w:tcPr>
          <w:p w14:paraId="0115C8AB" w14:textId="77777777" w:rsidR="00AF5A40" w:rsidRPr="00586A90" w:rsidRDefault="00586A90">
            <w:pPr>
              <w:rPr>
                <w:lang w:val="ru-RU"/>
              </w:rPr>
            </w:pPr>
            <w:r w:rsidRPr="00586A90">
              <w:rPr>
                <w:lang w:val="ru-RU"/>
              </w:rPr>
              <w:t>покупка у проверенных продавцов, бережная эксплуатация</w:t>
            </w:r>
          </w:p>
        </w:tc>
      </w:tr>
      <w:tr w:rsidR="00AF5A40" w14:paraId="619D2C70" w14:textId="77777777">
        <w:tc>
          <w:tcPr>
            <w:tcW w:w="2160" w:type="dxa"/>
          </w:tcPr>
          <w:p w14:paraId="5020E2E0" w14:textId="77777777" w:rsidR="00AF5A40" w:rsidRDefault="00586A90">
            <w:proofErr w:type="spellStart"/>
            <w:r>
              <w:t>Временная</w:t>
            </w:r>
            <w:proofErr w:type="spellEnd"/>
            <w:r>
              <w:t xml:space="preserve"> </w:t>
            </w:r>
            <w:proofErr w:type="spellStart"/>
            <w:r>
              <w:t>нетрудоспособность</w:t>
            </w:r>
            <w:proofErr w:type="spellEnd"/>
          </w:p>
        </w:tc>
        <w:tc>
          <w:tcPr>
            <w:tcW w:w="2160" w:type="dxa"/>
          </w:tcPr>
          <w:p w14:paraId="18AC7ED9" w14:textId="77777777" w:rsidR="00AF5A40" w:rsidRDefault="00586A90">
            <w:r>
              <w:t>низкая</w:t>
            </w:r>
          </w:p>
        </w:tc>
        <w:tc>
          <w:tcPr>
            <w:tcW w:w="2160" w:type="dxa"/>
          </w:tcPr>
          <w:p w14:paraId="2C8B0BA6" w14:textId="77777777" w:rsidR="00AF5A40" w:rsidRDefault="00586A90">
            <w:r>
              <w:t>высокое</w:t>
            </w:r>
          </w:p>
        </w:tc>
        <w:tc>
          <w:tcPr>
            <w:tcW w:w="2160" w:type="dxa"/>
          </w:tcPr>
          <w:p w14:paraId="6D4A9759" w14:textId="77777777" w:rsidR="00AF5A40" w:rsidRDefault="00586A90">
            <w:r>
              <w:t>профилактика здоровья, планирование загрузки</w:t>
            </w:r>
          </w:p>
        </w:tc>
      </w:tr>
    </w:tbl>
    <w:p w14:paraId="65BEAF4F" w14:textId="77777777" w:rsidR="00AF5A40" w:rsidRDefault="00AF5A40"/>
    <w:p w14:paraId="1ECAF9A9" w14:textId="77777777" w:rsidR="00AF5A40" w:rsidRPr="00586A90" w:rsidRDefault="00AF5A40">
      <w:pPr>
        <w:rPr>
          <w:lang w:val="ru-RU"/>
        </w:rPr>
      </w:pPr>
    </w:p>
    <w:p w14:paraId="6BD87E91" w14:textId="77777777" w:rsidR="00AF5A40" w:rsidRDefault="00586A90">
      <w:proofErr w:type="spellStart"/>
      <w:r>
        <w:t>Подпись</w:t>
      </w:r>
      <w:proofErr w:type="spellEnd"/>
      <w:r>
        <w:t xml:space="preserve"> </w:t>
      </w:r>
      <w:proofErr w:type="spellStart"/>
      <w:r>
        <w:t>заявителя</w:t>
      </w:r>
      <w:proofErr w:type="spellEnd"/>
      <w:r>
        <w:t xml:space="preserve">: _____________________________      </w:t>
      </w:r>
      <w:proofErr w:type="spellStart"/>
      <w:r>
        <w:t>Дата</w:t>
      </w:r>
      <w:proofErr w:type="spellEnd"/>
      <w:r>
        <w:t>: ________________</w:t>
      </w:r>
    </w:p>
    <w:sectPr w:rsidR="00AF5A4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66519191">
    <w:abstractNumId w:val="8"/>
  </w:num>
  <w:num w:numId="2" w16cid:durableId="749736458">
    <w:abstractNumId w:val="6"/>
  </w:num>
  <w:num w:numId="3" w16cid:durableId="453987174">
    <w:abstractNumId w:val="5"/>
  </w:num>
  <w:num w:numId="4" w16cid:durableId="686905817">
    <w:abstractNumId w:val="4"/>
  </w:num>
  <w:num w:numId="5" w16cid:durableId="941038375">
    <w:abstractNumId w:val="7"/>
  </w:num>
  <w:num w:numId="6" w16cid:durableId="795761851">
    <w:abstractNumId w:val="3"/>
  </w:num>
  <w:num w:numId="7" w16cid:durableId="14577070">
    <w:abstractNumId w:val="2"/>
  </w:num>
  <w:num w:numId="8" w16cid:durableId="198860791">
    <w:abstractNumId w:val="1"/>
  </w:num>
  <w:num w:numId="9" w16cid:durableId="2018724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16298"/>
    <w:rsid w:val="0015074B"/>
    <w:rsid w:val="001E3899"/>
    <w:rsid w:val="0029639D"/>
    <w:rsid w:val="0031225E"/>
    <w:rsid w:val="00326F90"/>
    <w:rsid w:val="0048780C"/>
    <w:rsid w:val="00586A90"/>
    <w:rsid w:val="007510BB"/>
    <w:rsid w:val="00AA1D8D"/>
    <w:rsid w:val="00AF5A40"/>
    <w:rsid w:val="00B47730"/>
    <w:rsid w:val="00B54C7A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7625B1"/>
  <w14:defaultImageDpi w14:val="300"/>
  <w15:docId w15:val="{4D2E7E52-DF21-43CD-AEFB-DB1962977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1156</Words>
  <Characters>6590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7731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Олеся Барсукова</cp:lastModifiedBy>
  <cp:revision>3</cp:revision>
  <dcterms:created xsi:type="dcterms:W3CDTF">2026-06-02T09:29:00Z</dcterms:created>
  <dcterms:modified xsi:type="dcterms:W3CDTF">2026-06-02T09:30:00Z</dcterms:modified>
  <cp:category/>
</cp:coreProperties>
</file>